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关于组织临床医学（含本校“5+3”一体化）、口腔医学学生2026年推荐免试攻读研究生复试工作的通知</w:t>
      </w:r>
    </w:p>
    <w:p>
      <w:r>
        <w:t>苏州医学院有关基层研究生培养单位：</w:t>
      </w:r>
    </w:p>
    <w:p>
      <w:r>
        <w:t>根据学校《关于做好202 6年接收推荐免试攻读研究生（含直接攻博）复试与录取工作的通知》，结合实际情况，苏州医学院统一组织临床医学（含本校“5+3”一体化）、口腔医学202 6届本科段预毕业生推荐免试攻读研究生复试工作，具体事宜通知如下：</w:t>
      </w:r>
    </w:p>
    <w:p>
      <w:r>
        <w:t>一、复试对象</w:t>
      </w:r>
    </w:p>
    <w:p>
      <w:r>
        <w:t>临床医学（含本校“5+3”一体化）、口腔医学202 6届本科段预毕业生。</w:t>
      </w:r>
    </w:p>
    <w:p>
      <w:r>
        <w:t>二、复试时间</w:t>
      </w:r>
    </w:p>
    <w:p>
      <w:r>
        <w:t>第一轮复试时间：202 5年9月2 2日前，具体时间由各附属医院安排各专业复试小组秘书提前通知考生（需预留考生来苏交通时间）。</w:t>
      </w:r>
    </w:p>
    <w:p>
      <w:r>
        <w:t>根据首轮复试情况再统筹安排第二轮复试，时间为2 02 5年10月上旬。</w:t>
      </w:r>
    </w:p>
    <w:p>
      <w:r>
        <w:t>三、接受推免生专业</w:t>
      </w:r>
    </w:p>
    <w:p>
      <w:r>
        <w:t>考生登录苏州大学“研究生报考服务系统”（http://gsas.yjs.suda.edu.cn/）查阅相关附属医院接受推免生的专业并报名。（报名截止时间以系统为准）。</w:t>
      </w:r>
    </w:p>
    <w:p>
      <w:r>
        <w:t>四、考生提交材料</w:t>
      </w:r>
    </w:p>
    <w:p>
      <w:r>
        <w:t>1.考生登录“研究生报考服务系统”（http://gsas.yjs.suda.edu.cn/），在“招生栏目”中选择“全国优秀大学生推免预报名”进行注册、预报名。考生请务必如实填写各项信息并提交。注意提交前务必认真核对，提交后不得再作更改。</w:t>
      </w:r>
    </w:p>
    <w:p>
      <w:r>
        <w:t>2.考生携带第二代居民身份证（原件及复印件）、学生证（原件及复印件）、成绩单（由学校教务部门提供并加盖公章）（原件及复印件）、大学英语等级证书（原件及复印件）及其他证明学术能力和潜力的材料参加复试。以上材料（复印件）均只需提供一份即可。</w:t>
      </w:r>
    </w:p>
    <w:p>
      <w:r>
        <w:t>五、复试组织与录取原则</w:t>
      </w:r>
    </w:p>
    <w:p>
      <w:r>
        <w:t>1.各单位应成立本单位研究生招生领导小组和复试小组。复试小组实行组长负责制，各单位复试方案应报医学院备案。各附属医院按专业组成复试小组，小组成员由政治站位高、责任心强、公道正派、教学经验丰富、学术及外语水平较高的、具备博士/硕士研究生招生资格的5或7名专家组成。同时配备1-2名工作人员担任复试小组秘书，做好复试通知、记录、有关材料收集等工作。参与复试的工作人员如有直系亲属或利益相关者报名的，应主动向本单位申请在影响保密、公平的必要环节和特定工作时期回避。</w:t>
      </w:r>
    </w:p>
    <w:p>
      <w:r>
        <w:t>推免复试工作必须在各单位研究生招生工作领导小组领导下统一组织，严禁以导师私下面试替代复试。</w:t>
      </w:r>
    </w:p>
    <w:p>
      <w:r>
        <w:t>2.各单位于202 5年9月17日前将《苏州大学202 6年接收推荐免试硕士研究生招生复试分组具体安排表（附属医院）》（附件5）报医学院教育教学办公室。</w:t>
      </w:r>
    </w:p>
    <w:p>
      <w:r>
        <w:t>3.复试以综合面试（线下）方式进行，满分100分。复试内容包括综合素质、外语、专业知识、专业实验技能等的考核，主要考核学生利用所学知识发现、分析和解决问题的能力，以及对本学科发展动态的了解和在本专业领域发展的潜力。复试过程要全程录音录像并有详细记录，复试小组秘书须认真填写《推荐免试研究生复试情况记录表》（附件2），记录表由复试小组组长所在单位留存备查。</w:t>
      </w:r>
    </w:p>
    <w:p>
      <w:r>
        <w:t>录取的基本要求是复试成绩≥60分，思想政治素质和道德品质考核合格，根据复试成绩排名择优录取。</w:t>
      </w:r>
    </w:p>
    <w:p>
      <w:r>
        <w:t>六、其他事项</w:t>
      </w:r>
    </w:p>
    <w:p>
      <w:r>
        <w:t>1 .推免生资格审核确认、报考、录取均须通过“全国推荐免试攻读研究生信息公开暨管理服务系统”（网址：https://yz.chsi.com.cn/tm）进行。推免生在规定时间内在该系统进行网上报名并网上缴费，未缴费的考生视为放弃推免资格，网上报名专业（代码）与拟录取专业（代码）必须完全一致，再确认待录取通知。</w:t>
      </w:r>
    </w:p>
    <w:p>
      <w:r>
        <w:t>2 .第一轮和第二轮不能重复报名同一个医院的同一个专业。</w:t>
      </w:r>
    </w:p>
    <w:p>
      <w:r>
        <w:t>3.联系方式</w:t>
      </w:r>
    </w:p>
    <w:p>
      <w:r>
        <w:t>苏州医学院主页—招生就业—研究生招生—苏州医学院各研究生培养单位硕士研究生招生咨询电话。</w:t>
      </w:r>
    </w:p>
    <w:p>
      <w:r>
        <w:t>附件1推荐信（直博生）.doc</w:t>
      </w:r>
    </w:p>
    <w:p>
      <w:r>
        <w:t>附件2推荐免试研究生复试情况记录表.doc</w:t>
      </w:r>
    </w:p>
    <w:p>
      <w:r>
        <w:t>附件3 2026年推免复试录取汇总表.xls</w:t>
      </w:r>
    </w:p>
    <w:p>
      <w:r>
        <w:t>附件4安全责任书（专家工作人员用）.docx</w:t>
      </w:r>
    </w:p>
    <w:p>
      <w:r>
        <w:t>附件5苏州大学2026年接受推荐免试硕士研究生招生复试分组具体安排表（附属医院）.xls</w:t>
      </w:r>
    </w:p>
    <w:p>
      <w:r>
        <w:t>苏州医学院教育教学办公室</w:t>
      </w:r>
    </w:p>
    <w:p>
      <w:r>
        <w:t>202 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