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苏州医学院药学院2027年接收推荐免试研究生面试考核名单（第一批）</w:t>
      </w:r>
    </w:p>
    <w:p>
      <w:r>
        <w:t>苏州医学院药学院2027年接收推荐免试研究生面试考核名单（第一批）已经确定，现公布如下：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20273300257</w:t>
            </w:r>
          </w:p>
        </w:tc>
        <w:tc>
          <w:tcPr>
            <w:tcW w:type="dxa" w:w="2160"/>
          </w:tcPr>
          <w:p>
            <w:r>
              <w:t>时海燕</w:t>
            </w:r>
          </w:p>
        </w:tc>
        <w:tc>
          <w:tcPr>
            <w:tcW w:type="dxa" w:w="2160"/>
          </w:tcPr>
          <w:p>
            <w:r>
              <w:t>20273300864</w:t>
            </w:r>
          </w:p>
        </w:tc>
        <w:tc>
          <w:tcPr>
            <w:tcW w:type="dxa" w:w="2160"/>
          </w:tcPr>
          <w:p>
            <w:r>
              <w:t>李雨欣</w:t>
            </w:r>
          </w:p>
        </w:tc>
      </w:tr>
      <w:tr>
        <w:tc>
          <w:tcPr>
            <w:tcW w:type="dxa" w:w="2160"/>
          </w:tcPr>
          <w:p>
            <w:r>
              <w:t>20273300718</w:t>
            </w:r>
          </w:p>
        </w:tc>
        <w:tc>
          <w:tcPr>
            <w:tcW w:type="dxa" w:w="2160"/>
          </w:tcPr>
          <w:p>
            <w:r>
              <w:t>朱文杰</w:t>
            </w:r>
          </w:p>
        </w:tc>
        <w:tc>
          <w:tcPr>
            <w:tcW w:type="dxa" w:w="2160"/>
          </w:tcPr>
          <w:p>
            <w:r>
              <w:t>20273302204</w:t>
            </w:r>
          </w:p>
        </w:tc>
        <w:tc>
          <w:tcPr>
            <w:tcW w:type="dxa" w:w="2160"/>
          </w:tcPr>
          <w:p>
            <w:r>
              <w:t>周贺翔</w:t>
            </w:r>
          </w:p>
        </w:tc>
      </w:tr>
      <w:tr>
        <w:tc>
          <w:tcPr>
            <w:tcW w:type="dxa" w:w="2160"/>
          </w:tcPr>
          <w:p>
            <w:r>
              <w:t>20273300771</w:t>
            </w:r>
          </w:p>
        </w:tc>
        <w:tc>
          <w:tcPr>
            <w:tcW w:type="dxa" w:w="2160"/>
          </w:tcPr>
          <w:p>
            <w:r>
              <w:t>李梓萌</w:t>
            </w:r>
          </w:p>
        </w:tc>
        <w:tc>
          <w:tcPr>
            <w:tcW w:type="dxa" w:w="2160"/>
          </w:tcPr>
          <w:p>
            <w:r>
              <w:t>20273302492</w:t>
            </w:r>
          </w:p>
        </w:tc>
        <w:tc>
          <w:tcPr>
            <w:tcW w:type="dxa" w:w="2160"/>
          </w:tcPr>
          <w:p>
            <w:r>
              <w:t>陈金妮</w:t>
            </w:r>
          </w:p>
        </w:tc>
      </w:tr>
      <w:tr>
        <w:tc>
          <w:tcPr>
            <w:tcW w:type="dxa" w:w="2160"/>
          </w:tcPr>
          <w:p>
            <w:r>
              <w:t>20273300809</w:t>
            </w:r>
          </w:p>
        </w:tc>
        <w:tc>
          <w:tcPr>
            <w:tcW w:type="dxa" w:w="2160"/>
          </w:tcPr>
          <w:p>
            <w:r>
              <w:t>马添乐</w:t>
            </w:r>
          </w:p>
        </w:tc>
        <w:tc>
          <w:tcPr>
            <w:tcW w:type="dxa" w:w="2160"/>
          </w:tcPr>
          <w:p>
            <w:r>
              <w:t>20273302052</w:t>
            </w:r>
          </w:p>
        </w:tc>
        <w:tc>
          <w:tcPr>
            <w:tcW w:type="dxa" w:w="2160"/>
          </w:tcPr>
          <w:p>
            <w:r>
              <w:t>李泽熠</w:t>
            </w:r>
          </w:p>
        </w:tc>
      </w:tr>
      <w:tr>
        <w:tc>
          <w:tcPr>
            <w:tcW w:type="dxa" w:w="2160"/>
          </w:tcPr>
          <w:p>
            <w:r>
              <w:t>20273300225</w:t>
            </w:r>
          </w:p>
        </w:tc>
        <w:tc>
          <w:tcPr>
            <w:tcW w:type="dxa" w:w="2160"/>
          </w:tcPr>
          <w:p>
            <w:r>
              <w:t>王依林</w:t>
            </w:r>
          </w:p>
        </w:tc>
        <w:tc>
          <w:tcPr>
            <w:tcW w:type="dxa" w:w="2160"/>
          </w:tcPr>
          <w:p>
            <w:r>
              <w:t>20273302648</w:t>
            </w:r>
          </w:p>
        </w:tc>
        <w:tc>
          <w:tcPr>
            <w:tcW w:type="dxa" w:w="2160"/>
          </w:tcPr>
          <w:p>
            <w:r>
              <w:t>杨哲轩</w:t>
            </w:r>
          </w:p>
        </w:tc>
      </w:tr>
      <w:tr>
        <w:tc>
          <w:tcPr>
            <w:tcW w:type="dxa" w:w="2160"/>
          </w:tcPr>
          <w:p>
            <w:r>
              <w:t>20273301026</w:t>
            </w:r>
          </w:p>
        </w:tc>
        <w:tc>
          <w:tcPr>
            <w:tcW w:type="dxa" w:w="2160"/>
          </w:tcPr>
          <w:p>
            <w:r>
              <w:t>王渺</w:t>
            </w:r>
          </w:p>
        </w:tc>
        <w:tc>
          <w:tcPr>
            <w:tcW w:type="dxa" w:w="2160"/>
          </w:tcPr>
          <w:p>
            <w:r>
              <w:t>20273303535</w:t>
            </w:r>
          </w:p>
        </w:tc>
        <w:tc>
          <w:tcPr>
            <w:tcW w:type="dxa" w:w="2160"/>
          </w:tcPr>
          <w:p>
            <w:r>
              <w:t>单忆如</w:t>
            </w:r>
          </w:p>
        </w:tc>
      </w:tr>
      <w:tr>
        <w:tc>
          <w:tcPr>
            <w:tcW w:type="dxa" w:w="2160"/>
          </w:tcPr>
          <w:p>
            <w:r>
              <w:t>20273301017</w:t>
            </w:r>
          </w:p>
        </w:tc>
        <w:tc>
          <w:tcPr>
            <w:tcW w:type="dxa" w:w="2160"/>
          </w:tcPr>
          <w:p>
            <w:r>
              <w:t>高婕</w:t>
            </w:r>
          </w:p>
        </w:tc>
        <w:tc>
          <w:tcPr>
            <w:tcW w:type="dxa" w:w="2160"/>
          </w:tcPr>
          <w:p>
            <w:r>
              <w:t>20273304197</w:t>
            </w:r>
          </w:p>
        </w:tc>
        <w:tc>
          <w:tcPr>
            <w:tcW w:type="dxa" w:w="2160"/>
          </w:tcPr>
          <w:p>
            <w:r>
              <w:t>邵昊晟</w:t>
            </w:r>
          </w:p>
        </w:tc>
      </w:tr>
      <w:tr>
        <w:tc>
          <w:tcPr>
            <w:tcW w:type="dxa" w:w="2160"/>
          </w:tcPr>
          <w:p>
            <w:r>
              <w:t>20273300546</w:t>
            </w:r>
          </w:p>
        </w:tc>
        <w:tc>
          <w:tcPr>
            <w:tcW w:type="dxa" w:w="2160"/>
          </w:tcPr>
          <w:p>
            <w:r>
              <w:t>程梓俊</w:t>
            </w:r>
          </w:p>
        </w:tc>
        <w:tc>
          <w:tcPr>
            <w:tcW w:type="dxa" w:w="2160"/>
          </w:tcPr>
          <w:p>
            <w:r>
              <w:t>20273304055</w:t>
            </w:r>
          </w:p>
        </w:tc>
        <w:tc>
          <w:tcPr>
            <w:tcW w:type="dxa" w:w="2160"/>
          </w:tcPr>
          <w:p>
            <w:r>
              <w:t>宋泽龙</w:t>
            </w:r>
          </w:p>
        </w:tc>
      </w:tr>
      <w:tr>
        <w:tc>
          <w:tcPr>
            <w:tcW w:type="dxa" w:w="2160"/>
          </w:tcPr>
          <w:p>
            <w:r>
              <w:t>20273301269</w:t>
            </w:r>
          </w:p>
        </w:tc>
        <w:tc>
          <w:tcPr>
            <w:tcW w:type="dxa" w:w="2160"/>
          </w:tcPr>
          <w:p>
            <w:r>
              <w:t>余莹莹</w:t>
            </w:r>
          </w:p>
        </w:tc>
        <w:tc>
          <w:tcPr>
            <w:tcW w:type="dxa" w:w="2160"/>
          </w:tcPr>
          <w:p>
            <w:r>
              <w:t>20273304880</w:t>
            </w:r>
          </w:p>
        </w:tc>
        <w:tc>
          <w:tcPr>
            <w:tcW w:type="dxa" w:w="2160"/>
          </w:tcPr>
          <w:p>
            <w:r>
              <w:t>赵向果</w:t>
            </w:r>
          </w:p>
        </w:tc>
      </w:tr>
      <w:tr>
        <w:tc>
          <w:tcPr>
            <w:tcW w:type="dxa" w:w="2160"/>
          </w:tcPr>
          <w:p>
            <w:r>
              <w:t>20273301463</w:t>
            </w:r>
          </w:p>
        </w:tc>
        <w:tc>
          <w:tcPr>
            <w:tcW w:type="dxa" w:w="2160"/>
          </w:tcPr>
          <w:p>
            <w:r>
              <w:t>李豫苏</w:t>
            </w:r>
          </w:p>
        </w:tc>
        <w:tc>
          <w:tcPr>
            <w:tcW w:type="dxa" w:w="2160"/>
          </w:tcPr>
          <w:p>
            <w:r>
              <w:t>20273305148</w:t>
            </w:r>
          </w:p>
        </w:tc>
        <w:tc>
          <w:tcPr>
            <w:tcW w:type="dxa" w:w="2160"/>
          </w:tcPr>
          <w:p>
            <w:r>
              <w:t>王鑫</w:t>
            </w:r>
          </w:p>
        </w:tc>
      </w:tr>
      <w:tr>
        <w:tc>
          <w:tcPr>
            <w:tcW w:type="dxa" w:w="2160"/>
          </w:tcPr>
          <w:p>
            <w:r>
              <w:t>20273300743</w:t>
            </w:r>
          </w:p>
        </w:tc>
        <w:tc>
          <w:tcPr>
            <w:tcW w:type="dxa" w:w="2160"/>
          </w:tcPr>
          <w:p>
            <w:r>
              <w:t>杨爱娇</w:t>
            </w:r>
          </w:p>
        </w:tc>
        <w:tc>
          <w:tcPr>
            <w:tcW w:type="dxa" w:w="2160"/>
          </w:tcPr>
          <w:p>
            <w:r>
              <w:t>20273305551</w:t>
            </w:r>
          </w:p>
        </w:tc>
        <w:tc>
          <w:tcPr>
            <w:tcW w:type="dxa" w:w="2160"/>
          </w:tcPr>
          <w:p>
            <w:r>
              <w:t>张理雯</w:t>
            </w:r>
          </w:p>
        </w:tc>
      </w:tr>
      <w:tr>
        <w:tc>
          <w:tcPr>
            <w:tcW w:type="dxa" w:w="2160"/>
          </w:tcPr>
          <w:p>
            <w:r>
              <w:t>20273301681</w:t>
            </w:r>
          </w:p>
        </w:tc>
        <w:tc>
          <w:tcPr>
            <w:tcW w:type="dxa" w:w="2160"/>
          </w:tcPr>
          <w:p>
            <w:r>
              <w:t>郑颖颖</w:t>
            </w:r>
          </w:p>
        </w:tc>
        <w:tc>
          <w:tcPr>
            <w:tcW w:type="dxa" w:w="2160"/>
          </w:tcPr>
          <w:p>
            <w:r>
              <w:t>20273304487</w:t>
            </w:r>
          </w:p>
        </w:tc>
        <w:tc>
          <w:tcPr>
            <w:tcW w:type="dxa" w:w="2160"/>
          </w:tcPr>
          <w:p>
            <w:r>
              <w:t>赵玲玲</w:t>
            </w:r>
          </w:p>
        </w:tc>
      </w:tr>
      <w:tr>
        <w:tc>
          <w:tcPr>
            <w:tcW w:type="dxa" w:w="2160"/>
          </w:tcPr>
          <w:p>
            <w:r>
              <w:t>20273301722</w:t>
            </w:r>
          </w:p>
        </w:tc>
        <w:tc>
          <w:tcPr>
            <w:tcW w:type="dxa" w:w="2160"/>
          </w:tcPr>
          <w:p>
            <w:r>
              <w:t>丁培文</w:t>
            </w:r>
          </w:p>
        </w:tc>
        <w:tc>
          <w:tcPr>
            <w:tcW w:type="dxa" w:w="2160"/>
          </w:tcPr>
          <w:p>
            <w:r>
              <w:t>20273301666</w:t>
            </w:r>
          </w:p>
        </w:tc>
        <w:tc>
          <w:tcPr>
            <w:tcW w:type="dxa" w:w="2160"/>
          </w:tcPr>
          <w:p>
            <w:r>
              <w:t>赵天娇</w:t>
            </w:r>
          </w:p>
        </w:tc>
      </w:tr>
      <w:tr>
        <w:tc>
          <w:tcPr>
            <w:tcW w:type="dxa" w:w="2160"/>
          </w:tcPr>
          <w:p>
            <w:r>
              <w:t>20273300840</w:t>
            </w:r>
          </w:p>
        </w:tc>
        <w:tc>
          <w:tcPr>
            <w:tcW w:type="dxa" w:w="2160"/>
          </w:tcPr>
          <w:p>
            <w:r>
              <w:t>方成</w:t>
            </w:r>
          </w:p>
        </w:tc>
        <w:tc>
          <w:tcPr>
            <w:tcW w:type="dxa" w:w="2160"/>
          </w:tcPr>
          <w:p>
            <w:r>
              <w:t>20273306265</w:t>
            </w:r>
          </w:p>
        </w:tc>
        <w:tc>
          <w:tcPr>
            <w:tcW w:type="dxa" w:w="2160"/>
          </w:tcPr>
          <w:p>
            <w:r>
              <w:t>王小童</w:t>
            </w:r>
          </w:p>
        </w:tc>
      </w:tr>
      <w:tr>
        <w:tc>
          <w:tcPr>
            <w:tcW w:type="dxa" w:w="2160"/>
          </w:tcPr>
          <w:p>
            <w:r>
              <w:t>20273301814</w:t>
            </w:r>
          </w:p>
        </w:tc>
        <w:tc>
          <w:tcPr>
            <w:tcW w:type="dxa" w:w="2160"/>
          </w:tcPr>
          <w:p>
            <w:r>
              <w:t>彭正杰</w:t>
            </w:r>
          </w:p>
        </w:tc>
        <w:tc>
          <w:tcPr>
            <w:tcW w:type="dxa" w:w="2160"/>
          </w:tcPr>
          <w:p>
            <w:r>
              <w:t>20273304639</w:t>
            </w:r>
          </w:p>
        </w:tc>
        <w:tc>
          <w:tcPr>
            <w:tcW w:type="dxa" w:w="2160"/>
          </w:tcPr>
          <w:p>
            <w:r>
              <w:t>郑佳昕</w:t>
            </w:r>
          </w:p>
        </w:tc>
      </w:tr>
      <w:tr>
        <w:tc>
          <w:tcPr>
            <w:tcW w:type="dxa" w:w="2160"/>
          </w:tcPr>
          <w:p>
            <w:r>
              <w:t>20273300487</w:t>
            </w:r>
          </w:p>
        </w:tc>
        <w:tc>
          <w:tcPr>
            <w:tcW w:type="dxa" w:w="2160"/>
          </w:tcPr>
          <w:p>
            <w:r>
              <w:t>丁永豪</w:t>
            </w:r>
          </w:p>
        </w:tc>
        <w:tc>
          <w:tcPr>
            <w:tcW w:type="dxa" w:w="2160"/>
          </w:tcPr>
          <w:p>
            <w:r>
              <w:t>20273306917</w:t>
            </w:r>
          </w:p>
        </w:tc>
        <w:tc>
          <w:tcPr>
            <w:tcW w:type="dxa" w:w="2160"/>
          </w:tcPr>
          <w:p>
            <w:r>
              <w:t>纪玉娟</w:t>
            </w:r>
          </w:p>
        </w:tc>
      </w:tr>
      <w:tr>
        <w:tc>
          <w:tcPr>
            <w:tcW w:type="dxa" w:w="2160"/>
          </w:tcPr>
          <w:p>
            <w:r>
              <w:t>20273301664</w:t>
            </w:r>
          </w:p>
        </w:tc>
        <w:tc>
          <w:tcPr>
            <w:tcW w:type="dxa" w:w="2160"/>
          </w:tcPr>
          <w:p>
            <w:r>
              <w:t>王嘉文</w:t>
            </w:r>
          </w:p>
        </w:tc>
        <w:tc>
          <w:tcPr>
            <w:tcW w:type="dxa" w:w="2160"/>
          </w:tcPr>
          <w:p>
            <w:r>
              <w:t>20273305044</w:t>
            </w:r>
          </w:p>
        </w:tc>
        <w:tc>
          <w:tcPr>
            <w:tcW w:type="dxa" w:w="2160"/>
          </w:tcPr>
          <w:p>
            <w:r>
              <w:t>杜雨桐</w:t>
            </w:r>
          </w:p>
        </w:tc>
      </w:tr>
      <w:tr>
        <w:tc>
          <w:tcPr>
            <w:tcW w:type="dxa" w:w="2160"/>
          </w:tcPr>
          <w:p>
            <w:r>
              <w:t>20273302433</w:t>
            </w:r>
          </w:p>
        </w:tc>
        <w:tc>
          <w:tcPr>
            <w:tcW w:type="dxa" w:w="2160"/>
          </w:tcPr>
          <w:p>
            <w:r>
              <w:t>刘奕欧</w:t>
            </w:r>
          </w:p>
        </w:tc>
        <w:tc>
          <w:tcPr>
            <w:tcW w:type="dxa" w:w="2160"/>
          </w:tcPr>
          <w:p>
            <w:r>
              <w:t>20273307199</w:t>
            </w:r>
          </w:p>
        </w:tc>
        <w:tc>
          <w:tcPr>
            <w:tcW w:type="dxa" w:w="2160"/>
          </w:tcPr>
          <w:p>
            <w:r>
              <w:t>李丹杰</w:t>
            </w:r>
          </w:p>
        </w:tc>
      </w:tr>
      <w:tr>
        <w:tc>
          <w:tcPr>
            <w:tcW w:type="dxa" w:w="2160"/>
          </w:tcPr>
          <w:p>
            <w:r>
              <w:t>20273302434</w:t>
            </w:r>
          </w:p>
        </w:tc>
        <w:tc>
          <w:tcPr>
            <w:tcW w:type="dxa" w:w="2160"/>
          </w:tcPr>
          <w:p>
            <w:r>
              <w:t>黎振勋</w:t>
            </w:r>
          </w:p>
        </w:tc>
        <w:tc>
          <w:tcPr>
            <w:tcW w:type="dxa" w:w="2160"/>
          </w:tcPr>
          <w:p>
            <w:r>
              <w:t>20273304459</w:t>
            </w:r>
          </w:p>
        </w:tc>
        <w:tc>
          <w:tcPr>
            <w:tcW w:type="dxa" w:w="2160"/>
          </w:tcPr>
          <w:p>
            <w:r>
              <w:t>曹楚楚</w:t>
            </w:r>
          </w:p>
        </w:tc>
      </w:tr>
      <w:tr>
        <w:tc>
          <w:tcPr>
            <w:tcW w:type="dxa" w:w="2160"/>
          </w:tcPr>
          <w:p>
            <w:r>
              <w:t>20273302938</w:t>
            </w:r>
          </w:p>
        </w:tc>
        <w:tc>
          <w:tcPr>
            <w:tcW w:type="dxa" w:w="2160"/>
          </w:tcPr>
          <w:p>
            <w:r>
              <w:t>何好</w:t>
            </w:r>
          </w:p>
        </w:tc>
        <w:tc>
          <w:tcPr>
            <w:tcW w:type="dxa" w:w="2160"/>
          </w:tcPr>
          <w:p>
            <w:r>
              <w:t>20273308246</w:t>
            </w:r>
          </w:p>
        </w:tc>
        <w:tc>
          <w:tcPr>
            <w:tcW w:type="dxa" w:w="2160"/>
          </w:tcPr>
          <w:p>
            <w:r>
              <w:t>付梦迪</w:t>
            </w:r>
          </w:p>
        </w:tc>
      </w:tr>
      <w:tr>
        <w:tc>
          <w:tcPr>
            <w:tcW w:type="dxa" w:w="2160"/>
          </w:tcPr>
          <w:p>
            <w:r>
              <w:t>20273301879</w:t>
            </w:r>
          </w:p>
        </w:tc>
        <w:tc>
          <w:tcPr>
            <w:tcW w:type="dxa" w:w="2160"/>
          </w:tcPr>
          <w:p>
            <w:r>
              <w:t>王赛璐</w:t>
            </w:r>
          </w:p>
        </w:tc>
        <w:tc>
          <w:tcPr>
            <w:tcW w:type="dxa" w:w="2160"/>
          </w:tcPr>
          <w:p>
            <w:r>
              <w:t>20273308167</w:t>
            </w:r>
          </w:p>
        </w:tc>
        <w:tc>
          <w:tcPr>
            <w:tcW w:type="dxa" w:w="2160"/>
          </w:tcPr>
          <w:p>
            <w:r>
              <w:t>林冬雪</w:t>
            </w:r>
          </w:p>
        </w:tc>
      </w:tr>
      <w:tr>
        <w:tc>
          <w:tcPr>
            <w:tcW w:type="dxa" w:w="2160"/>
          </w:tcPr>
          <w:p>
            <w:r>
              <w:t>20273302407</w:t>
            </w:r>
          </w:p>
        </w:tc>
        <w:tc>
          <w:tcPr>
            <w:tcW w:type="dxa" w:w="2160"/>
          </w:tcPr>
          <w:p>
            <w:r>
              <w:t>杨彩霞</w:t>
            </w:r>
          </w:p>
        </w:tc>
        <w:tc>
          <w:tcPr>
            <w:tcW w:type="dxa" w:w="2160"/>
          </w:tcPr>
          <w:p>
            <w:r>
              <w:t>20273303186</w:t>
            </w:r>
          </w:p>
        </w:tc>
        <w:tc>
          <w:tcPr>
            <w:tcW w:type="dxa" w:w="2160"/>
          </w:tcPr>
          <w:p>
            <w:r>
              <w:t>朱俊杰</w:t>
            </w:r>
          </w:p>
        </w:tc>
      </w:tr>
      <w:tr>
        <w:tc>
          <w:tcPr>
            <w:tcW w:type="dxa" w:w="2160"/>
          </w:tcPr>
          <w:p>
            <w:r>
              <w:t>20273302966</w:t>
            </w:r>
          </w:p>
        </w:tc>
        <w:tc>
          <w:tcPr>
            <w:tcW w:type="dxa" w:w="2160"/>
          </w:tcPr>
          <w:p>
            <w:r>
              <w:t>黄思远</w:t>
            </w:r>
          </w:p>
        </w:tc>
        <w:tc>
          <w:tcPr>
            <w:tcW w:type="dxa" w:w="2160"/>
          </w:tcPr>
          <w:p>
            <w:r>
              <w:t>20273308756</w:t>
            </w:r>
          </w:p>
        </w:tc>
        <w:tc>
          <w:tcPr>
            <w:tcW w:type="dxa" w:w="2160"/>
          </w:tcPr>
          <w:p>
            <w:r>
              <w:t>杨学睿</w:t>
            </w:r>
          </w:p>
        </w:tc>
      </w:tr>
      <w:tr>
        <w:tc>
          <w:tcPr>
            <w:tcW w:type="dxa" w:w="2160"/>
          </w:tcPr>
          <w:p>
            <w:r>
              <w:t>20273303184</w:t>
            </w:r>
          </w:p>
        </w:tc>
        <w:tc>
          <w:tcPr>
            <w:tcW w:type="dxa" w:w="2160"/>
          </w:tcPr>
          <w:p>
            <w:r>
              <w:t>曹思</w:t>
            </w:r>
          </w:p>
        </w:tc>
        <w:tc>
          <w:tcPr>
            <w:tcW w:type="dxa" w:w="2160"/>
          </w:tcPr>
          <w:p>
            <w:r>
              <w:t>20273305188</w:t>
            </w:r>
          </w:p>
        </w:tc>
        <w:tc>
          <w:tcPr>
            <w:tcW w:type="dxa" w:w="2160"/>
          </w:tcPr>
          <w:p>
            <w:r>
              <w:t>简钰</w:t>
            </w:r>
          </w:p>
        </w:tc>
      </w:tr>
      <w:tr>
        <w:tc>
          <w:tcPr>
            <w:tcW w:type="dxa" w:w="2160"/>
          </w:tcPr>
          <w:p>
            <w:r>
              <w:t>20273303435</w:t>
            </w:r>
          </w:p>
        </w:tc>
        <w:tc>
          <w:tcPr>
            <w:tcW w:type="dxa" w:w="2160"/>
          </w:tcPr>
          <w:p>
            <w:r>
              <w:t>何洁</w:t>
            </w:r>
          </w:p>
        </w:tc>
        <w:tc>
          <w:tcPr>
            <w:tcW w:type="dxa" w:w="2160"/>
          </w:tcPr>
          <w:p>
            <w:r>
              <w:t>20273304572</w:t>
            </w:r>
          </w:p>
        </w:tc>
        <w:tc>
          <w:tcPr>
            <w:tcW w:type="dxa" w:w="2160"/>
          </w:tcPr>
          <w:p>
            <w:r>
              <w:t>刘晓宇</w:t>
            </w:r>
          </w:p>
        </w:tc>
      </w:tr>
      <w:tr>
        <w:tc>
          <w:tcPr>
            <w:tcW w:type="dxa" w:w="2160"/>
          </w:tcPr>
          <w:p>
            <w:r>
              <w:t>20273303219</w:t>
            </w:r>
          </w:p>
        </w:tc>
        <w:tc>
          <w:tcPr>
            <w:tcW w:type="dxa" w:w="2160"/>
          </w:tcPr>
          <w:p>
            <w:r>
              <w:t>肖倩文</w:t>
            </w:r>
          </w:p>
        </w:tc>
        <w:tc>
          <w:tcPr>
            <w:tcW w:type="dxa" w:w="2160"/>
          </w:tcPr>
          <w:p>
            <w:r>
              <w:t>20273307633</w:t>
            </w:r>
          </w:p>
        </w:tc>
        <w:tc>
          <w:tcPr>
            <w:tcW w:type="dxa" w:w="2160"/>
          </w:tcPr>
          <w:p>
            <w:r>
              <w:t>王素涵</w:t>
            </w:r>
          </w:p>
        </w:tc>
      </w:tr>
      <w:tr>
        <w:tc>
          <w:tcPr>
            <w:tcW w:type="dxa" w:w="2160"/>
          </w:tcPr>
          <w:p>
            <w:r>
              <w:t>20273300985</w:t>
            </w:r>
          </w:p>
        </w:tc>
        <w:tc>
          <w:tcPr>
            <w:tcW w:type="dxa" w:w="2160"/>
          </w:tcPr>
          <w:p>
            <w:r>
              <w:t>刘煜亭</w:t>
            </w:r>
          </w:p>
        </w:tc>
        <w:tc>
          <w:tcPr>
            <w:tcW w:type="dxa" w:w="2160"/>
          </w:tcPr>
          <w:p>
            <w:r>
              <w:t>20273302755</w:t>
            </w:r>
          </w:p>
        </w:tc>
        <w:tc>
          <w:tcPr>
            <w:tcW w:type="dxa" w:w="2160"/>
          </w:tcPr>
          <w:p>
            <w:r>
              <w:t>韩佳彤</w:t>
            </w:r>
          </w:p>
        </w:tc>
      </w:tr>
      <w:tr>
        <w:tc>
          <w:tcPr>
            <w:tcW w:type="dxa" w:w="2160"/>
          </w:tcPr>
          <w:p>
            <w:r>
              <w:t>20273303730</w:t>
            </w:r>
          </w:p>
        </w:tc>
        <w:tc>
          <w:tcPr>
            <w:tcW w:type="dxa" w:w="2160"/>
          </w:tcPr>
          <w:p>
            <w:r>
              <w:t>杨闳轶</w:t>
            </w:r>
          </w:p>
        </w:tc>
        <w:tc>
          <w:tcPr>
            <w:tcW w:type="dxa" w:w="2160"/>
          </w:tcPr>
          <w:p>
            <w:r>
              <w:t>20273309430</w:t>
            </w:r>
          </w:p>
        </w:tc>
        <w:tc>
          <w:tcPr>
            <w:tcW w:type="dxa" w:w="2160"/>
          </w:tcPr>
          <w:p>
            <w:r>
              <w:t>古丽夏依达·吾买尔</w:t>
            </w:r>
          </w:p>
        </w:tc>
      </w:tr>
      <w:tr>
        <w:tc>
          <w:tcPr>
            <w:tcW w:type="dxa" w:w="2160"/>
          </w:tcPr>
          <w:p>
            <w:r>
              <w:t>20273300045</w:t>
            </w:r>
          </w:p>
        </w:tc>
        <w:tc>
          <w:tcPr>
            <w:tcW w:type="dxa" w:w="2160"/>
          </w:tcPr>
          <w:p>
            <w:r>
              <w:t>孔伟康</w:t>
            </w:r>
          </w:p>
        </w:tc>
        <w:tc>
          <w:tcPr>
            <w:tcW w:type="dxa" w:w="2160"/>
          </w:tcPr>
          <w:p>
            <w:r>
              <w:t>20273302706</w:t>
            </w:r>
          </w:p>
        </w:tc>
        <w:tc>
          <w:tcPr>
            <w:tcW w:type="dxa" w:w="2160"/>
          </w:tcPr>
          <w:p>
            <w:r>
              <w:t>唐雨喋</w:t>
            </w:r>
          </w:p>
        </w:tc>
      </w:tr>
      <w:tr>
        <w:tc>
          <w:tcPr>
            <w:tcW w:type="dxa" w:w="2160"/>
          </w:tcPr>
          <w:p>
            <w:r>
              <w:t>20273302912</w:t>
            </w:r>
          </w:p>
        </w:tc>
        <w:tc>
          <w:tcPr>
            <w:tcW w:type="dxa" w:w="2160"/>
          </w:tcPr>
          <w:p>
            <w:r>
              <w:t>王雨洁</w:t>
            </w:r>
          </w:p>
        </w:tc>
        <w:tc>
          <w:tcPr>
            <w:tcW w:type="dxa" w:w="2160"/>
          </w:tcPr>
          <w:p>
            <w:r>
              <w:t>20273310398</w:t>
            </w:r>
          </w:p>
        </w:tc>
        <w:tc>
          <w:tcPr>
            <w:tcW w:type="dxa" w:w="2160"/>
          </w:tcPr>
          <w:p>
            <w:r>
              <w:t>郭丽</w:t>
            </w:r>
          </w:p>
        </w:tc>
      </w:tr>
      <w:tr>
        <w:tc>
          <w:tcPr>
            <w:tcW w:type="dxa" w:w="2160"/>
          </w:tcPr>
          <w:p>
            <w:r>
              <w:t>20273302369</w:t>
            </w:r>
          </w:p>
        </w:tc>
        <w:tc>
          <w:tcPr>
            <w:tcW w:type="dxa" w:w="2160"/>
          </w:tcPr>
          <w:p>
            <w:r>
              <w:t>姚易欣</w:t>
            </w:r>
          </w:p>
        </w:tc>
        <w:tc>
          <w:tcPr>
            <w:tcW w:type="dxa" w:w="2160"/>
          </w:tcPr>
          <w:p>
            <w:r>
              <w:t>20273301418</w:t>
            </w:r>
          </w:p>
        </w:tc>
        <w:tc>
          <w:tcPr>
            <w:tcW w:type="dxa" w:w="2160"/>
          </w:tcPr>
          <w:p>
            <w:r>
              <w:t>刘静文</w:t>
            </w:r>
          </w:p>
        </w:tc>
      </w:tr>
      <w:tr>
        <w:tc>
          <w:tcPr>
            <w:tcW w:type="dxa" w:w="2160"/>
          </w:tcPr>
          <w:p>
            <w:r>
              <w:t>20273304220</w:t>
            </w:r>
          </w:p>
        </w:tc>
        <w:tc>
          <w:tcPr>
            <w:tcW w:type="dxa" w:w="2160"/>
          </w:tcPr>
          <w:p>
            <w:r>
              <w:t>刘一凡</w:t>
            </w:r>
          </w:p>
        </w:tc>
        <w:tc>
          <w:tcPr>
            <w:tcW w:type="dxa" w:w="2160"/>
          </w:tcPr>
          <w:p>
            <w:r>
              <w:t>20273301829</w:t>
            </w:r>
          </w:p>
        </w:tc>
        <w:tc>
          <w:tcPr>
            <w:tcW w:type="dxa" w:w="2160"/>
          </w:tcPr>
          <w:p>
            <w:r>
              <w:t>吴瑜童</w:t>
            </w:r>
          </w:p>
        </w:tc>
      </w:tr>
      <w:tr>
        <w:tc>
          <w:tcPr>
            <w:tcW w:type="dxa" w:w="2160"/>
          </w:tcPr>
          <w:p>
            <w:r>
              <w:t>20273304284</w:t>
            </w:r>
          </w:p>
        </w:tc>
        <w:tc>
          <w:tcPr>
            <w:tcW w:type="dxa" w:w="2160"/>
          </w:tcPr>
          <w:p>
            <w:r>
              <w:t>李淑芹</w:t>
            </w:r>
          </w:p>
        </w:tc>
        <w:tc>
          <w:tcPr>
            <w:tcW w:type="dxa" w:w="2160"/>
          </w:tcPr>
          <w:p>
            <w:r>
              <w:t>20273310692</w:t>
            </w:r>
          </w:p>
        </w:tc>
        <w:tc>
          <w:tcPr>
            <w:tcW w:type="dxa" w:w="2160"/>
          </w:tcPr>
          <w:p>
            <w:r>
              <w:t>宋洋飞孟</w:t>
            </w:r>
          </w:p>
        </w:tc>
      </w:tr>
      <w:tr>
        <w:tc>
          <w:tcPr>
            <w:tcW w:type="dxa" w:w="2160"/>
          </w:tcPr>
          <w:p>
            <w:r>
              <w:t>20273304331</w:t>
            </w:r>
          </w:p>
        </w:tc>
        <w:tc>
          <w:tcPr>
            <w:tcW w:type="dxa" w:w="2160"/>
          </w:tcPr>
          <w:p>
            <w:r>
              <w:t>宋晗希</w:t>
            </w:r>
          </w:p>
        </w:tc>
        <w:tc>
          <w:tcPr>
            <w:tcW w:type="dxa" w:w="2160"/>
          </w:tcPr>
          <w:p>
            <w:r>
              <w:t>20273308779</w:t>
            </w:r>
          </w:p>
        </w:tc>
        <w:tc>
          <w:tcPr>
            <w:tcW w:type="dxa" w:w="2160"/>
          </w:tcPr>
          <w:p>
            <w:r>
              <w:t>龙雨露</w:t>
            </w:r>
          </w:p>
        </w:tc>
      </w:tr>
      <w:tr>
        <w:tc>
          <w:tcPr>
            <w:tcW w:type="dxa" w:w="2160"/>
          </w:tcPr>
          <w:p>
            <w:r>
              <w:t>20273301040</w:t>
            </w:r>
          </w:p>
        </w:tc>
        <w:tc>
          <w:tcPr>
            <w:tcW w:type="dxa" w:w="2160"/>
          </w:tcPr>
          <w:p>
            <w:r>
              <w:t>周家好</w:t>
            </w:r>
          </w:p>
        </w:tc>
        <w:tc>
          <w:tcPr>
            <w:tcW w:type="dxa" w:w="2160"/>
          </w:tcPr>
          <w:p>
            <w:r>
              <w:t>20273306776</w:t>
            </w:r>
          </w:p>
        </w:tc>
        <w:tc>
          <w:tcPr>
            <w:tcW w:type="dxa" w:w="2160"/>
          </w:tcPr>
          <w:p>
            <w:r>
              <w:t>赵梦琳</w:t>
            </w:r>
          </w:p>
        </w:tc>
      </w:tr>
      <w:tr>
        <w:tc>
          <w:tcPr>
            <w:tcW w:type="dxa" w:w="2160"/>
          </w:tcPr>
          <w:p>
            <w:r>
              <w:t>20273303794</w:t>
            </w:r>
          </w:p>
        </w:tc>
        <w:tc>
          <w:tcPr>
            <w:tcW w:type="dxa" w:w="2160"/>
          </w:tcPr>
          <w:p>
            <w:r>
              <w:t>周子皙</w:t>
            </w:r>
          </w:p>
        </w:tc>
        <w:tc>
          <w:tcPr>
            <w:tcW w:type="dxa" w:w="2160"/>
          </w:tcPr>
          <w:p>
            <w:r>
              <w:t>20273310067</w:t>
            </w:r>
          </w:p>
        </w:tc>
        <w:tc>
          <w:tcPr>
            <w:tcW w:type="dxa" w:w="2160"/>
          </w:tcPr>
          <w:p>
            <w:r>
              <w:t>朱春怡</w:t>
            </w:r>
          </w:p>
        </w:tc>
      </w:tr>
      <w:tr>
        <w:tc>
          <w:tcPr>
            <w:tcW w:type="dxa" w:w="2160"/>
          </w:tcPr>
          <w:p>
            <w:r>
              <w:t>20273304274</w:t>
            </w:r>
          </w:p>
        </w:tc>
        <w:tc>
          <w:tcPr>
            <w:tcW w:type="dxa" w:w="2160"/>
          </w:tcPr>
          <w:p>
            <w:r>
              <w:t>朱晓燕</w:t>
            </w:r>
          </w:p>
        </w:tc>
        <w:tc>
          <w:tcPr>
            <w:tcW w:type="dxa" w:w="2160"/>
          </w:tcPr>
          <w:p>
            <w:r>
              <w:t>20273300594</w:t>
            </w:r>
          </w:p>
        </w:tc>
        <w:tc>
          <w:tcPr>
            <w:tcW w:type="dxa" w:w="2160"/>
          </w:tcPr>
          <w:p>
            <w:r>
              <w:t>周羽寒</w:t>
            </w:r>
          </w:p>
        </w:tc>
      </w:tr>
      <w:tr>
        <w:tc>
          <w:tcPr>
            <w:tcW w:type="dxa" w:w="2160"/>
          </w:tcPr>
          <w:p>
            <w:r>
              <w:t>20273304424</w:t>
            </w:r>
          </w:p>
        </w:tc>
        <w:tc>
          <w:tcPr>
            <w:tcW w:type="dxa" w:w="2160"/>
          </w:tcPr>
          <w:p>
            <w:r>
              <w:t>成英姿</w:t>
            </w:r>
          </w:p>
        </w:tc>
        <w:tc>
          <w:tcPr>
            <w:tcW w:type="dxa" w:w="2160"/>
          </w:tcPr>
          <w:p>
            <w:r>
              <w:t>20273311000</w:t>
            </w:r>
          </w:p>
        </w:tc>
        <w:tc>
          <w:tcPr>
            <w:tcW w:type="dxa" w:w="2160"/>
          </w:tcPr>
          <w:p>
            <w:r>
              <w:t>李雪美</w:t>
            </w:r>
          </w:p>
        </w:tc>
      </w:tr>
      <w:tr>
        <w:tc>
          <w:tcPr>
            <w:tcW w:type="dxa" w:w="2160"/>
          </w:tcPr>
          <w:p>
            <w:r>
              <w:t>20273301676</w:t>
            </w:r>
          </w:p>
        </w:tc>
        <w:tc>
          <w:tcPr>
            <w:tcW w:type="dxa" w:w="2160"/>
          </w:tcPr>
          <w:p>
            <w:r>
              <w:t>李舒涵</w:t>
            </w:r>
          </w:p>
        </w:tc>
        <w:tc>
          <w:tcPr>
            <w:tcW w:type="dxa" w:w="2160"/>
          </w:tcPr>
          <w:p>
            <w:r>
              <w:t>20273307337</w:t>
            </w:r>
          </w:p>
        </w:tc>
        <w:tc>
          <w:tcPr>
            <w:tcW w:type="dxa" w:w="2160"/>
          </w:tcPr>
          <w:p>
            <w:r>
              <w:t>焦琳珊</w:t>
            </w:r>
          </w:p>
        </w:tc>
      </w:tr>
      <w:tr>
        <w:tc>
          <w:tcPr>
            <w:tcW w:type="dxa" w:w="2160"/>
          </w:tcPr>
          <w:p>
            <w:r>
              <w:t>20273301478</w:t>
            </w:r>
          </w:p>
        </w:tc>
        <w:tc>
          <w:tcPr>
            <w:tcW w:type="dxa" w:w="2160"/>
          </w:tcPr>
          <w:p>
            <w:r>
              <w:t>韩晓森</w:t>
            </w:r>
          </w:p>
        </w:tc>
        <w:tc>
          <w:tcPr>
            <w:tcW w:type="dxa" w:w="2160"/>
          </w:tcPr>
          <w:p>
            <w:r>
              <w:t>20273311992</w:t>
            </w:r>
          </w:p>
        </w:tc>
        <w:tc>
          <w:tcPr>
            <w:tcW w:type="dxa" w:w="2160"/>
          </w:tcPr>
          <w:p>
            <w:r>
              <w:t>张明阳</w:t>
            </w:r>
          </w:p>
        </w:tc>
      </w:tr>
      <w:tr>
        <w:tc>
          <w:tcPr>
            <w:tcW w:type="dxa" w:w="2160"/>
          </w:tcPr>
          <w:p>
            <w:r>
              <w:t>20273304345</w:t>
            </w:r>
          </w:p>
        </w:tc>
        <w:tc>
          <w:tcPr>
            <w:tcW w:type="dxa" w:w="2160"/>
          </w:tcPr>
          <w:p>
            <w:r>
              <w:t>王俊烨</w:t>
            </w:r>
          </w:p>
        </w:tc>
        <w:tc>
          <w:tcPr>
            <w:tcW w:type="dxa" w:w="2160"/>
          </w:tcPr>
          <w:p>
            <w:r>
              <w:t>20273301456</w:t>
            </w:r>
          </w:p>
        </w:tc>
        <w:tc>
          <w:tcPr>
            <w:tcW w:type="dxa" w:w="2160"/>
          </w:tcPr>
          <w:p>
            <w:r>
              <w:t>吴思思</w:t>
            </w:r>
          </w:p>
        </w:tc>
      </w:tr>
      <w:tr>
        <w:tc>
          <w:tcPr>
            <w:tcW w:type="dxa" w:w="2160"/>
          </w:tcPr>
          <w:p>
            <w:r>
              <w:t>20273302231</w:t>
            </w:r>
          </w:p>
        </w:tc>
        <w:tc>
          <w:tcPr>
            <w:tcW w:type="dxa" w:w="2160"/>
          </w:tcPr>
          <w:p>
            <w:r>
              <w:t>李研博</w:t>
            </w:r>
          </w:p>
        </w:tc>
        <w:tc>
          <w:tcPr>
            <w:tcW w:type="dxa" w:w="2160"/>
          </w:tcPr>
          <w:p>
            <w:r>
              <w:t>20273312523</w:t>
            </w:r>
          </w:p>
        </w:tc>
        <w:tc>
          <w:tcPr>
            <w:tcW w:type="dxa" w:w="2160"/>
          </w:tcPr>
          <w:p>
            <w:r>
              <w:t>李殊敏</w:t>
            </w:r>
          </w:p>
        </w:tc>
      </w:tr>
      <w:tr>
        <w:tc>
          <w:tcPr>
            <w:tcW w:type="dxa" w:w="2160"/>
          </w:tcPr>
          <w:p>
            <w:r>
              <w:t>20273303286</w:t>
            </w:r>
          </w:p>
        </w:tc>
        <w:tc>
          <w:tcPr>
            <w:tcW w:type="dxa" w:w="2160"/>
          </w:tcPr>
          <w:p>
            <w:r>
              <w:t>杨焯雅</w:t>
            </w:r>
          </w:p>
        </w:tc>
        <w:tc>
          <w:tcPr>
            <w:tcW w:type="dxa" w:w="2160"/>
          </w:tcPr>
          <w:p>
            <w:r>
              <w:t>20273308173</w:t>
            </w:r>
          </w:p>
        </w:tc>
        <w:tc>
          <w:tcPr>
            <w:tcW w:type="dxa" w:w="2160"/>
          </w:tcPr>
          <w:p>
            <w:r>
              <w:t>王恋奕</w:t>
            </w:r>
          </w:p>
        </w:tc>
      </w:tr>
      <w:tr>
        <w:tc>
          <w:tcPr>
            <w:tcW w:type="dxa" w:w="2160"/>
          </w:tcPr>
          <w:p>
            <w:r>
              <w:t>20273303027</w:t>
            </w:r>
          </w:p>
        </w:tc>
        <w:tc>
          <w:tcPr>
            <w:tcW w:type="dxa" w:w="2160"/>
          </w:tcPr>
          <w:p>
            <w:r>
              <w:t>胡思滔</w:t>
            </w:r>
          </w:p>
        </w:tc>
        <w:tc>
          <w:tcPr>
            <w:tcW w:type="dxa" w:w="2160"/>
          </w:tcPr>
          <w:p>
            <w:r>
              <w:t>20273312863</w:t>
            </w:r>
          </w:p>
        </w:tc>
        <w:tc>
          <w:tcPr>
            <w:tcW w:type="dxa" w:w="2160"/>
          </w:tcPr>
          <w:p>
            <w:r>
              <w:t>苏玉麒</w:t>
            </w:r>
          </w:p>
        </w:tc>
      </w:tr>
      <w:tr>
        <w:tc>
          <w:tcPr>
            <w:tcW w:type="dxa" w:w="2160"/>
          </w:tcPr>
          <w:p>
            <w:r>
              <w:t>20273304786</w:t>
            </w:r>
          </w:p>
        </w:tc>
        <w:tc>
          <w:tcPr>
            <w:tcW w:type="dxa" w:w="2160"/>
          </w:tcPr>
          <w:p>
            <w:r>
              <w:t>阮钰珩</w:t>
            </w:r>
          </w:p>
        </w:tc>
        <w:tc>
          <w:tcPr>
            <w:tcW w:type="dxa" w:w="2160"/>
          </w:tcPr>
          <w:p>
            <w:r>
              <w:t>20273303056</w:t>
            </w:r>
          </w:p>
        </w:tc>
        <w:tc>
          <w:tcPr>
            <w:tcW w:type="dxa" w:w="2160"/>
          </w:tcPr>
          <w:p>
            <w:r>
              <w:t>刘天乐</w:t>
            </w:r>
          </w:p>
        </w:tc>
      </w:tr>
      <w:tr>
        <w:tc>
          <w:tcPr>
            <w:tcW w:type="dxa" w:w="2160"/>
          </w:tcPr>
          <w:p>
            <w:r>
              <w:t>20273304328</w:t>
            </w:r>
          </w:p>
        </w:tc>
        <w:tc>
          <w:tcPr>
            <w:tcW w:type="dxa" w:w="2160"/>
          </w:tcPr>
          <w:p>
            <w:r>
              <w:t>赖佳佳</w:t>
            </w:r>
          </w:p>
        </w:tc>
        <w:tc>
          <w:tcPr>
            <w:tcW w:type="dxa" w:w="2160"/>
          </w:tcPr>
          <w:p>
            <w:r>
              <w:t>20273305916</w:t>
            </w:r>
          </w:p>
        </w:tc>
        <w:tc>
          <w:tcPr>
            <w:tcW w:type="dxa" w:w="2160"/>
          </w:tcPr>
          <w:p>
            <w:r>
              <w:t>韦慧欣</w:t>
            </w:r>
          </w:p>
        </w:tc>
      </w:tr>
      <w:tr>
        <w:tc>
          <w:tcPr>
            <w:tcW w:type="dxa" w:w="2160"/>
          </w:tcPr>
          <w:p>
            <w:r>
              <w:t>20273304406</w:t>
            </w:r>
          </w:p>
        </w:tc>
        <w:tc>
          <w:tcPr>
            <w:tcW w:type="dxa" w:w="2160"/>
          </w:tcPr>
          <w:p>
            <w:r>
              <w:t>高欣瑶</w:t>
            </w:r>
          </w:p>
        </w:tc>
        <w:tc>
          <w:tcPr>
            <w:tcW w:type="dxa" w:w="2160"/>
          </w:tcPr>
          <w:p>
            <w:r>
              <w:t>20273313332</w:t>
            </w:r>
          </w:p>
        </w:tc>
        <w:tc>
          <w:tcPr>
            <w:tcW w:type="dxa" w:w="2160"/>
          </w:tcPr>
          <w:p>
            <w:r>
              <w:t>李柳仪</w:t>
            </w:r>
          </w:p>
        </w:tc>
      </w:tr>
      <w:tr>
        <w:tc>
          <w:tcPr>
            <w:tcW w:type="dxa" w:w="2160"/>
          </w:tcPr>
          <w:p>
            <w:r>
              <w:t>20273300412</w:t>
            </w:r>
          </w:p>
        </w:tc>
        <w:tc>
          <w:tcPr>
            <w:tcW w:type="dxa" w:w="2160"/>
          </w:tcPr>
          <w:p>
            <w:r>
              <w:t>李彤</w:t>
            </w:r>
          </w:p>
        </w:tc>
        <w:tc>
          <w:tcPr>
            <w:tcW w:type="dxa" w:w="2160"/>
          </w:tcPr>
          <w:p>
            <w:r>
              <w:t>20273312472</w:t>
            </w:r>
          </w:p>
        </w:tc>
        <w:tc>
          <w:tcPr>
            <w:tcW w:type="dxa" w:w="2160"/>
          </w:tcPr>
          <w:p>
            <w:r>
              <w:t>黄倩</w:t>
            </w:r>
          </w:p>
        </w:tc>
      </w:tr>
      <w:tr>
        <w:tc>
          <w:tcPr>
            <w:tcW w:type="dxa" w:w="2160"/>
          </w:tcPr>
          <w:p>
            <w:r>
              <w:t>20273304868</w:t>
            </w:r>
          </w:p>
        </w:tc>
        <w:tc>
          <w:tcPr>
            <w:tcW w:type="dxa" w:w="2160"/>
          </w:tcPr>
          <w:p>
            <w:r>
              <w:t>徐雨婷</w:t>
            </w:r>
          </w:p>
        </w:tc>
        <w:tc>
          <w:tcPr>
            <w:tcW w:type="dxa" w:w="2160"/>
          </w:tcPr>
          <w:p>
            <w:r>
              <w:t>20273301460</w:t>
            </w:r>
          </w:p>
        </w:tc>
        <w:tc>
          <w:tcPr>
            <w:tcW w:type="dxa" w:w="2160"/>
          </w:tcPr>
          <w:p>
            <w:r>
              <w:t>董哲文</w:t>
            </w:r>
          </w:p>
        </w:tc>
      </w:tr>
      <w:tr>
        <w:tc>
          <w:tcPr>
            <w:tcW w:type="dxa" w:w="2160"/>
          </w:tcPr>
          <w:p>
            <w:r>
              <w:t>20273305377</w:t>
            </w:r>
          </w:p>
        </w:tc>
        <w:tc>
          <w:tcPr>
            <w:tcW w:type="dxa" w:w="2160"/>
          </w:tcPr>
          <w:p>
            <w:r>
              <w:t>韩亦可</w:t>
            </w:r>
          </w:p>
        </w:tc>
        <w:tc>
          <w:tcPr>
            <w:tcW w:type="dxa" w:w="2160"/>
          </w:tcPr>
          <w:p>
            <w:r>
              <w:t>20273304686</w:t>
            </w:r>
          </w:p>
        </w:tc>
        <w:tc>
          <w:tcPr>
            <w:tcW w:type="dxa" w:w="2160"/>
          </w:tcPr>
          <w:p>
            <w:r>
              <w:t>陶逸莹</w:t>
            </w:r>
          </w:p>
        </w:tc>
      </w:tr>
      <w:tr>
        <w:tc>
          <w:tcPr>
            <w:tcW w:type="dxa" w:w="2160"/>
          </w:tcPr>
          <w:p>
            <w:r>
              <w:t>20273303578</w:t>
            </w:r>
          </w:p>
        </w:tc>
        <w:tc>
          <w:tcPr>
            <w:tcW w:type="dxa" w:w="2160"/>
          </w:tcPr>
          <w:p>
            <w:r>
              <w:t>曹凯瑞</w:t>
            </w:r>
          </w:p>
        </w:tc>
        <w:tc>
          <w:tcPr>
            <w:tcW w:type="dxa" w:w="2160"/>
          </w:tcPr>
          <w:p>
            <w:r>
              <w:t>20273308263</w:t>
            </w:r>
          </w:p>
        </w:tc>
        <w:tc>
          <w:tcPr>
            <w:tcW w:type="dxa" w:w="2160"/>
          </w:tcPr>
          <w:p>
            <w:r>
              <w:t>薛雨</w:t>
            </w:r>
          </w:p>
        </w:tc>
      </w:tr>
      <w:tr>
        <w:tc>
          <w:tcPr>
            <w:tcW w:type="dxa" w:w="2160"/>
          </w:tcPr>
          <w:p>
            <w:r>
              <w:t>20273306287</w:t>
            </w:r>
          </w:p>
        </w:tc>
        <w:tc>
          <w:tcPr>
            <w:tcW w:type="dxa" w:w="2160"/>
          </w:tcPr>
          <w:p>
            <w:r>
              <w:t>胡静仪</w:t>
            </w:r>
          </w:p>
        </w:tc>
        <w:tc>
          <w:tcPr>
            <w:tcW w:type="dxa" w:w="2160"/>
          </w:tcPr>
          <w:p>
            <w:r>
              <w:t>20273308066</w:t>
            </w:r>
          </w:p>
        </w:tc>
        <w:tc>
          <w:tcPr>
            <w:tcW w:type="dxa" w:w="2160"/>
          </w:tcPr>
          <w:p>
            <w:r>
              <w:t>戴明巧</w:t>
            </w:r>
          </w:p>
        </w:tc>
      </w:tr>
      <w:tr>
        <w:tc>
          <w:tcPr>
            <w:tcW w:type="dxa" w:w="2160"/>
          </w:tcPr>
          <w:p>
            <w:r>
              <w:t>20273306213</w:t>
            </w:r>
          </w:p>
        </w:tc>
        <w:tc>
          <w:tcPr>
            <w:tcW w:type="dxa" w:w="2160"/>
          </w:tcPr>
          <w:p>
            <w:r>
              <w:t>程梦婷</w:t>
            </w:r>
          </w:p>
        </w:tc>
        <w:tc>
          <w:tcPr>
            <w:tcW w:type="dxa" w:w="2160"/>
          </w:tcPr>
          <w:p>
            <w:r>
              <w:t>20273312455</w:t>
            </w:r>
          </w:p>
        </w:tc>
        <w:tc>
          <w:tcPr>
            <w:tcW w:type="dxa" w:w="2160"/>
          </w:tcPr>
          <w:p>
            <w:r>
              <w:t>龚越</w:t>
            </w:r>
          </w:p>
        </w:tc>
      </w:tr>
      <w:tr>
        <w:tc>
          <w:tcPr>
            <w:tcW w:type="dxa" w:w="2160"/>
          </w:tcPr>
          <w:p>
            <w:r>
              <w:t>20273306550</w:t>
            </w:r>
          </w:p>
        </w:tc>
        <w:tc>
          <w:tcPr>
            <w:tcW w:type="dxa" w:w="2160"/>
          </w:tcPr>
          <w:p>
            <w:r>
              <w:t>韩旭</w:t>
            </w:r>
          </w:p>
        </w:tc>
        <w:tc>
          <w:tcPr>
            <w:tcW w:type="dxa" w:w="2160"/>
          </w:tcPr>
          <w:p>
            <w:r>
              <w:t>20273313948</w:t>
            </w:r>
          </w:p>
        </w:tc>
        <w:tc>
          <w:tcPr>
            <w:tcW w:type="dxa" w:w="2160"/>
          </w:tcPr>
          <w:p>
            <w:r>
              <w:t>吕诗涵</w:t>
            </w:r>
          </w:p>
        </w:tc>
      </w:tr>
      <w:tr>
        <w:tc>
          <w:tcPr>
            <w:tcW w:type="dxa" w:w="2160"/>
          </w:tcPr>
          <w:p>
            <w:r>
              <w:t>20273306230</w:t>
            </w:r>
          </w:p>
        </w:tc>
        <w:tc>
          <w:tcPr>
            <w:tcW w:type="dxa" w:w="2160"/>
          </w:tcPr>
          <w:p>
            <w:r>
              <w:t>吴晨蕊</w:t>
            </w:r>
          </w:p>
        </w:tc>
        <w:tc>
          <w:tcPr>
            <w:tcW w:type="dxa" w:w="2160"/>
          </w:tcPr>
          <w:p>
            <w:r>
              <w:t>20273315070</w:t>
            </w:r>
          </w:p>
        </w:tc>
        <w:tc>
          <w:tcPr>
            <w:tcW w:type="dxa" w:w="2160"/>
          </w:tcPr>
          <w:p>
            <w:r>
              <w:t>刘晓涵</w:t>
            </w:r>
          </w:p>
        </w:tc>
      </w:tr>
      <w:tr>
        <w:tc>
          <w:tcPr>
            <w:tcW w:type="dxa" w:w="2160"/>
          </w:tcPr>
          <w:p>
            <w:r>
              <w:t>20273305981</w:t>
            </w:r>
          </w:p>
        </w:tc>
        <w:tc>
          <w:tcPr>
            <w:tcW w:type="dxa" w:w="2160"/>
          </w:tcPr>
          <w:p>
            <w:r>
              <w:t>王舒涵</w:t>
            </w:r>
          </w:p>
        </w:tc>
        <w:tc>
          <w:tcPr>
            <w:tcW w:type="dxa" w:w="2160"/>
          </w:tcPr>
          <w:p>
            <w:r>
              <w:t>20273304732</w:t>
            </w:r>
          </w:p>
        </w:tc>
        <w:tc>
          <w:tcPr>
            <w:tcW w:type="dxa" w:w="2160"/>
          </w:tcPr>
          <w:p>
            <w:r>
              <w:t>唐筱菀</w:t>
            </w:r>
          </w:p>
        </w:tc>
      </w:tr>
      <w:tr>
        <w:tc>
          <w:tcPr>
            <w:tcW w:type="dxa" w:w="2160"/>
          </w:tcPr>
          <w:p>
            <w:r>
              <w:t>20273306687</w:t>
            </w:r>
          </w:p>
        </w:tc>
        <w:tc>
          <w:tcPr>
            <w:tcW w:type="dxa" w:w="2160"/>
          </w:tcPr>
          <w:p>
            <w:r>
              <w:t>张书乐</w:t>
            </w:r>
          </w:p>
        </w:tc>
        <w:tc>
          <w:tcPr>
            <w:tcW w:type="dxa" w:w="2160"/>
          </w:tcPr>
          <w:p>
            <w:r>
              <w:t>20273313737</w:t>
            </w:r>
          </w:p>
        </w:tc>
        <w:tc>
          <w:tcPr>
            <w:tcW w:type="dxa" w:w="2160"/>
          </w:tcPr>
          <w:p>
            <w:r>
              <w:t>尚甜甜</w:t>
            </w:r>
          </w:p>
        </w:tc>
      </w:tr>
      <w:tr>
        <w:tc>
          <w:tcPr>
            <w:tcW w:type="dxa" w:w="2160"/>
          </w:tcPr>
          <w:p>
            <w:r>
              <w:t>20273306866</w:t>
            </w:r>
          </w:p>
        </w:tc>
        <w:tc>
          <w:tcPr>
            <w:tcW w:type="dxa" w:w="2160"/>
          </w:tcPr>
          <w:p>
            <w:r>
              <w:t>张晋</w:t>
            </w:r>
          </w:p>
        </w:tc>
        <w:tc>
          <w:tcPr>
            <w:tcW w:type="dxa" w:w="2160"/>
          </w:tcPr>
          <w:p>
            <w:r>
              <w:t>20273315306</w:t>
            </w:r>
          </w:p>
        </w:tc>
        <w:tc>
          <w:tcPr>
            <w:tcW w:type="dxa" w:w="2160"/>
          </w:tcPr>
          <w:p>
            <w:r>
              <w:t>油涵潇</w:t>
            </w:r>
          </w:p>
        </w:tc>
      </w:tr>
      <w:tr>
        <w:tc>
          <w:tcPr>
            <w:tcW w:type="dxa" w:w="2160"/>
          </w:tcPr>
          <w:p>
            <w:r>
              <w:t>20273306951</w:t>
            </w:r>
          </w:p>
        </w:tc>
        <w:tc>
          <w:tcPr>
            <w:tcW w:type="dxa" w:w="2160"/>
          </w:tcPr>
          <w:p>
            <w:r>
              <w:t>王雪纯</w:t>
            </w:r>
          </w:p>
        </w:tc>
        <w:tc>
          <w:tcPr>
            <w:tcW w:type="dxa" w:w="2160"/>
          </w:tcPr>
          <w:p>
            <w:r>
              <w:t>20273312542</w:t>
            </w:r>
          </w:p>
        </w:tc>
        <w:tc>
          <w:tcPr>
            <w:tcW w:type="dxa" w:w="2160"/>
          </w:tcPr>
          <w:p>
            <w:r>
              <w:t>萧炜</w:t>
            </w:r>
          </w:p>
        </w:tc>
      </w:tr>
      <w:tr>
        <w:tc>
          <w:tcPr>
            <w:tcW w:type="dxa" w:w="2160"/>
          </w:tcPr>
          <w:p>
            <w:r>
              <w:t>20273305765</w:t>
            </w:r>
          </w:p>
        </w:tc>
        <w:tc>
          <w:tcPr>
            <w:tcW w:type="dxa" w:w="2160"/>
          </w:tcPr>
          <w:p>
            <w:r>
              <w:t>陈程</w:t>
            </w:r>
          </w:p>
        </w:tc>
        <w:tc>
          <w:tcPr>
            <w:tcW w:type="dxa" w:w="2160"/>
          </w:tcPr>
          <w:p>
            <w:r>
              <w:t>20273315959</w:t>
            </w:r>
          </w:p>
        </w:tc>
        <w:tc>
          <w:tcPr>
            <w:tcW w:type="dxa" w:w="2160"/>
          </w:tcPr>
          <w:p>
            <w:r>
              <w:t>薛瑶</w:t>
            </w:r>
          </w:p>
        </w:tc>
      </w:tr>
      <w:tr>
        <w:tc>
          <w:tcPr>
            <w:tcW w:type="dxa" w:w="2160"/>
          </w:tcPr>
          <w:p>
            <w:r>
              <w:t>20273304209</w:t>
            </w:r>
          </w:p>
        </w:tc>
        <w:tc>
          <w:tcPr>
            <w:tcW w:type="dxa" w:w="2160"/>
          </w:tcPr>
          <w:p>
            <w:r>
              <w:t>吴欣然</w:t>
            </w:r>
          </w:p>
        </w:tc>
        <w:tc>
          <w:tcPr>
            <w:tcW w:type="dxa" w:w="2160"/>
          </w:tcPr>
          <w:p>
            <w:r>
              <w:t>20273315992</w:t>
            </w:r>
          </w:p>
        </w:tc>
        <w:tc>
          <w:tcPr>
            <w:tcW w:type="dxa" w:w="2160"/>
          </w:tcPr>
          <w:p>
            <w:r>
              <w:t>陈雅丽</w:t>
            </w:r>
          </w:p>
        </w:tc>
      </w:tr>
      <w:tr>
        <w:tc>
          <w:tcPr>
            <w:tcW w:type="dxa" w:w="2160"/>
          </w:tcPr>
          <w:p>
            <w:r>
              <w:t>20273300774</w:t>
            </w:r>
          </w:p>
        </w:tc>
        <w:tc>
          <w:tcPr>
            <w:tcW w:type="dxa" w:w="2160"/>
          </w:tcPr>
          <w:p>
            <w:r>
              <w:t>赵喆</w:t>
            </w:r>
          </w:p>
        </w:tc>
        <w:tc>
          <w:tcPr>
            <w:tcW w:type="dxa" w:w="2160"/>
          </w:tcPr>
          <w:p>
            <w:r>
              <w:t>20273314096</w:t>
            </w:r>
          </w:p>
        </w:tc>
        <w:tc>
          <w:tcPr>
            <w:tcW w:type="dxa" w:w="2160"/>
          </w:tcPr>
          <w:p>
            <w:r>
              <w:t>谢婷</w:t>
            </w:r>
          </w:p>
        </w:tc>
      </w:tr>
      <w:tr>
        <w:tc>
          <w:tcPr>
            <w:tcW w:type="dxa" w:w="2160"/>
          </w:tcPr>
          <w:p>
            <w:r>
              <w:t>20273307285</w:t>
            </w:r>
          </w:p>
        </w:tc>
        <w:tc>
          <w:tcPr>
            <w:tcW w:type="dxa" w:w="2160"/>
          </w:tcPr>
          <w:p>
            <w:r>
              <w:t>杨舒亭</w:t>
            </w:r>
          </w:p>
        </w:tc>
        <w:tc>
          <w:tcPr>
            <w:tcW w:type="dxa" w:w="2160"/>
          </w:tcPr>
          <w:p>
            <w:r>
              <w:t>20273305140</w:t>
            </w:r>
          </w:p>
        </w:tc>
        <w:tc>
          <w:tcPr>
            <w:tcW w:type="dxa" w:w="2160"/>
          </w:tcPr>
          <w:p>
            <w:r>
              <w:t>苏采臣</w:t>
            </w:r>
          </w:p>
        </w:tc>
      </w:tr>
      <w:tr>
        <w:tc>
          <w:tcPr>
            <w:tcW w:type="dxa" w:w="2160"/>
          </w:tcPr>
          <w:p>
            <w:r>
              <w:t>20273307696</w:t>
            </w:r>
          </w:p>
        </w:tc>
        <w:tc>
          <w:tcPr>
            <w:tcW w:type="dxa" w:w="2160"/>
          </w:tcPr>
          <w:p>
            <w:r>
              <w:t>杨紫宣</w:t>
            </w:r>
          </w:p>
        </w:tc>
        <w:tc>
          <w:tcPr>
            <w:tcW w:type="dxa" w:w="2160"/>
          </w:tcPr>
          <w:p>
            <w:r>
              <w:t>20273317692</w:t>
            </w:r>
          </w:p>
        </w:tc>
        <w:tc>
          <w:tcPr>
            <w:tcW w:type="dxa" w:w="2160"/>
          </w:tcPr>
          <w:p>
            <w:r>
              <w:t>何雨昕</w:t>
            </w:r>
          </w:p>
        </w:tc>
      </w:tr>
      <w:tr>
        <w:tc>
          <w:tcPr>
            <w:tcW w:type="dxa" w:w="2160"/>
          </w:tcPr>
          <w:p>
            <w:r>
              <w:t>20273307737</w:t>
            </w:r>
          </w:p>
        </w:tc>
        <w:tc>
          <w:tcPr>
            <w:tcW w:type="dxa" w:w="2160"/>
          </w:tcPr>
          <w:p>
            <w:r>
              <w:t>何格非</w:t>
            </w:r>
          </w:p>
        </w:tc>
        <w:tc>
          <w:tcPr>
            <w:tcW w:type="dxa" w:w="2160"/>
          </w:tcPr>
          <w:p>
            <w:r>
              <w:t>20273313883</w:t>
            </w:r>
          </w:p>
        </w:tc>
        <w:tc>
          <w:tcPr>
            <w:tcW w:type="dxa" w:w="2160"/>
          </w:tcPr>
          <w:p>
            <w:r>
              <w:t>柴堰颖</w:t>
            </w:r>
          </w:p>
        </w:tc>
      </w:tr>
      <w:tr>
        <w:tc>
          <w:tcPr>
            <w:tcW w:type="dxa" w:w="2160"/>
          </w:tcPr>
          <w:p>
            <w:r>
              <w:t>20273302217</w:t>
            </w:r>
          </w:p>
        </w:tc>
        <w:tc>
          <w:tcPr>
            <w:tcW w:type="dxa" w:w="2160"/>
          </w:tcPr>
          <w:p>
            <w:r>
              <w:t>施巧楠</w:t>
            </w:r>
          </w:p>
        </w:tc>
        <w:tc>
          <w:tcPr>
            <w:tcW w:type="dxa" w:w="2160"/>
          </w:tcPr>
          <w:p>
            <w:r>
              <w:t>20273311213</w:t>
            </w:r>
          </w:p>
        </w:tc>
        <w:tc>
          <w:tcPr>
            <w:tcW w:type="dxa" w:w="2160"/>
          </w:tcPr>
          <w:p>
            <w:r>
              <w:t>伍明香</w:t>
            </w:r>
          </w:p>
        </w:tc>
      </w:tr>
      <w:tr>
        <w:tc>
          <w:tcPr>
            <w:tcW w:type="dxa" w:w="2160"/>
          </w:tcPr>
          <w:p>
            <w:r>
              <w:t>20273307580</w:t>
            </w:r>
          </w:p>
        </w:tc>
        <w:tc>
          <w:tcPr>
            <w:tcW w:type="dxa" w:w="2160"/>
          </w:tcPr>
          <w:p>
            <w:r>
              <w:t>钟丰羽</w:t>
            </w:r>
          </w:p>
        </w:tc>
        <w:tc>
          <w:tcPr>
            <w:tcW w:type="dxa" w:w="2160"/>
          </w:tcPr>
          <w:p>
            <w:r>
              <w:t>20273304236</w:t>
            </w:r>
          </w:p>
        </w:tc>
        <w:tc>
          <w:tcPr>
            <w:tcW w:type="dxa" w:w="2160"/>
          </w:tcPr>
          <w:p>
            <w:r>
              <w:t>陈园文</w:t>
            </w:r>
          </w:p>
        </w:tc>
      </w:tr>
      <w:tr>
        <w:tc>
          <w:tcPr>
            <w:tcW w:type="dxa" w:w="2160"/>
          </w:tcPr>
          <w:p>
            <w:r>
              <w:t>20273307562</w:t>
            </w:r>
          </w:p>
        </w:tc>
        <w:tc>
          <w:tcPr>
            <w:tcW w:type="dxa" w:w="2160"/>
          </w:tcPr>
          <w:p>
            <w:r>
              <w:t>刘嘉琦</w:t>
            </w:r>
          </w:p>
        </w:tc>
        <w:tc>
          <w:tcPr>
            <w:tcW w:type="dxa" w:w="2160"/>
          </w:tcPr>
          <w:p>
            <w:r>
              <w:t>20273303402</w:t>
            </w:r>
          </w:p>
        </w:tc>
        <w:tc>
          <w:tcPr>
            <w:tcW w:type="dxa" w:w="2160"/>
          </w:tcPr>
          <w:p>
            <w:r>
              <w:t>沈雨萱</w:t>
            </w:r>
          </w:p>
        </w:tc>
      </w:tr>
      <w:tr>
        <w:tc>
          <w:tcPr>
            <w:tcW w:type="dxa" w:w="2160"/>
          </w:tcPr>
          <w:p>
            <w:r>
              <w:t>20273306602</w:t>
            </w:r>
          </w:p>
        </w:tc>
        <w:tc>
          <w:tcPr>
            <w:tcW w:type="dxa" w:w="2160"/>
          </w:tcPr>
          <w:p>
            <w:r>
              <w:t>唐昕怡</w:t>
            </w:r>
          </w:p>
        </w:tc>
        <w:tc>
          <w:tcPr>
            <w:tcW w:type="dxa" w:w="2160"/>
          </w:tcPr>
          <w:p>
            <w:r>
              <w:t>20273307837</w:t>
            </w:r>
          </w:p>
        </w:tc>
        <w:tc>
          <w:tcPr>
            <w:tcW w:type="dxa" w:w="2160"/>
          </w:tcPr>
          <w:p>
            <w:r>
              <w:t>张育耀</w:t>
            </w:r>
          </w:p>
        </w:tc>
      </w:tr>
      <w:tr>
        <w:tc>
          <w:tcPr>
            <w:tcW w:type="dxa" w:w="2160"/>
          </w:tcPr>
          <w:p>
            <w:r>
              <w:t>20273307765</w:t>
            </w:r>
          </w:p>
        </w:tc>
        <w:tc>
          <w:tcPr>
            <w:tcW w:type="dxa" w:w="2160"/>
          </w:tcPr>
          <w:p>
            <w:r>
              <w:t>杨佳乐</w:t>
            </w:r>
          </w:p>
        </w:tc>
        <w:tc>
          <w:tcPr>
            <w:tcW w:type="dxa" w:w="2160"/>
          </w:tcPr>
          <w:p>
            <w:r>
              <w:t>20273306078</w:t>
            </w:r>
          </w:p>
        </w:tc>
        <w:tc>
          <w:tcPr>
            <w:tcW w:type="dxa" w:w="2160"/>
          </w:tcPr>
          <w:p>
            <w:r>
              <w:t>韩瑞应</w:t>
            </w:r>
          </w:p>
        </w:tc>
      </w:tr>
      <w:tr>
        <w:tc>
          <w:tcPr>
            <w:tcW w:type="dxa" w:w="2160"/>
          </w:tcPr>
          <w:p>
            <w:r>
              <w:t>20273308856</w:t>
            </w:r>
          </w:p>
        </w:tc>
        <w:tc>
          <w:tcPr>
            <w:tcW w:type="dxa" w:w="2160"/>
          </w:tcPr>
          <w:p>
            <w:r>
              <w:t>史欣悦</w:t>
            </w:r>
          </w:p>
        </w:tc>
        <w:tc>
          <w:tcPr>
            <w:tcW w:type="dxa" w:w="2160"/>
          </w:tcPr>
          <w:p>
            <w:r>
              <w:t>20273304905</w:t>
            </w:r>
          </w:p>
        </w:tc>
        <w:tc>
          <w:tcPr>
            <w:tcW w:type="dxa" w:w="2160"/>
          </w:tcPr>
          <w:p>
            <w:r>
              <w:t>胡佳红</w:t>
            </w:r>
          </w:p>
        </w:tc>
      </w:tr>
      <w:tr>
        <w:tc>
          <w:tcPr>
            <w:tcW w:type="dxa" w:w="2160"/>
          </w:tcPr>
          <w:p>
            <w:r>
              <w:t>20273309099</w:t>
            </w:r>
          </w:p>
        </w:tc>
        <w:tc>
          <w:tcPr>
            <w:tcW w:type="dxa" w:w="2160"/>
          </w:tcPr>
          <w:p>
            <w:r>
              <w:t>邵彤羽</w:t>
            </w:r>
          </w:p>
        </w:tc>
        <w:tc>
          <w:tcPr>
            <w:tcW w:type="dxa" w:w="2160"/>
          </w:tcPr>
          <w:p>
            <w:r>
              <w:t>20273319366</w:t>
            </w:r>
          </w:p>
        </w:tc>
        <w:tc>
          <w:tcPr>
            <w:tcW w:type="dxa" w:w="2160"/>
          </w:tcPr>
          <w:p>
            <w:r>
              <w:t>杨美倩</w:t>
            </w:r>
          </w:p>
        </w:tc>
      </w:tr>
      <w:tr>
        <w:tc>
          <w:tcPr>
            <w:tcW w:type="dxa" w:w="2160"/>
          </w:tcPr>
          <w:p>
            <w:r>
              <w:t>20273309096</w:t>
            </w:r>
          </w:p>
        </w:tc>
        <w:tc>
          <w:tcPr>
            <w:tcW w:type="dxa" w:w="2160"/>
          </w:tcPr>
          <w:p>
            <w:r>
              <w:t>赵佳怡</w:t>
            </w:r>
          </w:p>
        </w:tc>
        <w:tc>
          <w:tcPr>
            <w:tcW w:type="dxa" w:w="2160"/>
          </w:tcPr>
          <w:p>
            <w:r>
              <w:t>20273320035</w:t>
            </w:r>
          </w:p>
        </w:tc>
        <w:tc>
          <w:tcPr>
            <w:tcW w:type="dxa" w:w="2160"/>
          </w:tcPr>
          <w:p>
            <w:r>
              <w:t>周玲珑</w:t>
            </w:r>
          </w:p>
        </w:tc>
      </w:tr>
      <w:tr>
        <w:tc>
          <w:tcPr>
            <w:tcW w:type="dxa" w:w="2160"/>
          </w:tcPr>
          <w:p>
            <w:r>
              <w:t>20273309148</w:t>
            </w:r>
          </w:p>
        </w:tc>
        <w:tc>
          <w:tcPr>
            <w:tcW w:type="dxa" w:w="2160"/>
          </w:tcPr>
          <w:p>
            <w:r>
              <w:t>王晓慧</w:t>
            </w:r>
          </w:p>
        </w:tc>
        <w:tc>
          <w:tcPr>
            <w:tcW w:type="dxa" w:w="2160"/>
          </w:tcPr>
          <w:p>
            <w:r>
              <w:t>20273319965</w:t>
            </w:r>
          </w:p>
        </w:tc>
        <w:tc>
          <w:tcPr>
            <w:tcW w:type="dxa" w:w="2160"/>
          </w:tcPr>
          <w:p>
            <w:r>
              <w:t>刘悦</w:t>
            </w:r>
          </w:p>
        </w:tc>
      </w:tr>
      <w:tr>
        <w:tc>
          <w:tcPr>
            <w:tcW w:type="dxa" w:w="2160"/>
          </w:tcPr>
          <w:p>
            <w:r>
              <w:t>20273306800</w:t>
            </w:r>
          </w:p>
        </w:tc>
        <w:tc>
          <w:tcPr>
            <w:tcW w:type="dxa" w:w="2160"/>
          </w:tcPr>
          <w:p>
            <w:r>
              <w:t>肖欣瑶</w:t>
            </w:r>
          </w:p>
        </w:tc>
        <w:tc>
          <w:tcPr>
            <w:tcW w:type="dxa" w:w="2160"/>
          </w:tcPr>
          <w:p>
            <w:r>
              <w:t>20273307062</w:t>
            </w:r>
          </w:p>
        </w:tc>
        <w:tc>
          <w:tcPr>
            <w:tcW w:type="dxa" w:w="2160"/>
          </w:tcPr>
          <w:p>
            <w:r>
              <w:t>李晓冉</w:t>
            </w:r>
          </w:p>
        </w:tc>
      </w:tr>
      <w:tr>
        <w:tc>
          <w:tcPr>
            <w:tcW w:type="dxa" w:w="2160"/>
          </w:tcPr>
          <w:p>
            <w:r>
              <w:t>20273308145</w:t>
            </w:r>
          </w:p>
        </w:tc>
        <w:tc>
          <w:tcPr>
            <w:tcW w:type="dxa" w:w="2160"/>
          </w:tcPr>
          <w:p>
            <w:r>
              <w:t>罗湘云</w:t>
            </w:r>
          </w:p>
        </w:tc>
        <w:tc>
          <w:tcPr>
            <w:tcW w:type="dxa" w:w="2160"/>
          </w:tcPr>
          <w:p>
            <w:r>
              <w:t>20273301437</w:t>
            </w:r>
          </w:p>
        </w:tc>
        <w:tc>
          <w:tcPr>
            <w:tcW w:type="dxa" w:w="2160"/>
          </w:tcPr>
          <w:p>
            <w:r>
              <w:t>安晴</w:t>
            </w:r>
          </w:p>
        </w:tc>
      </w:tr>
      <w:tr>
        <w:tc>
          <w:tcPr>
            <w:tcW w:type="dxa" w:w="2160"/>
          </w:tcPr>
          <w:p>
            <w:r>
              <w:t>20273309348</w:t>
            </w:r>
          </w:p>
        </w:tc>
        <w:tc>
          <w:tcPr>
            <w:tcW w:type="dxa" w:w="2160"/>
          </w:tcPr>
          <w:p>
            <w:r>
              <w:t>包一伽</w:t>
            </w:r>
          </w:p>
        </w:tc>
        <w:tc>
          <w:tcPr>
            <w:tcW w:type="dxa" w:w="2160"/>
          </w:tcPr>
          <w:p>
            <w:r>
              <w:t>20273311258</w:t>
            </w:r>
          </w:p>
        </w:tc>
        <w:tc>
          <w:tcPr>
            <w:tcW w:type="dxa" w:w="2160"/>
          </w:tcPr>
          <w:p>
            <w:r>
              <w:t>苏文婷</w:t>
            </w:r>
          </w:p>
        </w:tc>
      </w:tr>
      <w:tr>
        <w:tc>
          <w:tcPr>
            <w:tcW w:type="dxa" w:w="2160"/>
          </w:tcPr>
          <w:p>
            <w:r>
              <w:t>20273309413</w:t>
            </w:r>
          </w:p>
        </w:tc>
        <w:tc>
          <w:tcPr>
            <w:tcW w:type="dxa" w:w="2160"/>
          </w:tcPr>
          <w:p>
            <w:r>
              <w:t>张楚晨</w:t>
            </w:r>
          </w:p>
        </w:tc>
        <w:tc>
          <w:tcPr>
            <w:tcW w:type="dxa" w:w="2160"/>
          </w:tcPr>
          <w:p>
            <w:r>
              <w:t>20273320291</w:t>
            </w:r>
          </w:p>
        </w:tc>
        <w:tc>
          <w:tcPr>
            <w:tcW w:type="dxa" w:w="2160"/>
          </w:tcPr>
          <w:p>
            <w:r>
              <w:t>田雅婕</w:t>
            </w:r>
          </w:p>
        </w:tc>
      </w:tr>
      <w:tr>
        <w:tc>
          <w:tcPr>
            <w:tcW w:type="dxa" w:w="2160"/>
          </w:tcPr>
          <w:p>
            <w:r>
              <w:t>20273309267</w:t>
            </w:r>
          </w:p>
        </w:tc>
        <w:tc>
          <w:tcPr>
            <w:tcW w:type="dxa" w:w="2160"/>
          </w:tcPr>
          <w:p>
            <w:r>
              <w:t>杨琪琪</w:t>
            </w:r>
          </w:p>
        </w:tc>
        <w:tc>
          <w:tcPr>
            <w:tcW w:type="dxa" w:w="2160"/>
          </w:tcPr>
          <w:p>
            <w:r>
              <w:t>20273307911</w:t>
            </w:r>
          </w:p>
        </w:tc>
        <w:tc>
          <w:tcPr>
            <w:tcW w:type="dxa" w:w="2160"/>
          </w:tcPr>
          <w:p>
            <w:r>
              <w:t>苏华珍</w:t>
            </w:r>
          </w:p>
        </w:tc>
      </w:tr>
      <w:tr>
        <w:tc>
          <w:tcPr>
            <w:tcW w:type="dxa" w:w="2160"/>
          </w:tcPr>
          <w:p>
            <w:r>
              <w:t>20273309585</w:t>
            </w:r>
          </w:p>
        </w:tc>
        <w:tc>
          <w:tcPr>
            <w:tcW w:type="dxa" w:w="2160"/>
          </w:tcPr>
          <w:p>
            <w:r>
              <w:t>李炫铮</w:t>
            </w:r>
          </w:p>
        </w:tc>
        <w:tc>
          <w:tcPr>
            <w:tcW w:type="dxa" w:w="2160"/>
          </w:tcPr>
          <w:p>
            <w:r>
              <w:t>20273303016</w:t>
            </w:r>
          </w:p>
        </w:tc>
        <w:tc>
          <w:tcPr>
            <w:tcW w:type="dxa" w:w="2160"/>
          </w:tcPr>
          <w:p>
            <w:r>
              <w:t>韩天香</w:t>
            </w:r>
          </w:p>
        </w:tc>
      </w:tr>
      <w:tr>
        <w:tc>
          <w:tcPr>
            <w:tcW w:type="dxa" w:w="2160"/>
          </w:tcPr>
          <w:p>
            <w:r>
              <w:t>20273309309</w:t>
            </w:r>
          </w:p>
        </w:tc>
        <w:tc>
          <w:tcPr>
            <w:tcW w:type="dxa" w:w="2160"/>
          </w:tcPr>
          <w:p>
            <w:r>
              <w:t>任怡婷</w:t>
            </w:r>
          </w:p>
        </w:tc>
        <w:tc>
          <w:tcPr>
            <w:tcW w:type="dxa" w:w="2160"/>
          </w:tcPr>
          <w:p>
            <w:r>
              <w:t>20273319402</w:t>
            </w:r>
          </w:p>
        </w:tc>
        <w:tc>
          <w:tcPr>
            <w:tcW w:type="dxa" w:w="2160"/>
          </w:tcPr>
          <w:p>
            <w:r>
              <w:t>徐艺嘉</w:t>
            </w:r>
          </w:p>
        </w:tc>
      </w:tr>
      <w:tr>
        <w:tc>
          <w:tcPr>
            <w:tcW w:type="dxa" w:w="2160"/>
          </w:tcPr>
          <w:p>
            <w:r>
              <w:t>20273302837</w:t>
            </w:r>
          </w:p>
        </w:tc>
        <w:tc>
          <w:tcPr>
            <w:tcW w:type="dxa" w:w="2160"/>
          </w:tcPr>
          <w:p>
            <w:r>
              <w:t>刘灿</w:t>
            </w:r>
          </w:p>
        </w:tc>
        <w:tc>
          <w:tcPr>
            <w:tcW w:type="dxa" w:w="2160"/>
          </w:tcPr>
          <w:p>
            <w:r>
              <w:t>20273319195</w:t>
            </w:r>
          </w:p>
        </w:tc>
        <w:tc>
          <w:tcPr>
            <w:tcW w:type="dxa" w:w="2160"/>
          </w:tcPr>
          <w:p>
            <w:r>
              <w:t>方佳颖</w:t>
            </w:r>
          </w:p>
        </w:tc>
      </w:tr>
      <w:tr>
        <w:tc>
          <w:tcPr>
            <w:tcW w:type="dxa" w:w="2160"/>
          </w:tcPr>
          <w:p>
            <w:r>
              <w:t>20273304552</w:t>
            </w:r>
          </w:p>
        </w:tc>
        <w:tc>
          <w:tcPr>
            <w:tcW w:type="dxa" w:w="2160"/>
          </w:tcPr>
          <w:p>
            <w:r>
              <w:t>陈果</w:t>
            </w:r>
          </w:p>
        </w:tc>
        <w:tc>
          <w:tcPr>
            <w:tcW w:type="dxa" w:w="2160"/>
          </w:tcPr>
          <w:p>
            <w:r>
              <w:t>20273321087</w:t>
            </w:r>
          </w:p>
        </w:tc>
        <w:tc>
          <w:tcPr>
            <w:tcW w:type="dxa" w:w="2160"/>
          </w:tcPr>
          <w:p>
            <w:r>
              <w:t>王语思</w:t>
            </w:r>
          </w:p>
        </w:tc>
      </w:tr>
      <w:tr>
        <w:tc>
          <w:tcPr>
            <w:tcW w:type="dxa" w:w="2160"/>
          </w:tcPr>
          <w:p>
            <w:r>
              <w:t>20273309716</w:t>
            </w:r>
          </w:p>
        </w:tc>
        <w:tc>
          <w:tcPr>
            <w:tcW w:type="dxa" w:w="2160"/>
          </w:tcPr>
          <w:p>
            <w:r>
              <w:t>杨颖</w:t>
            </w:r>
          </w:p>
        </w:tc>
        <w:tc>
          <w:tcPr>
            <w:tcW w:type="dxa" w:w="2160"/>
          </w:tcPr>
          <w:p>
            <w:r>
              <w:t>20273310533</w:t>
            </w:r>
          </w:p>
        </w:tc>
        <w:tc>
          <w:tcPr>
            <w:tcW w:type="dxa" w:w="2160"/>
          </w:tcPr>
          <w:p>
            <w:r>
              <w:t>陈思颖</w:t>
            </w:r>
          </w:p>
        </w:tc>
      </w:tr>
      <w:tr>
        <w:tc>
          <w:tcPr>
            <w:tcW w:type="dxa" w:w="2160"/>
          </w:tcPr>
          <w:p>
            <w:r>
              <w:t>20273309842</w:t>
            </w:r>
          </w:p>
        </w:tc>
        <w:tc>
          <w:tcPr>
            <w:tcW w:type="dxa" w:w="2160"/>
          </w:tcPr>
          <w:p>
            <w:r>
              <w:t>姚舜语</w:t>
            </w:r>
          </w:p>
        </w:tc>
        <w:tc>
          <w:tcPr>
            <w:tcW w:type="dxa" w:w="2160"/>
          </w:tcPr>
          <w:p>
            <w:r>
              <w:t>20273321167</w:t>
            </w:r>
          </w:p>
        </w:tc>
        <w:tc>
          <w:tcPr>
            <w:tcW w:type="dxa" w:w="2160"/>
          </w:tcPr>
          <w:p>
            <w:r>
              <w:t>赖沁文</w:t>
            </w:r>
          </w:p>
        </w:tc>
      </w:tr>
      <w:tr>
        <w:tc>
          <w:tcPr>
            <w:tcW w:type="dxa" w:w="2160"/>
          </w:tcPr>
          <w:p>
            <w:r>
              <w:t>20273309988</w:t>
            </w:r>
          </w:p>
        </w:tc>
        <w:tc>
          <w:tcPr>
            <w:tcW w:type="dxa" w:w="2160"/>
          </w:tcPr>
          <w:p>
            <w:r>
              <w:t>王国泉</w:t>
            </w:r>
          </w:p>
        </w:tc>
        <w:tc>
          <w:tcPr>
            <w:tcW w:type="dxa" w:w="2160"/>
          </w:tcPr>
          <w:p>
            <w:r>
              <w:t>20273312004</w:t>
            </w:r>
          </w:p>
        </w:tc>
        <w:tc>
          <w:tcPr>
            <w:tcW w:type="dxa" w:w="2160"/>
          </w:tcPr>
          <w:p>
            <w:r>
              <w:t>朱洁</w:t>
            </w:r>
          </w:p>
        </w:tc>
      </w:tr>
      <w:tr>
        <w:tc>
          <w:tcPr>
            <w:tcW w:type="dxa" w:w="2160"/>
          </w:tcPr>
          <w:p>
            <w:r>
              <w:t>20273307829</w:t>
            </w:r>
          </w:p>
        </w:tc>
        <w:tc>
          <w:tcPr>
            <w:tcW w:type="dxa" w:w="2160"/>
          </w:tcPr>
          <w:p>
            <w:r>
              <w:t>杨一帆</w:t>
            </w:r>
          </w:p>
        </w:tc>
        <w:tc>
          <w:tcPr>
            <w:tcW w:type="dxa" w:w="2160"/>
          </w:tcPr>
          <w:p>
            <w:r>
              <w:t>20273309157</w:t>
            </w:r>
          </w:p>
        </w:tc>
        <w:tc>
          <w:tcPr>
            <w:tcW w:type="dxa" w:w="2160"/>
          </w:tcPr>
          <w:p>
            <w:r>
              <w:t>杨婉云</w:t>
            </w:r>
          </w:p>
        </w:tc>
      </w:tr>
      <w:tr>
        <w:tc>
          <w:tcPr>
            <w:tcW w:type="dxa" w:w="2160"/>
          </w:tcPr>
          <w:p>
            <w:r>
              <w:t>20273310203</w:t>
            </w:r>
          </w:p>
        </w:tc>
        <w:tc>
          <w:tcPr>
            <w:tcW w:type="dxa" w:w="2160"/>
          </w:tcPr>
          <w:p>
            <w:r>
              <w:t>史业</w:t>
            </w:r>
          </w:p>
        </w:tc>
        <w:tc>
          <w:tcPr>
            <w:tcW w:type="dxa" w:w="2160"/>
          </w:tcPr>
          <w:p>
            <w:r>
              <w:t>20273305583</w:t>
            </w:r>
          </w:p>
        </w:tc>
        <w:tc>
          <w:tcPr>
            <w:tcW w:type="dxa" w:w="2160"/>
          </w:tcPr>
          <w:p>
            <w:r>
              <w:t>王露雅</w:t>
            </w:r>
          </w:p>
        </w:tc>
      </w:tr>
      <w:tr>
        <w:tc>
          <w:tcPr>
            <w:tcW w:type="dxa" w:w="2160"/>
          </w:tcPr>
          <w:p>
            <w:r>
              <w:t>20273308275</w:t>
            </w:r>
          </w:p>
        </w:tc>
        <w:tc>
          <w:tcPr>
            <w:tcW w:type="dxa" w:w="2160"/>
          </w:tcPr>
          <w:p>
            <w:r>
              <w:t>董妍妍</w:t>
            </w:r>
          </w:p>
        </w:tc>
        <w:tc>
          <w:tcPr>
            <w:tcW w:type="dxa" w:w="2160"/>
          </w:tcPr>
          <w:p>
            <w:r>
              <w:t>20273320896</w:t>
            </w:r>
          </w:p>
        </w:tc>
        <w:tc>
          <w:tcPr>
            <w:tcW w:type="dxa" w:w="2160"/>
          </w:tcPr>
          <w:p>
            <w:r>
              <w:t>唐奕欣</w:t>
            </w:r>
          </w:p>
        </w:tc>
      </w:tr>
      <w:tr>
        <w:tc>
          <w:tcPr>
            <w:tcW w:type="dxa" w:w="2160"/>
          </w:tcPr>
          <w:p>
            <w:r>
              <w:t>20273310300</w:t>
            </w:r>
          </w:p>
        </w:tc>
        <w:tc>
          <w:tcPr>
            <w:tcW w:type="dxa" w:w="2160"/>
          </w:tcPr>
          <w:p>
            <w:r>
              <w:t>李晗伊</w:t>
            </w:r>
          </w:p>
        </w:tc>
        <w:tc>
          <w:tcPr>
            <w:tcW w:type="dxa" w:w="2160"/>
          </w:tcPr>
          <w:p>
            <w:r>
              <w:t>20273321643</w:t>
            </w:r>
          </w:p>
        </w:tc>
        <w:tc>
          <w:tcPr>
            <w:tcW w:type="dxa" w:w="2160"/>
          </w:tcPr>
          <w:p>
            <w:r>
              <w:t>王素娟</w:t>
            </w:r>
          </w:p>
        </w:tc>
      </w:tr>
      <w:tr>
        <w:tc>
          <w:tcPr>
            <w:tcW w:type="dxa" w:w="2160"/>
          </w:tcPr>
          <w:p>
            <w:r>
              <w:t>20273309936</w:t>
            </w:r>
          </w:p>
        </w:tc>
        <w:tc>
          <w:tcPr>
            <w:tcW w:type="dxa" w:w="2160"/>
          </w:tcPr>
          <w:p>
            <w:r>
              <w:t>许彩芸</w:t>
            </w:r>
          </w:p>
        </w:tc>
        <w:tc>
          <w:tcPr>
            <w:tcW w:type="dxa" w:w="2160"/>
          </w:tcPr>
          <w:p>
            <w:r>
              <w:t>20273320203</w:t>
            </w:r>
          </w:p>
        </w:tc>
        <w:tc>
          <w:tcPr>
            <w:tcW w:type="dxa" w:w="2160"/>
          </w:tcPr>
          <w:p>
            <w:r>
              <w:t>朱鑫鑫</w:t>
            </w:r>
          </w:p>
        </w:tc>
      </w:tr>
      <w:tr>
        <w:tc>
          <w:tcPr>
            <w:tcW w:type="dxa" w:w="2160"/>
          </w:tcPr>
          <w:p>
            <w:r>
              <w:t>20273310488</w:t>
            </w:r>
          </w:p>
        </w:tc>
        <w:tc>
          <w:tcPr>
            <w:tcW w:type="dxa" w:w="2160"/>
          </w:tcPr>
          <w:p>
            <w:r>
              <w:t>周卓越</w:t>
            </w:r>
          </w:p>
        </w:tc>
        <w:tc>
          <w:tcPr>
            <w:tcW w:type="dxa" w:w="2160"/>
          </w:tcPr>
          <w:p>
            <w:r>
              <w:t>20273307730</w:t>
            </w:r>
          </w:p>
        </w:tc>
        <w:tc>
          <w:tcPr>
            <w:tcW w:type="dxa" w:w="2160"/>
          </w:tcPr>
          <w:p>
            <w:r>
              <w:t>陈梦冉</w:t>
            </w:r>
          </w:p>
        </w:tc>
      </w:tr>
      <w:tr>
        <w:tc>
          <w:tcPr>
            <w:tcW w:type="dxa" w:w="2160"/>
          </w:tcPr>
          <w:p>
            <w:r>
              <w:t>20273309179</w:t>
            </w:r>
          </w:p>
        </w:tc>
        <w:tc>
          <w:tcPr>
            <w:tcW w:type="dxa" w:w="2160"/>
          </w:tcPr>
          <w:p>
            <w:r>
              <w:t>潘为轩</w:t>
            </w:r>
          </w:p>
        </w:tc>
        <w:tc>
          <w:tcPr>
            <w:tcW w:type="dxa" w:w="2160"/>
          </w:tcPr>
          <w:p>
            <w:r>
              <w:t>20273311904</w:t>
            </w:r>
          </w:p>
        </w:tc>
        <w:tc>
          <w:tcPr>
            <w:tcW w:type="dxa" w:w="2160"/>
          </w:tcPr>
          <w:p>
            <w:r>
              <w:t>陈佳佳</w:t>
            </w:r>
          </w:p>
        </w:tc>
      </w:tr>
      <w:tr>
        <w:tc>
          <w:tcPr>
            <w:tcW w:type="dxa" w:w="2160"/>
          </w:tcPr>
          <w:p>
            <w:r>
              <w:t>20273310549</w:t>
            </w:r>
          </w:p>
        </w:tc>
        <w:tc>
          <w:tcPr>
            <w:tcW w:type="dxa" w:w="2160"/>
          </w:tcPr>
          <w:p>
            <w:r>
              <w:t>钱奕橙</w:t>
            </w:r>
          </w:p>
        </w:tc>
        <w:tc>
          <w:tcPr>
            <w:tcW w:type="dxa" w:w="2160"/>
          </w:tcPr>
          <w:p>
            <w:r>
              <w:t>20273317066</w:t>
            </w:r>
          </w:p>
        </w:tc>
        <w:tc>
          <w:tcPr>
            <w:tcW w:type="dxa" w:w="2160"/>
          </w:tcPr>
          <w:p>
            <w:r>
              <w:t>胡文艳</w:t>
            </w:r>
          </w:p>
        </w:tc>
      </w:tr>
      <w:tr>
        <w:tc>
          <w:tcPr>
            <w:tcW w:type="dxa" w:w="2160"/>
          </w:tcPr>
          <w:p>
            <w:r>
              <w:t>20273308702</w:t>
            </w:r>
          </w:p>
        </w:tc>
        <w:tc>
          <w:tcPr>
            <w:tcW w:type="dxa" w:w="2160"/>
          </w:tcPr>
          <w:p>
            <w:r>
              <w:t>郭韶冉</w:t>
            </w:r>
          </w:p>
        </w:tc>
        <w:tc>
          <w:tcPr>
            <w:tcW w:type="dxa" w:w="2160"/>
          </w:tcPr>
          <w:p>
            <w:r>
              <w:t>20273300067</w:t>
            </w:r>
          </w:p>
        </w:tc>
        <w:tc>
          <w:tcPr>
            <w:tcW w:type="dxa" w:w="2160"/>
          </w:tcPr>
          <w:p>
            <w:r>
              <w:t>王学梅</w:t>
            </w:r>
          </w:p>
        </w:tc>
      </w:tr>
      <w:tr>
        <w:tc>
          <w:tcPr>
            <w:tcW w:type="dxa" w:w="2160"/>
          </w:tcPr>
          <w:p>
            <w:r>
              <w:t>20273304020</w:t>
            </w:r>
          </w:p>
        </w:tc>
        <w:tc>
          <w:tcPr>
            <w:tcW w:type="dxa" w:w="2160"/>
          </w:tcPr>
          <w:p>
            <w:r>
              <w:t>施妍琦</w:t>
            </w:r>
          </w:p>
        </w:tc>
        <w:tc>
          <w:tcPr>
            <w:tcW w:type="dxa" w:w="2160"/>
          </w:tcPr>
          <w:p>
            <w:r>
              <w:t>20273300764</w:t>
            </w:r>
          </w:p>
        </w:tc>
        <w:tc>
          <w:tcPr>
            <w:tcW w:type="dxa" w:w="2160"/>
          </w:tcPr>
          <w:p>
            <w:r>
              <w:t>罗婕宁</w:t>
            </w:r>
          </w:p>
        </w:tc>
      </w:tr>
      <w:tr>
        <w:tc>
          <w:tcPr>
            <w:tcW w:type="dxa" w:w="2160"/>
          </w:tcPr>
          <w:p>
            <w:r>
              <w:t>20273307441</w:t>
            </w:r>
          </w:p>
        </w:tc>
        <w:tc>
          <w:tcPr>
            <w:tcW w:type="dxa" w:w="2160"/>
          </w:tcPr>
          <w:p>
            <w:r>
              <w:t>李雯</w:t>
            </w:r>
          </w:p>
        </w:tc>
        <w:tc>
          <w:tcPr>
            <w:tcW w:type="dxa" w:w="2160"/>
          </w:tcPr>
          <w:p>
            <w:r>
              <w:t>20273310652</w:t>
            </w:r>
          </w:p>
        </w:tc>
        <w:tc>
          <w:tcPr>
            <w:tcW w:type="dxa" w:w="2160"/>
          </w:tcPr>
          <w:p>
            <w:r>
              <w:t>王欣</w:t>
            </w:r>
          </w:p>
        </w:tc>
      </w:tr>
      <w:tr>
        <w:tc>
          <w:tcPr>
            <w:tcW w:type="dxa" w:w="2160"/>
          </w:tcPr>
          <w:p>
            <w:r>
              <w:t>20273311013</w:t>
            </w:r>
          </w:p>
        </w:tc>
        <w:tc>
          <w:tcPr>
            <w:tcW w:type="dxa" w:w="2160"/>
          </w:tcPr>
          <w:p>
            <w:r>
              <w:t>肖子译</w:t>
            </w:r>
          </w:p>
        </w:tc>
        <w:tc>
          <w:tcPr>
            <w:tcW w:type="dxa" w:w="2160"/>
          </w:tcPr>
          <w:p>
            <w:r>
              <w:t>20273319789</w:t>
            </w:r>
          </w:p>
        </w:tc>
        <w:tc>
          <w:tcPr>
            <w:tcW w:type="dxa" w:w="2160"/>
          </w:tcPr>
          <w:p>
            <w:r>
              <w:t>王煦然</w:t>
            </w:r>
          </w:p>
        </w:tc>
      </w:tr>
      <w:tr>
        <w:tc>
          <w:tcPr>
            <w:tcW w:type="dxa" w:w="2160"/>
          </w:tcPr>
          <w:p>
            <w:r>
              <w:t>20273310914</w:t>
            </w:r>
          </w:p>
        </w:tc>
        <w:tc>
          <w:tcPr>
            <w:tcW w:type="dxa" w:w="2160"/>
          </w:tcPr>
          <w:p>
            <w:r>
              <w:t>李嘉益</w:t>
            </w:r>
          </w:p>
        </w:tc>
        <w:tc>
          <w:tcPr>
            <w:tcW w:type="dxa" w:w="2160"/>
          </w:tcPr>
          <w:p>
            <w:r>
              <w:t>20273320466</w:t>
            </w:r>
          </w:p>
        </w:tc>
        <w:tc>
          <w:tcPr>
            <w:tcW w:type="dxa" w:w="2160"/>
          </w:tcPr>
          <w:p>
            <w:r>
              <w:t>陈欣婷</w:t>
            </w:r>
          </w:p>
        </w:tc>
      </w:tr>
      <w:tr>
        <w:tc>
          <w:tcPr>
            <w:tcW w:type="dxa" w:w="2160"/>
          </w:tcPr>
          <w:p>
            <w:r>
              <w:t>20273308953</w:t>
            </w:r>
          </w:p>
        </w:tc>
        <w:tc>
          <w:tcPr>
            <w:tcW w:type="dxa" w:w="2160"/>
          </w:tcPr>
          <w:p>
            <w:r>
              <w:t>沈佳慧</w:t>
            </w:r>
          </w:p>
        </w:tc>
        <w:tc>
          <w:tcPr>
            <w:tcW w:type="dxa" w:w="2160"/>
          </w:tcPr>
          <w:p>
            <w:r>
              <w:t>20273322159</w:t>
            </w:r>
          </w:p>
        </w:tc>
        <w:tc>
          <w:tcPr>
            <w:tcW w:type="dxa" w:w="2160"/>
          </w:tcPr>
          <w:p>
            <w:r>
              <w:t>胡婷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