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苏州医学院关于推荐免试研究生参加中国青年志愿者第29届研究生支教团的公示</w:t>
      </w:r>
    </w:p>
    <w:p>
      <w:r>
        <w:t>按照团中央《关于组建第29届中国青年志愿者研究生支教团（2027—2028年度）有关工作的通知》（全国项目办发〔2026〕4号）和苏州大学《关于招募推荐免试研究生和在读研究生参加中国青年志愿者第29届研究生支教团的通知》（团苏大委﹝2026﹞64号）要求，苏州医学院开展相关工作。</w:t>
      </w:r>
    </w:p>
    <w:p>
      <w:r>
        <w:t>经学生个人申请、学院资格复核，推荐2022级放射医学专业夏子涵同学参加中国青年志愿者第29届研究生支教团的校级遴选，现予以公示。</w:t>
      </w:r>
    </w:p>
    <w:p>
      <w:r>
        <w:t>公示期为9月9日-9月13日，若对上述人员有异议，请于公示期内实名与团委联系，并提交书面问题反馈。</w:t>
      </w:r>
    </w:p>
    <w:p>
      <w:r>
        <w:t>联系人：刘璐</w:t>
      </w:r>
    </w:p>
    <w:p>
      <w:r>
        <w:t>电话：051265880053</w:t>
      </w:r>
    </w:p>
    <w:p>
      <w:r>
        <w:t>邮箱：liulu@suda.edu.cn</w:t>
      </w:r>
    </w:p>
    <w:p>
      <w:r>
        <w:t>苏州医学院团委</w:t>
      </w:r>
    </w:p>
    <w:p>
      <w:r>
        <w:t>2026年9月9日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