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心血管病研究所2027年接收推荐免试研究生面试考核名单</w:t>
      </w:r>
    </w:p>
    <w:p>
      <w:r>
        <w:t>心血管病研究所2027年接收推荐免试研究生面试考核名单已经确定，现公布如下：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</w:tr>
      <w:tr>
        <w:tc>
          <w:tcPr>
            <w:tcW w:type="dxa" w:w="2160"/>
          </w:tcPr>
          <w:p>
            <w:r>
              <w:t>20273332823</w:t>
            </w:r>
          </w:p>
        </w:tc>
        <w:tc>
          <w:tcPr>
            <w:tcW w:type="dxa" w:w="2160"/>
          </w:tcPr>
          <w:p>
            <w:r>
              <w:t>王若妃</w:t>
            </w:r>
          </w:p>
        </w:tc>
        <w:tc>
          <w:tcPr>
            <w:tcW w:type="dxa" w:w="2160"/>
          </w:tcPr>
          <w:p>
            <w:r>
              <w:t>20273349650</w:t>
            </w:r>
          </w:p>
        </w:tc>
        <w:tc>
          <w:tcPr>
            <w:tcW w:type="dxa" w:w="2160"/>
          </w:tcPr>
          <w:p>
            <w:r>
              <w:t>孟芷伊</w:t>
            </w:r>
          </w:p>
        </w:tc>
      </w:tr>
      <w:tr>
        <w:tc>
          <w:tcPr>
            <w:tcW w:type="dxa" w:w="2160"/>
          </w:tcPr>
          <w:p>
            <w:r>
              <w:t>20273303744</w:t>
            </w:r>
          </w:p>
        </w:tc>
        <w:tc>
          <w:tcPr>
            <w:tcW w:type="dxa" w:w="2160"/>
          </w:tcPr>
          <w:p>
            <w:r>
              <w:t>武童瑶</w:t>
            </w:r>
          </w:p>
        </w:tc>
        <w:tc>
          <w:tcPr>
            <w:tcW w:type="dxa" w:w="2160"/>
          </w:tcPr>
          <w:p>
            <w:r>
              <w:t>20273351203</w:t>
            </w:r>
          </w:p>
        </w:tc>
        <w:tc>
          <w:tcPr>
            <w:tcW w:type="dxa" w:w="2160"/>
          </w:tcPr>
          <w:p>
            <w:r>
              <w:t>高慕洁</w:t>
            </w:r>
          </w:p>
        </w:tc>
      </w:tr>
      <w:tr>
        <w:tc>
          <w:tcPr>
            <w:tcW w:type="dxa" w:w="2160"/>
          </w:tcPr>
          <w:p>
            <w:r>
              <w:t>20273345181</w:t>
            </w:r>
          </w:p>
        </w:tc>
        <w:tc>
          <w:tcPr>
            <w:tcW w:type="dxa" w:w="2160"/>
          </w:tcPr>
          <w:p>
            <w:r>
              <w:t>沈沁</w:t>
            </w:r>
          </w:p>
        </w:tc>
        <w:tc>
          <w:tcPr>
            <w:tcW w:type="dxa" w:w="2160"/>
          </w:tcPr>
          <w:p>
            <w:r>
              <w:t>20273353947</w:t>
            </w:r>
          </w:p>
        </w:tc>
        <w:tc>
          <w:tcPr>
            <w:tcW w:type="dxa" w:w="2160"/>
          </w:tcPr>
          <w:p>
            <w:r>
              <w:t>李思娴</w:t>
            </w:r>
          </w:p>
        </w:tc>
      </w:tr>
      <w:tr>
        <w:tc>
          <w:tcPr>
            <w:tcW w:type="dxa" w:w="2160"/>
          </w:tcPr>
          <w:p>
            <w:r>
              <w:t>20273304775</w:t>
            </w:r>
          </w:p>
        </w:tc>
        <w:tc>
          <w:tcPr>
            <w:tcW w:type="dxa" w:w="2160"/>
          </w:tcPr>
          <w:p>
            <w:r>
              <w:t>樊媛媛</w:t>
            </w:r>
          </w:p>
        </w:tc>
        <w:tc>
          <w:tcPr>
            <w:tcW w:type="dxa" w:w="2160"/>
          </w:tcPr>
          <w:p>
            <w:r>
              <w:t>20273355512</w:t>
            </w:r>
          </w:p>
        </w:tc>
        <w:tc>
          <w:tcPr>
            <w:tcW w:type="dxa" w:w="2160"/>
          </w:tcPr>
          <w:p>
            <w:r>
              <w:t>于茗妃</w:t>
            </w:r>
          </w:p>
        </w:tc>
      </w:tr>
      <w:tr>
        <w:tc>
          <w:tcPr>
            <w:tcW w:type="dxa" w:w="2160"/>
          </w:tcPr>
          <w:p>
            <w:r>
              <w:t>20273313988</w:t>
            </w:r>
          </w:p>
        </w:tc>
        <w:tc>
          <w:tcPr>
            <w:tcW w:type="dxa" w:w="2160"/>
          </w:tcPr>
          <w:p>
            <w:r>
              <w:t>刘永鑫</w:t>
            </w:r>
          </w:p>
        </w:tc>
        <w:tc>
          <w:tcPr>
            <w:tcW w:type="dxa" w:w="2160"/>
          </w:tcPr>
          <w:p>
            <w:r>
              <w:t>20273357373</w:t>
            </w:r>
          </w:p>
        </w:tc>
        <w:tc>
          <w:tcPr>
            <w:tcW w:type="dxa" w:w="2160"/>
          </w:tcPr>
          <w:p>
            <w:r>
              <w:t>房梦娇</w:t>
            </w:r>
          </w:p>
        </w:tc>
      </w:tr>
      <w:tr>
        <w:tc>
          <w:tcPr>
            <w:tcW w:type="dxa" w:w="2160"/>
          </w:tcPr>
          <w:p>
            <w:r>
              <w:t>20273321747</w:t>
            </w:r>
          </w:p>
        </w:tc>
        <w:tc>
          <w:tcPr>
            <w:tcW w:type="dxa" w:w="2160"/>
          </w:tcPr>
          <w:p>
            <w:r>
              <w:t>陈垠帆</w:t>
            </w:r>
          </w:p>
        </w:tc>
        <w:tc>
          <w:tcPr>
            <w:tcW w:type="dxa" w:w="2160"/>
          </w:tcPr>
          <w:p>
            <w:r>
              <w:t>20273362106</w:t>
            </w:r>
          </w:p>
        </w:tc>
        <w:tc>
          <w:tcPr>
            <w:tcW w:type="dxa" w:w="2160"/>
          </w:tcPr>
          <w:p>
            <w:r>
              <w:t>圣天赐</w:t>
            </w:r>
          </w:p>
        </w:tc>
      </w:tr>
      <w:tr>
        <w:tc>
          <w:tcPr>
            <w:tcW w:type="dxa" w:w="2160"/>
          </w:tcPr>
          <w:p>
            <w:r>
              <w:t>20273326923</w:t>
            </w:r>
          </w:p>
        </w:tc>
        <w:tc>
          <w:tcPr>
            <w:tcW w:type="dxa" w:w="2160"/>
          </w:tcPr>
          <w:p>
            <w:r>
              <w:t>许文若</w:t>
            </w:r>
          </w:p>
        </w:tc>
        <w:tc>
          <w:tcPr>
            <w:tcW w:type="dxa" w:w="2160"/>
          </w:tcPr>
          <w:p>
            <w:r>
              <w:t>20273362531</w:t>
            </w:r>
          </w:p>
        </w:tc>
        <w:tc>
          <w:tcPr>
            <w:tcW w:type="dxa" w:w="2160"/>
          </w:tcPr>
          <w:p>
            <w:r>
              <w:t>贺哲宇</w:t>
            </w:r>
          </w:p>
        </w:tc>
      </w:tr>
      <w:tr>
        <w:tc>
          <w:tcPr>
            <w:tcW w:type="dxa" w:w="2160"/>
          </w:tcPr>
          <w:p>
            <w:r>
              <w:t>20273333805</w:t>
            </w:r>
          </w:p>
        </w:tc>
        <w:tc>
          <w:tcPr>
            <w:tcW w:type="dxa" w:w="2160"/>
          </w:tcPr>
          <w:p>
            <w:r>
              <w:t>李湛然</w:t>
            </w:r>
          </w:p>
        </w:tc>
        <w:tc>
          <w:tcPr>
            <w:tcW w:type="dxa" w:w="2160"/>
          </w:tcPr>
          <w:p>
            <w:r>
              <w:t>20273301059</w:t>
            </w:r>
          </w:p>
        </w:tc>
        <w:tc>
          <w:tcPr>
            <w:tcW w:type="dxa" w:w="2160"/>
          </w:tcPr>
          <w:p>
            <w:r>
              <w:t>李天翼</w:t>
            </w:r>
          </w:p>
        </w:tc>
      </w:tr>
      <w:tr>
        <w:tc>
          <w:tcPr>
            <w:tcW w:type="dxa" w:w="2160"/>
          </w:tcPr>
          <w:p>
            <w:r>
              <w:t>20273335114</w:t>
            </w:r>
          </w:p>
        </w:tc>
        <w:tc>
          <w:tcPr>
            <w:tcW w:type="dxa" w:w="2160"/>
          </w:tcPr>
          <w:p>
            <w:r>
              <w:t>韩涵</w:t>
            </w:r>
          </w:p>
        </w:tc>
        <w:tc>
          <w:tcPr>
            <w:tcW w:type="dxa" w:w="2160"/>
          </w:tcPr>
          <w:p>
            <w:r>
              <w:t>20273303057</w:t>
            </w:r>
          </w:p>
        </w:tc>
        <w:tc>
          <w:tcPr>
            <w:tcW w:type="dxa" w:w="2160"/>
          </w:tcPr>
          <w:p>
            <w:r>
              <w:t>徐金平</w:t>
            </w:r>
          </w:p>
        </w:tc>
      </w:tr>
      <w:tr>
        <w:tc>
          <w:tcPr>
            <w:tcW w:type="dxa" w:w="2160"/>
          </w:tcPr>
          <w:p>
            <w:r>
              <w:t>20273336382</w:t>
            </w:r>
          </w:p>
        </w:tc>
        <w:tc>
          <w:tcPr>
            <w:tcW w:type="dxa" w:w="2160"/>
          </w:tcPr>
          <w:p>
            <w:r>
              <w:t>侯万果</w:t>
            </w:r>
          </w:p>
        </w:tc>
        <w:tc>
          <w:tcPr>
            <w:tcW w:type="dxa" w:w="2160"/>
          </w:tcPr>
          <w:p>
            <w:r>
              <w:t>20273304976</w:t>
            </w:r>
          </w:p>
        </w:tc>
        <w:tc>
          <w:tcPr>
            <w:tcW w:type="dxa" w:w="2160"/>
          </w:tcPr>
          <w:p>
            <w:r>
              <w:t>蒋泳</w:t>
            </w:r>
          </w:p>
        </w:tc>
      </w:tr>
      <w:tr>
        <w:tc>
          <w:tcPr>
            <w:tcW w:type="dxa" w:w="2160"/>
          </w:tcPr>
          <w:p>
            <w:r>
              <w:t>20273339572</w:t>
            </w:r>
          </w:p>
        </w:tc>
        <w:tc>
          <w:tcPr>
            <w:tcW w:type="dxa" w:w="2160"/>
          </w:tcPr>
          <w:p>
            <w:r>
              <w:t>虞玲君</w:t>
            </w:r>
          </w:p>
        </w:tc>
        <w:tc>
          <w:tcPr>
            <w:tcW w:type="dxa" w:w="2160"/>
          </w:tcPr>
          <w:p>
            <w:r>
              <w:t>20273308674</w:t>
            </w:r>
          </w:p>
        </w:tc>
        <w:tc>
          <w:tcPr>
            <w:tcW w:type="dxa" w:w="2160"/>
          </w:tcPr>
          <w:p>
            <w:r>
              <w:t>黄凯淇</w:t>
            </w:r>
          </w:p>
        </w:tc>
      </w:tr>
      <w:tr>
        <w:tc>
          <w:tcPr>
            <w:tcW w:type="dxa" w:w="2160"/>
          </w:tcPr>
          <w:p>
            <w:r>
              <w:t>20273348195</w:t>
            </w:r>
          </w:p>
        </w:tc>
        <w:tc>
          <w:tcPr>
            <w:tcW w:type="dxa" w:w="2160"/>
          </w:tcPr>
          <w:p>
            <w:r>
              <w:t>杨蕊</w:t>
            </w:r>
          </w:p>
        </w:tc>
        <w:tc>
          <w:tcPr>
            <w:tcW w:type="dxa" w:w="2160"/>
          </w:tcPr>
          <w:p>
            <w:r>
              <w:t>20273350771</w:t>
            </w:r>
          </w:p>
        </w:tc>
        <w:tc>
          <w:tcPr>
            <w:tcW w:type="dxa" w:w="2160"/>
          </w:tcPr>
          <w:p>
            <w:r>
              <w:t>王晓丽</w:t>
            </w:r>
          </w:p>
        </w:tc>
      </w:tr>
      <w:tr>
        <w:tc>
          <w:tcPr>
            <w:tcW w:type="dxa" w:w="2160"/>
          </w:tcPr>
          <w:p>
            <w:r>
              <w:t>20273320333</w:t>
            </w:r>
          </w:p>
        </w:tc>
        <w:tc>
          <w:tcPr>
            <w:tcW w:type="dxa" w:w="2160"/>
          </w:tcPr>
          <w:p>
            <w:r>
              <w:t>徐茜</w:t>
            </w:r>
          </w:p>
        </w:tc>
        <w:tc>
          <w:tcPr>
            <w:tcW w:type="dxa" w:w="2160"/>
          </w:tcPr>
          <w:p>
            <w:r>
              <w:t>20273358862</w:t>
            </w:r>
          </w:p>
        </w:tc>
        <w:tc>
          <w:tcPr>
            <w:tcW w:type="dxa" w:w="2160"/>
          </w:tcPr>
          <w:p>
            <w:r>
              <w:t>段雅希</w:t>
            </w:r>
          </w:p>
        </w:tc>
      </w:tr>
      <w:tr>
        <w:tc>
          <w:tcPr>
            <w:tcW w:type="dxa" w:w="2160"/>
          </w:tcPr>
          <w:p>
            <w:r>
              <w:t>20273324162</w:t>
            </w:r>
          </w:p>
        </w:tc>
        <w:tc>
          <w:tcPr>
            <w:tcW w:type="dxa" w:w="2160"/>
          </w:tcPr>
          <w:p>
            <w:r>
              <w:t>王思佳</w:t>
            </w:r>
          </w:p>
        </w:tc>
        <w:tc>
          <w:tcPr>
            <w:tcW w:type="dxa" w:w="2160"/>
          </w:tcPr>
          <w:p>
            <w:r>
              <w:t>20273325682</w:t>
            </w:r>
          </w:p>
        </w:tc>
        <w:tc>
          <w:tcPr>
            <w:tcW w:type="dxa" w:w="2160"/>
          </w:tcPr>
          <w:p>
            <w:r>
              <w:t>康新雅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