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关于2018届优秀毕业生推免科研加分情况的公示</w:t>
      </w:r>
    </w:p>
    <w:p>
      <w:r>
        <w:t>医学部有关学院、办公室及班级学生：</w:t>
      </w:r>
    </w:p>
    <w:p>
      <w:r>
        <w:t>根据《医学部推荐优秀应届本科毕业生2018年免试攻读硕士研究生实施细则》及《医学部推荐优秀应届本科毕业生免试攻读硕士研究生综合面试考核评分办法（试行）》，医学部已完成对申请推荐2018年免试攻读硕士研究生学生“科研项目及各类获奖加分”的审核工作，现予以公示。如有疑问，可致电：65884535，联系人：钟慧。</w:t>
      </w:r>
    </w:p>
    <w:p>
      <w:r>
        <w:t>另，2013级医学影像学专业学生王震宇因1门课程等级为D，申请教授联推。经审核，该生符合联推条件，一并公示。</w:t>
      </w:r>
    </w:p>
    <w:p>
      <w:r>
        <w:t>附件：2018届优秀毕业生推免科研加分情况汇总</w:t>
      </w:r>
    </w:p>
    <w:p>
      <w:r>
        <w:t>医学部教学办公室</w:t>
      </w:r>
    </w:p>
    <w:p>
      <w:r>
        <w:t>2017年9月13日</w:t>
      </w:r>
    </w:p>
    <w:p>
      <w:r>
        <w:t>2018届优秀毕业生推免科研加分情况汇总.xlsx</w:t>
      </w:r>
    </w:p>
    <w:p>
      <w:r>
        <w:t>(教学办公室)</w:t>
      </w:r>
    </w:p>
    <w:p>
      <w:r>
        <w:t>起草人：钟慧发布人：钟慧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