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关于苏州医学院2023年推荐优秀应届本科毕业生免试攻读硕士研究生综合评价成绩及初选名单的公示</w:t>
      </w:r>
    </w:p>
    <w:p>
      <w:r>
        <w:t>苏州医学院有关学院、办公室及班级学生：</w:t>
      </w:r>
    </w:p>
    <w:p>
      <w:r>
        <w:t>根据《关于公布“苏州大学2023年推荐优秀应届本科毕业生免试攻读研究生工作方案”的通知》（教字﹝ 2022 ﹞ 251号）及《苏州医学院2023年推荐优秀应届本科毕业生免试攻读硕士研究生工作实施细则》，经报名申请、资格审核、发展素质成绩评定等各环节，并最后经“苏州医学院推免工作小组”讨论，已确定苏州医学院2023年推荐优秀应届本科毕业生免试攻读硕士研究生学生初选名单，现予以公示，公示截止时间：2022年9月30日。</w:t>
      </w:r>
    </w:p>
    <w:p>
      <w:r>
        <w:t>如有疑问，可致电：65884826，联系人：倪建国。</w:t>
      </w:r>
    </w:p>
    <w:p>
      <w:r>
        <w:t>附件：苏州医学院2023年推荐优秀应届本科毕业生免试攻读硕士研究生综合评价成绩及初选名单汇总表.xlsx</w:t>
      </w:r>
    </w:p>
    <w:p>
      <w:r>
        <w:t>苏州医学院教育教学办公室</w:t>
      </w:r>
    </w:p>
    <w:p>
      <w:r>
        <w:t>2022年9月19日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