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2018年推免工作领导小组工作小组名单</w:t>
      </w:r>
    </w:p>
    <w:p>
      <w:r>
        <w:t>卢朗、虞岚、沈爱凤、黄燕敏、方敏、周玉明、戴家峰、雍自鸿、王峥、宋敏（秘书）</w:t>
      </w:r>
    </w:p>
    <w:p>
      <w:r>
        <w:t>苏州大学艺术学院</w:t>
      </w:r>
    </w:p>
    <w:p>
      <w:r>
        <w:t>2018年9月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