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2015艺术学院推免综面试名单及考场安排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组别</w:t>
            </w:r>
          </w:p>
        </w:tc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学号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专业</w:t>
            </w:r>
          </w:p>
        </w:tc>
        <w:tc>
          <w:tcPr>
            <w:tcW w:type="dxa" w:w="1440"/>
          </w:tcPr>
          <w:p>
            <w:r>
              <w:t>地点</w:t>
            </w:r>
          </w:p>
        </w:tc>
      </w:tr>
      <w:tr>
        <w:tc>
          <w:tcPr>
            <w:tcW w:type="dxa" w:w="1440"/>
          </w:tcPr>
          <w:p>
            <w:r>
              <w:t>第一组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1205405011</w:t>
            </w:r>
          </w:p>
        </w:tc>
        <w:tc>
          <w:tcPr>
            <w:tcW w:type="dxa" w:w="1440"/>
          </w:tcPr>
          <w:p>
            <w:r>
              <w:t>彭涵</w:t>
            </w:r>
          </w:p>
        </w:tc>
        <w:tc>
          <w:tcPr>
            <w:tcW w:type="dxa" w:w="1440"/>
          </w:tcPr>
          <w:p>
            <w:r>
              <w:t>染织</w:t>
            </w:r>
          </w:p>
        </w:tc>
        <w:tc>
          <w:tcPr>
            <w:tcW w:type="dxa" w:w="1440"/>
          </w:tcPr>
          <w:p>
            <w:r>
              <w:t>602#2206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1205405003</w:t>
            </w:r>
          </w:p>
        </w:tc>
        <w:tc>
          <w:tcPr>
            <w:tcW w:type="dxa" w:w="1440"/>
          </w:tcPr>
          <w:p>
            <w:r>
              <w:t>董馨韵</w:t>
            </w:r>
          </w:p>
        </w:tc>
        <w:tc>
          <w:tcPr>
            <w:tcW w:type="dxa" w:w="1440"/>
          </w:tcPr>
          <w:p>
            <w:r>
              <w:t>染织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1205405051</w:t>
            </w:r>
          </w:p>
        </w:tc>
        <w:tc>
          <w:tcPr>
            <w:tcW w:type="dxa" w:w="1440"/>
          </w:tcPr>
          <w:p>
            <w:r>
              <w:t>杨天牧</w:t>
            </w:r>
          </w:p>
        </w:tc>
        <w:tc>
          <w:tcPr>
            <w:tcW w:type="dxa" w:w="1440"/>
          </w:tcPr>
          <w:p>
            <w:r>
              <w:t>染织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1205405070</w:t>
            </w:r>
          </w:p>
        </w:tc>
        <w:tc>
          <w:tcPr>
            <w:tcW w:type="dxa" w:w="1440"/>
          </w:tcPr>
          <w:p>
            <w:r>
              <w:t>李玉</w:t>
            </w:r>
          </w:p>
        </w:tc>
        <w:tc>
          <w:tcPr>
            <w:tcW w:type="dxa" w:w="1440"/>
          </w:tcPr>
          <w:p>
            <w:r>
              <w:t>染织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1205405102</w:t>
            </w:r>
          </w:p>
        </w:tc>
        <w:tc>
          <w:tcPr>
            <w:tcW w:type="dxa" w:w="1440"/>
          </w:tcPr>
          <w:p>
            <w:r>
              <w:t>戚晓烨</w:t>
            </w:r>
          </w:p>
        </w:tc>
        <w:tc>
          <w:tcPr>
            <w:tcW w:type="dxa" w:w="1440"/>
          </w:tcPr>
          <w:p>
            <w:r>
              <w:t>服装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1205403001</w:t>
            </w:r>
          </w:p>
        </w:tc>
        <w:tc>
          <w:tcPr>
            <w:tcW w:type="dxa" w:w="1440"/>
          </w:tcPr>
          <w:p>
            <w:r>
              <w:t>董心慧</w:t>
            </w:r>
          </w:p>
        </w:tc>
        <w:tc>
          <w:tcPr>
            <w:tcW w:type="dxa" w:w="1440"/>
          </w:tcPr>
          <w:p>
            <w:r>
              <w:t>表演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1205403021</w:t>
            </w:r>
          </w:p>
        </w:tc>
        <w:tc>
          <w:tcPr>
            <w:tcW w:type="dxa" w:w="1440"/>
          </w:tcPr>
          <w:p>
            <w:r>
              <w:t>张韵</w:t>
            </w:r>
          </w:p>
        </w:tc>
        <w:tc>
          <w:tcPr>
            <w:tcW w:type="dxa" w:w="1440"/>
          </w:tcPr>
          <w:p>
            <w:r>
              <w:t>表演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第二组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1205405065</w:t>
            </w:r>
          </w:p>
        </w:tc>
        <w:tc>
          <w:tcPr>
            <w:tcW w:type="dxa" w:w="1440"/>
          </w:tcPr>
          <w:p>
            <w:r>
              <w:t>许冰华</w:t>
            </w:r>
          </w:p>
        </w:tc>
        <w:tc>
          <w:tcPr>
            <w:tcW w:type="dxa" w:w="1440"/>
          </w:tcPr>
          <w:p>
            <w:r>
              <w:t>视传</w:t>
            </w:r>
          </w:p>
        </w:tc>
        <w:tc>
          <w:tcPr>
            <w:tcW w:type="dxa" w:w="1440"/>
          </w:tcPr>
          <w:p>
            <w:r>
              <w:t>604#4305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1205405029</w:t>
            </w:r>
          </w:p>
        </w:tc>
        <w:tc>
          <w:tcPr>
            <w:tcW w:type="dxa" w:w="1440"/>
          </w:tcPr>
          <w:p>
            <w:r>
              <w:t>罗雯佶</w:t>
            </w:r>
          </w:p>
        </w:tc>
        <w:tc>
          <w:tcPr>
            <w:tcW w:type="dxa" w:w="1440"/>
          </w:tcPr>
          <w:p>
            <w:r>
              <w:t>视传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1205405035</w:t>
            </w:r>
          </w:p>
        </w:tc>
        <w:tc>
          <w:tcPr>
            <w:tcW w:type="dxa" w:w="1440"/>
          </w:tcPr>
          <w:p>
            <w:r>
              <w:t>倪天姿</w:t>
            </w:r>
          </w:p>
        </w:tc>
        <w:tc>
          <w:tcPr>
            <w:tcW w:type="dxa" w:w="1440"/>
          </w:tcPr>
          <w:p>
            <w:r>
              <w:t>视传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1205405092</w:t>
            </w:r>
          </w:p>
        </w:tc>
        <w:tc>
          <w:tcPr>
            <w:tcW w:type="dxa" w:w="1440"/>
          </w:tcPr>
          <w:p>
            <w:r>
              <w:t>杨迪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1205405075</w:t>
            </w:r>
          </w:p>
        </w:tc>
        <w:tc>
          <w:tcPr>
            <w:tcW w:type="dxa" w:w="1440"/>
          </w:tcPr>
          <w:p>
            <w:r>
              <w:t>周晓航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1205405093</w:t>
            </w:r>
          </w:p>
        </w:tc>
        <w:tc>
          <w:tcPr>
            <w:tcW w:type="dxa" w:w="1440"/>
          </w:tcPr>
          <w:p>
            <w:r>
              <w:t>杨冰心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1205405080</w:t>
            </w:r>
          </w:p>
        </w:tc>
        <w:tc>
          <w:tcPr>
            <w:tcW w:type="dxa" w:w="1440"/>
          </w:tcPr>
          <w:p>
            <w:r>
              <w:t>芮雪婷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1205405016</w:t>
            </w:r>
          </w:p>
        </w:tc>
        <w:tc>
          <w:tcPr>
            <w:tcW w:type="dxa" w:w="1440"/>
          </w:tcPr>
          <w:p>
            <w:r>
              <w:t>熊樱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1205405044</w:t>
            </w:r>
          </w:p>
        </w:tc>
        <w:tc>
          <w:tcPr>
            <w:tcW w:type="dxa" w:w="1440"/>
          </w:tcPr>
          <w:p>
            <w:r>
              <w:t>刘晓晴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1205405053</w:t>
            </w:r>
          </w:p>
        </w:tc>
        <w:tc>
          <w:tcPr>
            <w:tcW w:type="dxa" w:w="1440"/>
          </w:tcPr>
          <w:p>
            <w:r>
              <w:t>陈佳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1205406012</w:t>
            </w:r>
          </w:p>
        </w:tc>
        <w:tc>
          <w:tcPr>
            <w:tcW w:type="dxa" w:w="1440"/>
          </w:tcPr>
          <w:p>
            <w:r>
              <w:t>康煜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1205406019</w:t>
            </w:r>
          </w:p>
        </w:tc>
        <w:tc>
          <w:tcPr>
            <w:tcW w:type="dxa" w:w="1440"/>
          </w:tcPr>
          <w:p>
            <w:r>
              <w:t>俞月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1205406015</w:t>
            </w:r>
          </w:p>
        </w:tc>
        <w:tc>
          <w:tcPr>
            <w:tcW w:type="dxa" w:w="1440"/>
          </w:tcPr>
          <w:p>
            <w:r>
              <w:t>朱慧敏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1205406001</w:t>
            </w:r>
          </w:p>
        </w:tc>
        <w:tc>
          <w:tcPr>
            <w:tcW w:type="dxa" w:w="1440"/>
          </w:tcPr>
          <w:p>
            <w:r>
              <w:t>王超超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1205406025</w:t>
            </w:r>
          </w:p>
        </w:tc>
        <w:tc>
          <w:tcPr>
            <w:tcW w:type="dxa" w:w="1440"/>
          </w:tcPr>
          <w:p>
            <w:r>
              <w:t>周曼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1205406004</w:t>
            </w:r>
          </w:p>
        </w:tc>
        <w:tc>
          <w:tcPr>
            <w:tcW w:type="dxa" w:w="1440"/>
          </w:tcPr>
          <w:p>
            <w:r>
              <w:t>陈丁丁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1205406005</w:t>
            </w:r>
          </w:p>
        </w:tc>
        <w:tc>
          <w:tcPr>
            <w:tcW w:type="dxa" w:w="1440"/>
          </w:tcPr>
          <w:p>
            <w:r>
              <w:t>郭文星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1205406003</w:t>
            </w:r>
          </w:p>
        </w:tc>
        <w:tc>
          <w:tcPr>
            <w:tcW w:type="dxa" w:w="1440"/>
          </w:tcPr>
          <w:p>
            <w:r>
              <w:t>杨昕茹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第三组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1205401005</w:t>
            </w:r>
          </w:p>
        </w:tc>
        <w:tc>
          <w:tcPr>
            <w:tcW w:type="dxa" w:w="1440"/>
          </w:tcPr>
          <w:p>
            <w:r>
              <w:t>李东屿</w:t>
            </w:r>
          </w:p>
        </w:tc>
        <w:tc>
          <w:tcPr>
            <w:tcW w:type="dxa" w:w="1440"/>
          </w:tcPr>
          <w:p>
            <w:r>
              <w:t>美术教育</w:t>
            </w:r>
          </w:p>
        </w:tc>
        <w:tc>
          <w:tcPr>
            <w:tcW w:type="dxa" w:w="1440"/>
          </w:tcPr>
          <w:p>
            <w:r>
              <w:t>604#4306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1205401001</w:t>
            </w:r>
          </w:p>
        </w:tc>
        <w:tc>
          <w:tcPr>
            <w:tcW w:type="dxa" w:w="1440"/>
          </w:tcPr>
          <w:p>
            <w:r>
              <w:t>吴淑怡</w:t>
            </w:r>
          </w:p>
        </w:tc>
        <w:tc>
          <w:tcPr>
            <w:tcW w:type="dxa" w:w="1440"/>
          </w:tcPr>
          <w:p>
            <w:r>
              <w:t>美术教育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1205401017</w:t>
            </w:r>
          </w:p>
        </w:tc>
        <w:tc>
          <w:tcPr>
            <w:tcW w:type="dxa" w:w="1440"/>
          </w:tcPr>
          <w:p>
            <w:r>
              <w:t>吕怡静</w:t>
            </w:r>
          </w:p>
        </w:tc>
        <w:tc>
          <w:tcPr>
            <w:tcW w:type="dxa" w:w="1440"/>
          </w:tcPr>
          <w:p>
            <w:r>
              <w:t>美术教育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1205401021</w:t>
            </w:r>
          </w:p>
        </w:tc>
        <w:tc>
          <w:tcPr>
            <w:tcW w:type="dxa" w:w="1440"/>
          </w:tcPr>
          <w:p>
            <w:r>
              <w:t>陈露依</w:t>
            </w:r>
          </w:p>
        </w:tc>
        <w:tc>
          <w:tcPr>
            <w:tcW w:type="dxa" w:w="1440"/>
          </w:tcPr>
          <w:p>
            <w:r>
              <w:t>美术教育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1205401012</w:t>
            </w:r>
          </w:p>
        </w:tc>
        <w:tc>
          <w:tcPr>
            <w:tcW w:type="dxa" w:w="1440"/>
          </w:tcPr>
          <w:p>
            <w:r>
              <w:t>邵丽丽</w:t>
            </w:r>
          </w:p>
        </w:tc>
        <w:tc>
          <w:tcPr>
            <w:tcW w:type="dxa" w:w="1440"/>
          </w:tcPr>
          <w:p>
            <w:r>
              <w:t>美术教育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1205401023</w:t>
            </w:r>
          </w:p>
        </w:tc>
        <w:tc>
          <w:tcPr>
            <w:tcW w:type="dxa" w:w="1440"/>
          </w:tcPr>
          <w:p>
            <w:r>
              <w:t>高佳</w:t>
            </w:r>
          </w:p>
        </w:tc>
        <w:tc>
          <w:tcPr>
            <w:tcW w:type="dxa" w:w="1440"/>
          </w:tcPr>
          <w:p>
            <w:r>
              <w:t>美术教育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1205401013</w:t>
            </w:r>
          </w:p>
        </w:tc>
        <w:tc>
          <w:tcPr>
            <w:tcW w:type="dxa" w:w="1440"/>
          </w:tcPr>
          <w:p>
            <w:r>
              <w:t>陈东林</w:t>
            </w:r>
          </w:p>
        </w:tc>
        <w:tc>
          <w:tcPr>
            <w:tcW w:type="dxa" w:w="1440"/>
          </w:tcPr>
          <w:p>
            <w:r>
              <w:t>美术教育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1205407020</w:t>
            </w:r>
          </w:p>
        </w:tc>
        <w:tc>
          <w:tcPr>
            <w:tcW w:type="dxa" w:w="1440"/>
          </w:tcPr>
          <w:p>
            <w:r>
              <w:t>陈伊华</w:t>
            </w:r>
          </w:p>
        </w:tc>
        <w:tc>
          <w:tcPr>
            <w:tcW w:type="dxa" w:w="1440"/>
          </w:tcPr>
          <w:p>
            <w:r>
              <w:t>插画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1205407010</w:t>
            </w:r>
          </w:p>
        </w:tc>
        <w:tc>
          <w:tcPr>
            <w:tcW w:type="dxa" w:w="1440"/>
          </w:tcPr>
          <w:p>
            <w:r>
              <w:t>祖萌</w:t>
            </w:r>
          </w:p>
        </w:tc>
        <w:tc>
          <w:tcPr>
            <w:tcW w:type="dxa" w:w="1440"/>
          </w:tcPr>
          <w:p>
            <w:r>
              <w:t>插画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1205407009</w:t>
            </w:r>
          </w:p>
        </w:tc>
        <w:tc>
          <w:tcPr>
            <w:tcW w:type="dxa" w:w="1440"/>
          </w:tcPr>
          <w:p>
            <w:r>
              <w:t>郭彦君</w:t>
            </w:r>
          </w:p>
        </w:tc>
        <w:tc>
          <w:tcPr>
            <w:tcW w:type="dxa" w:w="1440"/>
          </w:tcPr>
          <w:p>
            <w:r>
              <w:t>插画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1205404017</w:t>
            </w:r>
          </w:p>
        </w:tc>
        <w:tc>
          <w:tcPr>
            <w:tcW w:type="dxa" w:w="1440"/>
          </w:tcPr>
          <w:p>
            <w:r>
              <w:t>赖演青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1205404006</w:t>
            </w:r>
          </w:p>
        </w:tc>
        <w:tc>
          <w:tcPr>
            <w:tcW w:type="dxa" w:w="1440"/>
          </w:tcPr>
          <w:p>
            <w:r>
              <w:t>牛璐璐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1205404008</w:t>
            </w:r>
          </w:p>
        </w:tc>
        <w:tc>
          <w:tcPr>
            <w:tcW w:type="dxa" w:w="1440"/>
          </w:tcPr>
          <w:p>
            <w:r>
              <w:t>张凯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考试时间：9月16日上午9：00请同学们按序等候。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若对此名单有所异议，请于考试前联系：65880452，18913101388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艺术学院教务办室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2015年9月15日</w:t>
            </w:r>
          </w:p>
        </w:tc>
        <w:tc>
          <w:tcPr>
            <w:tcW w:type="dxa" w:w="144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