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艺术学院2015年推免综合面试名单</w:t>
      </w:r>
    </w:p>
    <w:p>
      <w:r>
        <w:t>时间：2014年9月12日下午1:30地点：A组：604-4209 B组：604-4308</w:t>
      </w:r>
    </w:p>
    <w:p>
      <w:r>
        <w:t>英语口语：602-2208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序号</w:t>
            </w:r>
          </w:p>
        </w:tc>
        <w:tc>
          <w:tcPr>
            <w:tcW w:type="dxa" w:w="1440"/>
          </w:tcPr>
          <w:p>
            <w:r>
              <w:t>班级</w:t>
            </w:r>
          </w:p>
        </w:tc>
        <w:tc>
          <w:tcPr>
            <w:tcW w:type="dxa" w:w="1440"/>
          </w:tcPr>
          <w:p>
            <w:r>
              <w:t>学号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组别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视传</w:t>
            </w:r>
          </w:p>
        </w:tc>
        <w:tc>
          <w:tcPr>
            <w:tcW w:type="dxa" w:w="1440"/>
          </w:tcPr>
          <w:p>
            <w:r>
              <w:t>1105405062</w:t>
            </w:r>
          </w:p>
        </w:tc>
        <w:tc>
          <w:tcPr>
            <w:tcW w:type="dxa" w:w="1440"/>
          </w:tcPr>
          <w:p>
            <w:r>
              <w:t>刘可新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1105405057</w:t>
            </w:r>
          </w:p>
        </w:tc>
        <w:tc>
          <w:tcPr>
            <w:tcW w:type="dxa" w:w="1440"/>
          </w:tcPr>
          <w:p>
            <w:r>
              <w:t>张智程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1105405050</w:t>
            </w:r>
          </w:p>
        </w:tc>
        <w:tc>
          <w:tcPr>
            <w:tcW w:type="dxa" w:w="1440"/>
          </w:tcPr>
          <w:p>
            <w:r>
              <w:t>黄信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1105405071</w:t>
            </w:r>
          </w:p>
        </w:tc>
        <w:tc>
          <w:tcPr>
            <w:tcW w:type="dxa" w:w="1440"/>
          </w:tcPr>
          <w:p>
            <w:r>
              <w:t>杜云鹤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1105405075</w:t>
            </w:r>
          </w:p>
        </w:tc>
        <w:tc>
          <w:tcPr>
            <w:tcW w:type="dxa" w:w="1440"/>
          </w:tcPr>
          <w:p>
            <w:r>
              <w:t>张占威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1105405028</w:t>
            </w:r>
          </w:p>
        </w:tc>
        <w:tc>
          <w:tcPr>
            <w:tcW w:type="dxa" w:w="1440"/>
          </w:tcPr>
          <w:p>
            <w:r>
              <w:t>宋清芸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1105405043</w:t>
            </w:r>
          </w:p>
        </w:tc>
        <w:tc>
          <w:tcPr>
            <w:tcW w:type="dxa" w:w="1440"/>
          </w:tcPr>
          <w:p>
            <w:r>
              <w:t>朱美辰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1105405052</w:t>
            </w:r>
          </w:p>
        </w:tc>
        <w:tc>
          <w:tcPr>
            <w:tcW w:type="dxa" w:w="1440"/>
          </w:tcPr>
          <w:p>
            <w:r>
              <w:t>朱逸云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9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1105405110</w:t>
            </w:r>
          </w:p>
        </w:tc>
        <w:tc>
          <w:tcPr>
            <w:tcW w:type="dxa" w:w="1440"/>
          </w:tcPr>
          <w:p>
            <w:r>
              <w:t>莫诗龙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10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1105405095</w:t>
            </w:r>
          </w:p>
        </w:tc>
        <w:tc>
          <w:tcPr>
            <w:tcW w:type="dxa" w:w="1440"/>
          </w:tcPr>
          <w:p>
            <w:r>
              <w:t>廖跃春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11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1105405022</w:t>
            </w:r>
          </w:p>
        </w:tc>
        <w:tc>
          <w:tcPr>
            <w:tcW w:type="dxa" w:w="1440"/>
          </w:tcPr>
          <w:p>
            <w:r>
              <w:t>孟嫣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12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1105405055</w:t>
            </w:r>
          </w:p>
        </w:tc>
        <w:tc>
          <w:tcPr>
            <w:tcW w:type="dxa" w:w="1440"/>
          </w:tcPr>
          <w:p>
            <w:r>
              <w:t>易师仪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t>学术特长生</w:t>
            </w:r>
          </w:p>
        </w:tc>
      </w:tr>
      <w:tr>
        <w:tc>
          <w:tcPr>
            <w:tcW w:type="dxa" w:w="1440"/>
          </w:tcPr>
          <w:p>
            <w:r>
              <w:t>13</w:t>
            </w:r>
          </w:p>
        </w:tc>
        <w:tc>
          <w:tcPr>
            <w:tcW w:type="dxa" w:w="1440"/>
          </w:tcPr>
          <w:p>
            <w:r>
              <w:t>环艺</w:t>
            </w:r>
          </w:p>
        </w:tc>
        <w:tc>
          <w:tcPr>
            <w:tcW w:type="dxa" w:w="1440"/>
          </w:tcPr>
          <w:p>
            <w:r>
              <w:t>1105405033</w:t>
            </w:r>
          </w:p>
        </w:tc>
        <w:tc>
          <w:tcPr>
            <w:tcW w:type="dxa" w:w="1440"/>
          </w:tcPr>
          <w:p>
            <w:r>
              <w:t>陈晓宇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>
            <w:r>
              <w:t>1105406003</w:t>
            </w:r>
          </w:p>
        </w:tc>
        <w:tc>
          <w:tcPr>
            <w:tcW w:type="dxa" w:w="1440"/>
          </w:tcPr>
          <w:p>
            <w:r>
              <w:t>尚红颖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15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>
            <w:r>
              <w:t>1105406013</w:t>
            </w:r>
          </w:p>
        </w:tc>
        <w:tc>
          <w:tcPr>
            <w:tcW w:type="dxa" w:w="1440"/>
          </w:tcPr>
          <w:p>
            <w:r>
              <w:t>范梦雪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>
              <w:t>数码</w:t>
            </w:r>
          </w:p>
        </w:tc>
        <w:tc>
          <w:tcPr>
            <w:tcW w:type="dxa" w:w="1440"/>
          </w:tcPr>
          <w:p>
            <w:r>
              <w:t>1105406012</w:t>
            </w:r>
          </w:p>
        </w:tc>
        <w:tc>
          <w:tcPr>
            <w:tcW w:type="dxa" w:w="1440"/>
          </w:tcPr>
          <w:p>
            <w:r>
              <w:t>王智敏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/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染织</w:t>
            </w:r>
          </w:p>
        </w:tc>
        <w:tc>
          <w:tcPr>
            <w:tcW w:type="dxa" w:w="1440"/>
          </w:tcPr>
          <w:p>
            <w:r>
              <w:t>1105405023</w:t>
            </w:r>
          </w:p>
        </w:tc>
        <w:tc>
          <w:tcPr>
            <w:tcW w:type="dxa" w:w="1440"/>
          </w:tcPr>
          <w:p>
            <w:r>
              <w:t>任丽丽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18</w:t>
            </w:r>
          </w:p>
        </w:tc>
        <w:tc>
          <w:tcPr>
            <w:tcW w:type="dxa" w:w="1440"/>
          </w:tcPr>
          <w:p>
            <w:r>
              <w:t>服装</w:t>
            </w:r>
          </w:p>
        </w:tc>
        <w:tc>
          <w:tcPr>
            <w:tcW w:type="dxa" w:w="1440"/>
          </w:tcPr>
          <w:p>
            <w:r>
              <w:t>1105405064</w:t>
            </w:r>
          </w:p>
        </w:tc>
        <w:tc>
          <w:tcPr>
            <w:tcW w:type="dxa" w:w="1440"/>
          </w:tcPr>
          <w:p>
            <w:r>
              <w:t>周媛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表演</w:t>
            </w:r>
          </w:p>
        </w:tc>
        <w:tc>
          <w:tcPr>
            <w:tcW w:type="dxa" w:w="1440"/>
          </w:tcPr>
          <w:p>
            <w:r>
              <w:t>1105403004</w:t>
            </w:r>
          </w:p>
        </w:tc>
        <w:tc>
          <w:tcPr>
            <w:tcW w:type="dxa" w:w="1440"/>
          </w:tcPr>
          <w:p>
            <w:r>
              <w:t>谈彬彬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>
              <w:t>学术特长生</w:t>
            </w:r>
          </w:p>
        </w:tc>
      </w:tr>
      <w:tr>
        <w:tc>
          <w:tcPr>
            <w:tcW w:type="dxa" w:w="1440"/>
          </w:tcPr>
          <w:p>
            <w:r>
              <w:t>20</w:t>
            </w:r>
          </w:p>
        </w:tc>
        <w:tc>
          <w:tcPr>
            <w:tcW w:type="dxa" w:w="1440"/>
          </w:tcPr>
          <w:p>
            <w:r>
              <w:t>表演</w:t>
            </w:r>
          </w:p>
        </w:tc>
        <w:tc>
          <w:tcPr>
            <w:tcW w:type="dxa" w:w="1440"/>
          </w:tcPr>
          <w:p>
            <w:r>
              <w:t>1105403021</w:t>
            </w:r>
          </w:p>
        </w:tc>
        <w:tc>
          <w:tcPr>
            <w:tcW w:type="dxa" w:w="1440"/>
          </w:tcPr>
          <w:p>
            <w:r>
              <w:t>展越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21</w:t>
            </w:r>
          </w:p>
        </w:tc>
        <w:tc>
          <w:tcPr>
            <w:tcW w:type="dxa" w:w="1440"/>
          </w:tcPr>
          <w:p>
            <w:r>
              <w:t>美教</w:t>
            </w:r>
          </w:p>
        </w:tc>
        <w:tc>
          <w:tcPr>
            <w:tcW w:type="dxa" w:w="1440"/>
          </w:tcPr>
          <w:p>
            <w:r>
              <w:t>1105401024</w:t>
            </w:r>
          </w:p>
        </w:tc>
        <w:tc>
          <w:tcPr>
            <w:tcW w:type="dxa" w:w="1440"/>
          </w:tcPr>
          <w:p>
            <w:r>
              <w:t>任颖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>
              <w:t>学术特长生</w:t>
            </w:r>
          </w:p>
        </w:tc>
      </w:tr>
      <w:tr>
        <w:tc>
          <w:tcPr>
            <w:tcW w:type="dxa" w:w="1440"/>
          </w:tcPr>
          <w:p>
            <w:r>
              <w:t>22</w:t>
            </w:r>
          </w:p>
        </w:tc>
        <w:tc>
          <w:tcPr>
            <w:tcW w:type="dxa" w:w="1440"/>
          </w:tcPr>
          <w:p>
            <w:r>
              <w:t>美教</w:t>
            </w:r>
          </w:p>
        </w:tc>
        <w:tc>
          <w:tcPr>
            <w:tcW w:type="dxa" w:w="1440"/>
          </w:tcPr>
          <w:p>
            <w:r>
              <w:t>1105401008</w:t>
            </w:r>
          </w:p>
        </w:tc>
        <w:tc>
          <w:tcPr>
            <w:tcW w:type="dxa" w:w="1440"/>
          </w:tcPr>
          <w:p>
            <w:r>
              <w:t>刘佳丽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23</w:t>
            </w:r>
          </w:p>
        </w:tc>
        <w:tc>
          <w:tcPr>
            <w:tcW w:type="dxa" w:w="1440"/>
          </w:tcPr>
          <w:p>
            <w:r>
              <w:t>美教</w:t>
            </w:r>
          </w:p>
        </w:tc>
        <w:tc>
          <w:tcPr>
            <w:tcW w:type="dxa" w:w="1440"/>
          </w:tcPr>
          <w:p>
            <w:r>
              <w:t>1105401010</w:t>
            </w:r>
          </w:p>
        </w:tc>
        <w:tc>
          <w:tcPr>
            <w:tcW w:type="dxa" w:w="1440"/>
          </w:tcPr>
          <w:p>
            <w:r>
              <w:t>王宇航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美教</w:t>
            </w:r>
          </w:p>
        </w:tc>
        <w:tc>
          <w:tcPr>
            <w:tcW w:type="dxa" w:w="1440"/>
          </w:tcPr>
          <w:p>
            <w:r>
              <w:t>1105401006</w:t>
            </w:r>
          </w:p>
        </w:tc>
        <w:tc>
          <w:tcPr>
            <w:tcW w:type="dxa" w:w="1440"/>
          </w:tcPr>
          <w:p>
            <w:r>
              <w:t>彭静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25</w:t>
            </w:r>
          </w:p>
        </w:tc>
        <w:tc>
          <w:tcPr>
            <w:tcW w:type="dxa" w:w="1440"/>
          </w:tcPr>
          <w:p>
            <w:r>
              <w:t>美教</w:t>
            </w:r>
          </w:p>
        </w:tc>
        <w:tc>
          <w:tcPr>
            <w:tcW w:type="dxa" w:w="1440"/>
          </w:tcPr>
          <w:p>
            <w:r>
              <w:t>1105401022</w:t>
            </w:r>
          </w:p>
        </w:tc>
        <w:tc>
          <w:tcPr>
            <w:tcW w:type="dxa" w:w="1440"/>
          </w:tcPr>
          <w:p>
            <w:r>
              <w:t>奚婧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>
              <w:t>学术特长生</w:t>
            </w:r>
          </w:p>
        </w:tc>
      </w:tr>
      <w:tr>
        <w:tc>
          <w:tcPr>
            <w:tcW w:type="dxa" w:w="1440"/>
          </w:tcPr>
          <w:p>
            <w:r>
              <w:t>26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>
            <w:r>
              <w:t>1105407011</w:t>
            </w:r>
          </w:p>
        </w:tc>
        <w:tc>
          <w:tcPr>
            <w:tcW w:type="dxa" w:w="1440"/>
          </w:tcPr>
          <w:p>
            <w:r>
              <w:t>时红亚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27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>
            <w:r>
              <w:t>1105407008</w:t>
            </w:r>
          </w:p>
        </w:tc>
        <w:tc>
          <w:tcPr>
            <w:tcW w:type="dxa" w:w="1440"/>
          </w:tcPr>
          <w:p>
            <w:r>
              <w:t>张焱雯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28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>
            <w:r>
              <w:t>1105407005</w:t>
            </w:r>
          </w:p>
        </w:tc>
        <w:tc>
          <w:tcPr>
            <w:tcW w:type="dxa" w:w="1440"/>
          </w:tcPr>
          <w:p>
            <w:r>
              <w:t>郑薇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29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>
            <w:r>
              <w:t>1105407009</w:t>
            </w:r>
          </w:p>
        </w:tc>
        <w:tc>
          <w:tcPr>
            <w:tcW w:type="dxa" w:w="1440"/>
          </w:tcPr>
          <w:p>
            <w:r>
              <w:t>谢环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插画</w:t>
            </w:r>
          </w:p>
        </w:tc>
        <w:tc>
          <w:tcPr>
            <w:tcW w:type="dxa" w:w="1440"/>
          </w:tcPr>
          <w:p>
            <w:r>
              <w:t>1105407004</w:t>
            </w:r>
          </w:p>
        </w:tc>
        <w:tc>
          <w:tcPr>
            <w:tcW w:type="dxa" w:w="1440"/>
          </w:tcPr>
          <w:p>
            <w:r>
              <w:t>逯志强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>
              <w:t>学术特长生</w:t>
            </w:r>
          </w:p>
        </w:tc>
      </w:tr>
      <w:tr>
        <w:tc>
          <w:tcPr>
            <w:tcW w:type="dxa" w:w="1440"/>
          </w:tcPr>
          <w:p>
            <w:r>
              <w:t>31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1105404001</w:t>
            </w:r>
          </w:p>
        </w:tc>
        <w:tc>
          <w:tcPr>
            <w:tcW w:type="dxa" w:w="1440"/>
          </w:tcPr>
          <w:p>
            <w:r>
              <w:t>朱英芹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设计学</w:t>
            </w:r>
          </w:p>
        </w:tc>
        <w:tc>
          <w:tcPr>
            <w:tcW w:type="dxa" w:w="1440"/>
          </w:tcPr>
          <w:p>
            <w:r>
              <w:t>1105404009</w:t>
            </w:r>
          </w:p>
        </w:tc>
        <w:tc>
          <w:tcPr>
            <w:tcW w:type="dxa" w:w="1440"/>
          </w:tcPr>
          <w:p>
            <w:r>
              <w:t>王丹</w:t>
            </w:r>
          </w:p>
        </w:tc>
        <w:tc>
          <w:tcPr>
            <w:tcW w:type="dxa" w:w="1440"/>
          </w:tcPr>
          <w:p>
            <w:r>
              <w:t>B</w:t>
            </w:r>
          </w:p>
        </w:tc>
        <w:tc>
          <w:tcPr>
            <w:tcW w:type="dxa" w:w="1440"/>
          </w:tcPr>
          <w:p>
            <w:r/>
          </w:p>
        </w:tc>
      </w:tr>
    </w:tbl>
    <w:p>
      <w:r>
        <w:t>艺术学院教务办公室2014年9月11日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