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艺术学院推免遴选学生名单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c>
          <w:tcPr>
            <w:tcW w:type="dxa" w:w="720"/>
          </w:tcPr>
          <w:p>
            <w:r/>
          </w:p>
        </w:tc>
        <w:tc>
          <w:tcPr>
            <w:tcW w:type="dxa" w:w="720"/>
          </w:tcPr>
          <w:p>
            <w:r>
              <w:t>学号</w:t>
            </w:r>
          </w:p>
        </w:tc>
        <w:tc>
          <w:tcPr>
            <w:tcW w:type="dxa" w:w="720"/>
          </w:tcPr>
          <w:p>
            <w:r>
              <w:t>姓名</w:t>
            </w:r>
          </w:p>
        </w:tc>
        <w:tc>
          <w:tcPr>
            <w:tcW w:type="dxa" w:w="720"/>
          </w:tcPr>
          <w:p>
            <w:r>
              <w:t>性别</w:t>
            </w:r>
          </w:p>
        </w:tc>
        <w:tc>
          <w:tcPr>
            <w:tcW w:type="dxa" w:w="720"/>
          </w:tcPr>
          <w:p>
            <w:r>
              <w:t>学院（部）</w:t>
            </w:r>
          </w:p>
        </w:tc>
        <w:tc>
          <w:tcPr>
            <w:tcW w:type="dxa" w:w="720"/>
          </w:tcPr>
          <w:p>
            <w:r>
              <w:t>所在专业</w:t>
            </w:r>
          </w:p>
        </w:tc>
        <w:tc>
          <w:tcPr>
            <w:tcW w:type="dxa" w:w="720"/>
          </w:tcPr>
          <w:p>
            <w:r>
              <w:t>推荐类型</w:t>
            </w:r>
          </w:p>
        </w:tc>
        <w:tc>
          <w:tcPr>
            <w:tcW w:type="dxa" w:w="720"/>
          </w:tcPr>
          <w:p>
            <w:r>
              <w:t>排名方式</w:t>
            </w:r>
          </w:p>
        </w:tc>
        <w:tc>
          <w:tcPr>
            <w:tcW w:type="dxa" w:w="720"/>
          </w:tcPr>
          <w:p>
            <w:r>
              <w:t>综合成绩</w:t>
            </w:r>
          </w:p>
        </w:tc>
        <w:tc>
          <w:tcPr>
            <w:tcW w:type="dxa" w:w="720"/>
          </w:tcPr>
          <w:p>
            <w:r>
              <w:t>综合排名</w:t>
            </w:r>
          </w:p>
        </w:tc>
        <w:tc>
          <w:tcPr>
            <w:tcW w:type="dxa" w:w="720"/>
          </w:tcPr>
          <w:p>
            <w:r>
              <w:t>排名人数</w:t>
            </w:r>
          </w:p>
        </w:tc>
        <w:tc>
          <w:tcPr>
            <w:tcW w:type="dxa" w:w="720"/>
          </w:tcPr>
          <w:p>
            <w:r>
              <w:t>备注</w:t>
            </w:r>
          </w:p>
        </w:tc>
      </w:tr>
      <w:tr>
        <w:tc>
          <w:tcPr>
            <w:tcW w:type="dxa" w:w="720"/>
          </w:tcPr>
          <w:p>
            <w:r>
              <w:t>1</w:t>
            </w:r>
          </w:p>
        </w:tc>
        <w:tc>
          <w:tcPr>
            <w:tcW w:type="dxa" w:w="720"/>
          </w:tcPr>
          <w:p>
            <w:r>
              <w:t>1705411009</w:t>
            </w:r>
          </w:p>
        </w:tc>
        <w:tc>
          <w:tcPr>
            <w:tcW w:type="dxa" w:w="720"/>
          </w:tcPr>
          <w:p>
            <w:r>
              <w:t>叶思彤</w:t>
            </w:r>
          </w:p>
        </w:tc>
        <w:tc>
          <w:tcPr>
            <w:tcW w:type="dxa" w:w="720"/>
          </w:tcPr>
          <w:p>
            <w:r>
              <w:t>女</w:t>
            </w:r>
          </w:p>
        </w:tc>
        <w:tc>
          <w:tcPr>
            <w:tcW w:type="dxa" w:w="720"/>
          </w:tcPr>
          <w:p>
            <w:r>
              <w:t>艺术学院</w:t>
            </w:r>
          </w:p>
        </w:tc>
        <w:tc>
          <w:tcPr>
            <w:tcW w:type="dxa" w:w="720"/>
          </w:tcPr>
          <w:p>
            <w:r>
              <w:t>视觉传达设计</w:t>
            </w:r>
          </w:p>
        </w:tc>
        <w:tc>
          <w:tcPr>
            <w:tcW w:type="dxa" w:w="720"/>
          </w:tcPr>
          <w:p>
            <w:r>
              <w:t>0-普通</w:t>
            </w:r>
          </w:p>
        </w:tc>
        <w:tc>
          <w:tcPr>
            <w:tcW w:type="dxa" w:w="720"/>
          </w:tcPr>
          <w:p>
            <w:r>
              <w:t>2-院系</w:t>
            </w:r>
          </w:p>
        </w:tc>
        <w:tc>
          <w:tcPr>
            <w:tcW w:type="dxa" w:w="720"/>
          </w:tcPr>
          <w:p>
            <w:r>
              <w:t>434.2</w:t>
            </w:r>
          </w:p>
        </w:tc>
        <w:tc>
          <w:tcPr>
            <w:tcW w:type="dxa" w:w="720"/>
          </w:tcPr>
          <w:p>
            <w:r>
              <w:t>1</w:t>
            </w:r>
          </w:p>
        </w:tc>
        <w:tc>
          <w:tcPr>
            <w:tcW w:type="dxa" w:w="720"/>
          </w:tcPr>
          <w:p>
            <w:r>
              <w:t>37</w:t>
            </w:r>
          </w:p>
        </w:tc>
        <w:tc>
          <w:tcPr>
            <w:tcW w:type="dxa" w:w="720"/>
          </w:tcPr>
          <w:p>
            <w:r/>
          </w:p>
        </w:tc>
      </w:tr>
      <w:tr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720"/>
          </w:tcPr>
          <w:p>
            <w:r>
              <w:t>1705410040</w:t>
            </w:r>
          </w:p>
        </w:tc>
        <w:tc>
          <w:tcPr>
            <w:tcW w:type="dxa" w:w="720"/>
          </w:tcPr>
          <w:p>
            <w:r>
              <w:t>朱桂均</w:t>
            </w:r>
          </w:p>
        </w:tc>
        <w:tc>
          <w:tcPr>
            <w:tcW w:type="dxa" w:w="720"/>
          </w:tcPr>
          <w:p>
            <w:r>
              <w:t>男</w:t>
            </w:r>
          </w:p>
        </w:tc>
        <w:tc>
          <w:tcPr>
            <w:tcW w:type="dxa" w:w="720"/>
          </w:tcPr>
          <w:p>
            <w:r>
              <w:t>艺术学院</w:t>
            </w:r>
          </w:p>
        </w:tc>
        <w:tc>
          <w:tcPr>
            <w:tcW w:type="dxa" w:w="720"/>
          </w:tcPr>
          <w:p>
            <w:r>
              <w:t>产品设计</w:t>
            </w:r>
          </w:p>
        </w:tc>
        <w:tc>
          <w:tcPr>
            <w:tcW w:type="dxa" w:w="720"/>
          </w:tcPr>
          <w:p>
            <w:r>
              <w:t>0-普通</w:t>
            </w:r>
          </w:p>
        </w:tc>
        <w:tc>
          <w:tcPr>
            <w:tcW w:type="dxa" w:w="720"/>
          </w:tcPr>
          <w:p>
            <w:r>
              <w:t>2-院系</w:t>
            </w:r>
          </w:p>
        </w:tc>
        <w:tc>
          <w:tcPr>
            <w:tcW w:type="dxa" w:w="720"/>
          </w:tcPr>
          <w:p>
            <w:r>
              <w:t>414.1</w:t>
            </w:r>
          </w:p>
        </w:tc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720"/>
          </w:tcPr>
          <w:p>
            <w:r>
              <w:t>37</w:t>
            </w:r>
          </w:p>
        </w:tc>
        <w:tc>
          <w:tcPr>
            <w:tcW w:type="dxa" w:w="720"/>
          </w:tcPr>
          <w:p>
            <w:r/>
          </w:p>
        </w:tc>
      </w:tr>
      <w:tr>
        <w:tc>
          <w:tcPr>
            <w:tcW w:type="dxa" w:w="720"/>
          </w:tcPr>
          <w:p>
            <w:r>
              <w:t>3</w:t>
            </w:r>
          </w:p>
        </w:tc>
        <w:tc>
          <w:tcPr>
            <w:tcW w:type="dxa" w:w="720"/>
          </w:tcPr>
          <w:p>
            <w:r>
              <w:t>1705411014</w:t>
            </w:r>
          </w:p>
        </w:tc>
        <w:tc>
          <w:tcPr>
            <w:tcW w:type="dxa" w:w="720"/>
          </w:tcPr>
          <w:p>
            <w:r>
              <w:t>王璨</w:t>
            </w:r>
          </w:p>
        </w:tc>
        <w:tc>
          <w:tcPr>
            <w:tcW w:type="dxa" w:w="720"/>
          </w:tcPr>
          <w:p>
            <w:r>
              <w:t>女</w:t>
            </w:r>
          </w:p>
        </w:tc>
        <w:tc>
          <w:tcPr>
            <w:tcW w:type="dxa" w:w="720"/>
          </w:tcPr>
          <w:p>
            <w:r>
              <w:t>艺术学院</w:t>
            </w:r>
          </w:p>
        </w:tc>
        <w:tc>
          <w:tcPr>
            <w:tcW w:type="dxa" w:w="720"/>
          </w:tcPr>
          <w:p>
            <w:r>
              <w:t>视觉传达设计</w:t>
            </w:r>
          </w:p>
        </w:tc>
        <w:tc>
          <w:tcPr>
            <w:tcW w:type="dxa" w:w="720"/>
          </w:tcPr>
          <w:p>
            <w:r>
              <w:t>0-普通</w:t>
            </w:r>
          </w:p>
        </w:tc>
        <w:tc>
          <w:tcPr>
            <w:tcW w:type="dxa" w:w="720"/>
          </w:tcPr>
          <w:p>
            <w:r>
              <w:t>2-院系</w:t>
            </w:r>
          </w:p>
        </w:tc>
        <w:tc>
          <w:tcPr>
            <w:tcW w:type="dxa" w:w="720"/>
          </w:tcPr>
          <w:p>
            <w:r>
              <w:t>412.6</w:t>
            </w:r>
          </w:p>
        </w:tc>
        <w:tc>
          <w:tcPr>
            <w:tcW w:type="dxa" w:w="720"/>
          </w:tcPr>
          <w:p>
            <w:r>
              <w:t>3</w:t>
            </w:r>
          </w:p>
        </w:tc>
        <w:tc>
          <w:tcPr>
            <w:tcW w:type="dxa" w:w="720"/>
          </w:tcPr>
          <w:p>
            <w:r>
              <w:t>37</w:t>
            </w:r>
          </w:p>
        </w:tc>
        <w:tc>
          <w:tcPr>
            <w:tcW w:type="dxa" w:w="720"/>
          </w:tcPr>
          <w:p>
            <w:r/>
          </w:p>
        </w:tc>
      </w:tr>
      <w:tr>
        <w:tc>
          <w:tcPr>
            <w:tcW w:type="dxa" w:w="720"/>
          </w:tcPr>
          <w:p>
            <w:r>
              <w:t>4</w:t>
            </w:r>
          </w:p>
        </w:tc>
        <w:tc>
          <w:tcPr>
            <w:tcW w:type="dxa" w:w="720"/>
          </w:tcPr>
          <w:p>
            <w:r>
              <w:t>1705410026</w:t>
            </w:r>
          </w:p>
        </w:tc>
        <w:tc>
          <w:tcPr>
            <w:tcW w:type="dxa" w:w="720"/>
          </w:tcPr>
          <w:p>
            <w:r>
              <w:t>李雨婷</w:t>
            </w:r>
          </w:p>
        </w:tc>
        <w:tc>
          <w:tcPr>
            <w:tcW w:type="dxa" w:w="720"/>
          </w:tcPr>
          <w:p>
            <w:r>
              <w:t>女</w:t>
            </w:r>
          </w:p>
        </w:tc>
        <w:tc>
          <w:tcPr>
            <w:tcW w:type="dxa" w:w="720"/>
          </w:tcPr>
          <w:p>
            <w:r>
              <w:t>艺术学院</w:t>
            </w:r>
          </w:p>
        </w:tc>
        <w:tc>
          <w:tcPr>
            <w:tcW w:type="dxa" w:w="720"/>
          </w:tcPr>
          <w:p>
            <w:r>
              <w:t>产品设计</w:t>
            </w:r>
          </w:p>
        </w:tc>
        <w:tc>
          <w:tcPr>
            <w:tcW w:type="dxa" w:w="720"/>
          </w:tcPr>
          <w:p>
            <w:r>
              <w:t>0-普通</w:t>
            </w:r>
          </w:p>
        </w:tc>
        <w:tc>
          <w:tcPr>
            <w:tcW w:type="dxa" w:w="720"/>
          </w:tcPr>
          <w:p>
            <w:r>
              <w:t>2-院系</w:t>
            </w:r>
          </w:p>
        </w:tc>
        <w:tc>
          <w:tcPr>
            <w:tcW w:type="dxa" w:w="720"/>
          </w:tcPr>
          <w:p>
            <w:r>
              <w:t>411.6</w:t>
            </w:r>
          </w:p>
        </w:tc>
        <w:tc>
          <w:tcPr>
            <w:tcW w:type="dxa" w:w="720"/>
          </w:tcPr>
          <w:p>
            <w:r>
              <w:t>4</w:t>
            </w:r>
          </w:p>
        </w:tc>
        <w:tc>
          <w:tcPr>
            <w:tcW w:type="dxa" w:w="720"/>
          </w:tcPr>
          <w:p>
            <w:r>
              <w:t>37</w:t>
            </w:r>
          </w:p>
        </w:tc>
        <w:tc>
          <w:tcPr>
            <w:tcW w:type="dxa" w:w="720"/>
          </w:tcPr>
          <w:p>
            <w:r/>
          </w:p>
        </w:tc>
      </w:tr>
      <w:tr>
        <w:tc>
          <w:tcPr>
            <w:tcW w:type="dxa" w:w="720"/>
          </w:tcPr>
          <w:p>
            <w:r>
              <w:t>5</w:t>
            </w:r>
          </w:p>
        </w:tc>
        <w:tc>
          <w:tcPr>
            <w:tcW w:type="dxa" w:w="720"/>
          </w:tcPr>
          <w:p>
            <w:r>
              <w:t>1705410003</w:t>
            </w:r>
          </w:p>
        </w:tc>
        <w:tc>
          <w:tcPr>
            <w:tcW w:type="dxa" w:w="720"/>
          </w:tcPr>
          <w:p>
            <w:r>
              <w:t>闫璐瑶</w:t>
            </w:r>
          </w:p>
        </w:tc>
        <w:tc>
          <w:tcPr>
            <w:tcW w:type="dxa" w:w="720"/>
          </w:tcPr>
          <w:p>
            <w:r>
              <w:t>女</w:t>
            </w:r>
          </w:p>
        </w:tc>
        <w:tc>
          <w:tcPr>
            <w:tcW w:type="dxa" w:w="720"/>
          </w:tcPr>
          <w:p>
            <w:r>
              <w:t>艺术学院</w:t>
            </w:r>
          </w:p>
        </w:tc>
        <w:tc>
          <w:tcPr>
            <w:tcW w:type="dxa" w:w="720"/>
          </w:tcPr>
          <w:p>
            <w:r>
              <w:t>产品设计</w:t>
            </w:r>
          </w:p>
        </w:tc>
        <w:tc>
          <w:tcPr>
            <w:tcW w:type="dxa" w:w="720"/>
          </w:tcPr>
          <w:p>
            <w:r>
              <w:t>0-普通</w:t>
            </w:r>
          </w:p>
        </w:tc>
        <w:tc>
          <w:tcPr>
            <w:tcW w:type="dxa" w:w="720"/>
          </w:tcPr>
          <w:p>
            <w:r>
              <w:t>2-院系</w:t>
            </w:r>
          </w:p>
        </w:tc>
        <w:tc>
          <w:tcPr>
            <w:tcW w:type="dxa" w:w="720"/>
          </w:tcPr>
          <w:p>
            <w:r>
              <w:t>410.9</w:t>
            </w:r>
          </w:p>
        </w:tc>
        <w:tc>
          <w:tcPr>
            <w:tcW w:type="dxa" w:w="720"/>
          </w:tcPr>
          <w:p>
            <w:r>
              <w:t>5</w:t>
            </w:r>
          </w:p>
        </w:tc>
        <w:tc>
          <w:tcPr>
            <w:tcW w:type="dxa" w:w="720"/>
          </w:tcPr>
          <w:p>
            <w:r>
              <w:t>37</w:t>
            </w:r>
          </w:p>
        </w:tc>
        <w:tc>
          <w:tcPr>
            <w:tcW w:type="dxa" w:w="720"/>
          </w:tcPr>
          <w:p>
            <w:r/>
          </w:p>
        </w:tc>
      </w:tr>
      <w:tr>
        <w:tc>
          <w:tcPr>
            <w:tcW w:type="dxa" w:w="720"/>
          </w:tcPr>
          <w:p>
            <w:r>
              <w:t>6</w:t>
            </w:r>
          </w:p>
        </w:tc>
        <w:tc>
          <w:tcPr>
            <w:tcW w:type="dxa" w:w="720"/>
          </w:tcPr>
          <w:p>
            <w:r>
              <w:t>1705408020</w:t>
            </w:r>
          </w:p>
        </w:tc>
        <w:tc>
          <w:tcPr>
            <w:tcW w:type="dxa" w:w="720"/>
          </w:tcPr>
          <w:p>
            <w:r>
              <w:t>杨思璇</w:t>
            </w:r>
          </w:p>
        </w:tc>
        <w:tc>
          <w:tcPr>
            <w:tcW w:type="dxa" w:w="720"/>
          </w:tcPr>
          <w:p>
            <w:r>
              <w:t>女</w:t>
            </w:r>
          </w:p>
        </w:tc>
        <w:tc>
          <w:tcPr>
            <w:tcW w:type="dxa" w:w="720"/>
          </w:tcPr>
          <w:p>
            <w:r>
              <w:t>艺术学院</w:t>
            </w:r>
          </w:p>
        </w:tc>
        <w:tc>
          <w:tcPr>
            <w:tcW w:type="dxa" w:w="720"/>
          </w:tcPr>
          <w:p>
            <w:r>
              <w:t>环境设计</w:t>
            </w:r>
          </w:p>
        </w:tc>
        <w:tc>
          <w:tcPr>
            <w:tcW w:type="dxa" w:w="720"/>
          </w:tcPr>
          <w:p>
            <w:r>
              <w:t>0-普通</w:t>
            </w:r>
          </w:p>
        </w:tc>
        <w:tc>
          <w:tcPr>
            <w:tcW w:type="dxa" w:w="720"/>
          </w:tcPr>
          <w:p>
            <w:r>
              <w:t>2-院系</w:t>
            </w:r>
          </w:p>
        </w:tc>
        <w:tc>
          <w:tcPr>
            <w:tcW w:type="dxa" w:w="720"/>
          </w:tcPr>
          <w:p>
            <w:r>
              <w:t>405</w:t>
            </w:r>
          </w:p>
        </w:tc>
        <w:tc>
          <w:tcPr>
            <w:tcW w:type="dxa" w:w="720"/>
          </w:tcPr>
          <w:p>
            <w:r>
              <w:t>6</w:t>
            </w:r>
          </w:p>
        </w:tc>
        <w:tc>
          <w:tcPr>
            <w:tcW w:type="dxa" w:w="720"/>
          </w:tcPr>
          <w:p>
            <w:r>
              <w:t>37</w:t>
            </w:r>
          </w:p>
        </w:tc>
        <w:tc>
          <w:tcPr>
            <w:tcW w:type="dxa" w:w="720"/>
          </w:tcPr>
          <w:p>
            <w:r/>
          </w:p>
        </w:tc>
      </w:tr>
      <w:tr>
        <w:tc>
          <w:tcPr>
            <w:tcW w:type="dxa" w:w="720"/>
          </w:tcPr>
          <w:p>
            <w:r>
              <w:t>7</w:t>
            </w:r>
          </w:p>
        </w:tc>
        <w:tc>
          <w:tcPr>
            <w:tcW w:type="dxa" w:w="720"/>
          </w:tcPr>
          <w:p>
            <w:r>
              <w:t>1705411020</w:t>
            </w:r>
          </w:p>
        </w:tc>
        <w:tc>
          <w:tcPr>
            <w:tcW w:type="dxa" w:w="720"/>
          </w:tcPr>
          <w:p>
            <w:r>
              <w:t>陈芝颖</w:t>
            </w:r>
          </w:p>
        </w:tc>
        <w:tc>
          <w:tcPr>
            <w:tcW w:type="dxa" w:w="720"/>
          </w:tcPr>
          <w:p>
            <w:r>
              <w:t>女</w:t>
            </w:r>
          </w:p>
        </w:tc>
        <w:tc>
          <w:tcPr>
            <w:tcW w:type="dxa" w:w="720"/>
          </w:tcPr>
          <w:p>
            <w:r>
              <w:t>艺术学院</w:t>
            </w:r>
          </w:p>
        </w:tc>
        <w:tc>
          <w:tcPr>
            <w:tcW w:type="dxa" w:w="720"/>
          </w:tcPr>
          <w:p>
            <w:r>
              <w:t>视觉传达设计</w:t>
            </w:r>
          </w:p>
        </w:tc>
        <w:tc>
          <w:tcPr>
            <w:tcW w:type="dxa" w:w="720"/>
          </w:tcPr>
          <w:p>
            <w:r>
              <w:t>0-普通</w:t>
            </w:r>
          </w:p>
        </w:tc>
        <w:tc>
          <w:tcPr>
            <w:tcW w:type="dxa" w:w="720"/>
          </w:tcPr>
          <w:p>
            <w:r>
              <w:t>2-院系</w:t>
            </w:r>
          </w:p>
        </w:tc>
        <w:tc>
          <w:tcPr>
            <w:tcW w:type="dxa" w:w="720"/>
          </w:tcPr>
          <w:p>
            <w:r>
              <w:t>403.4</w:t>
            </w:r>
          </w:p>
        </w:tc>
        <w:tc>
          <w:tcPr>
            <w:tcW w:type="dxa" w:w="720"/>
          </w:tcPr>
          <w:p>
            <w:r>
              <w:t>7</w:t>
            </w:r>
          </w:p>
        </w:tc>
        <w:tc>
          <w:tcPr>
            <w:tcW w:type="dxa" w:w="720"/>
          </w:tcPr>
          <w:p>
            <w:r>
              <w:t>37</w:t>
            </w:r>
          </w:p>
        </w:tc>
        <w:tc>
          <w:tcPr>
            <w:tcW w:type="dxa" w:w="720"/>
          </w:tcPr>
          <w:p>
            <w:r/>
          </w:p>
        </w:tc>
      </w:tr>
      <w:tr>
        <w:tc>
          <w:tcPr>
            <w:tcW w:type="dxa" w:w="720"/>
          </w:tcPr>
          <w:p>
            <w:r>
              <w:t>8</w:t>
            </w:r>
          </w:p>
        </w:tc>
        <w:tc>
          <w:tcPr>
            <w:tcW w:type="dxa" w:w="720"/>
          </w:tcPr>
          <w:p>
            <w:r>
              <w:t>1705410023</w:t>
            </w:r>
          </w:p>
        </w:tc>
        <w:tc>
          <w:tcPr>
            <w:tcW w:type="dxa" w:w="720"/>
          </w:tcPr>
          <w:p>
            <w:r>
              <w:t>罗毅</w:t>
            </w:r>
          </w:p>
        </w:tc>
        <w:tc>
          <w:tcPr>
            <w:tcW w:type="dxa" w:w="720"/>
          </w:tcPr>
          <w:p>
            <w:r>
              <w:t>女</w:t>
            </w:r>
          </w:p>
        </w:tc>
        <w:tc>
          <w:tcPr>
            <w:tcW w:type="dxa" w:w="720"/>
          </w:tcPr>
          <w:p>
            <w:r>
              <w:t>艺术学院</w:t>
            </w:r>
          </w:p>
        </w:tc>
        <w:tc>
          <w:tcPr>
            <w:tcW w:type="dxa" w:w="720"/>
          </w:tcPr>
          <w:p>
            <w:r>
              <w:t>产品设计</w:t>
            </w:r>
          </w:p>
        </w:tc>
        <w:tc>
          <w:tcPr>
            <w:tcW w:type="dxa" w:w="720"/>
          </w:tcPr>
          <w:p>
            <w:r>
              <w:t>0-普通</w:t>
            </w:r>
          </w:p>
        </w:tc>
        <w:tc>
          <w:tcPr>
            <w:tcW w:type="dxa" w:w="720"/>
          </w:tcPr>
          <w:p>
            <w:r>
              <w:t>2-院系</w:t>
            </w:r>
          </w:p>
        </w:tc>
        <w:tc>
          <w:tcPr>
            <w:tcW w:type="dxa" w:w="720"/>
          </w:tcPr>
          <w:p>
            <w:r>
              <w:t>399</w:t>
            </w:r>
          </w:p>
        </w:tc>
        <w:tc>
          <w:tcPr>
            <w:tcW w:type="dxa" w:w="720"/>
          </w:tcPr>
          <w:p>
            <w:r>
              <w:t>8</w:t>
            </w:r>
          </w:p>
        </w:tc>
        <w:tc>
          <w:tcPr>
            <w:tcW w:type="dxa" w:w="720"/>
          </w:tcPr>
          <w:p>
            <w:r>
              <w:t>37</w:t>
            </w:r>
          </w:p>
        </w:tc>
        <w:tc>
          <w:tcPr>
            <w:tcW w:type="dxa" w:w="720"/>
          </w:tcPr>
          <w:p>
            <w:r/>
          </w:p>
        </w:tc>
      </w:tr>
      <w:tr>
        <w:tc>
          <w:tcPr>
            <w:tcW w:type="dxa" w:w="720"/>
          </w:tcPr>
          <w:p>
            <w:r>
              <w:t>9</w:t>
            </w:r>
          </w:p>
        </w:tc>
        <w:tc>
          <w:tcPr>
            <w:tcW w:type="dxa" w:w="720"/>
          </w:tcPr>
          <w:p>
            <w:r>
              <w:t>1705410015</w:t>
            </w:r>
          </w:p>
        </w:tc>
        <w:tc>
          <w:tcPr>
            <w:tcW w:type="dxa" w:w="720"/>
          </w:tcPr>
          <w:p>
            <w:r>
              <w:t>方可可</w:t>
            </w:r>
          </w:p>
        </w:tc>
        <w:tc>
          <w:tcPr>
            <w:tcW w:type="dxa" w:w="720"/>
          </w:tcPr>
          <w:p>
            <w:r>
              <w:t>女</w:t>
            </w:r>
          </w:p>
        </w:tc>
        <w:tc>
          <w:tcPr>
            <w:tcW w:type="dxa" w:w="720"/>
          </w:tcPr>
          <w:p>
            <w:r>
              <w:t>艺术学院</w:t>
            </w:r>
          </w:p>
        </w:tc>
        <w:tc>
          <w:tcPr>
            <w:tcW w:type="dxa" w:w="720"/>
          </w:tcPr>
          <w:p>
            <w:r>
              <w:t>产品设计</w:t>
            </w:r>
          </w:p>
        </w:tc>
        <w:tc>
          <w:tcPr>
            <w:tcW w:type="dxa" w:w="720"/>
          </w:tcPr>
          <w:p>
            <w:r>
              <w:t>0-普通</w:t>
            </w:r>
          </w:p>
        </w:tc>
        <w:tc>
          <w:tcPr>
            <w:tcW w:type="dxa" w:w="720"/>
          </w:tcPr>
          <w:p>
            <w:r>
              <w:t>2-院系</w:t>
            </w:r>
          </w:p>
        </w:tc>
        <w:tc>
          <w:tcPr>
            <w:tcW w:type="dxa" w:w="720"/>
          </w:tcPr>
          <w:p>
            <w:r>
              <w:t>398</w:t>
            </w:r>
          </w:p>
        </w:tc>
        <w:tc>
          <w:tcPr>
            <w:tcW w:type="dxa" w:w="720"/>
          </w:tcPr>
          <w:p>
            <w:r>
              <w:t>9</w:t>
            </w:r>
          </w:p>
        </w:tc>
        <w:tc>
          <w:tcPr>
            <w:tcW w:type="dxa" w:w="720"/>
          </w:tcPr>
          <w:p>
            <w:r>
              <w:t>37</w:t>
            </w:r>
          </w:p>
        </w:tc>
        <w:tc>
          <w:tcPr>
            <w:tcW w:type="dxa" w:w="720"/>
          </w:tcPr>
          <w:p>
            <w:r/>
          </w:p>
        </w:tc>
      </w:tr>
      <w:tr>
        <w:tc>
          <w:tcPr>
            <w:tcW w:type="dxa" w:w="720"/>
          </w:tcPr>
          <w:p>
            <w:r>
              <w:t>10</w:t>
            </w:r>
          </w:p>
        </w:tc>
        <w:tc>
          <w:tcPr>
            <w:tcW w:type="dxa" w:w="720"/>
          </w:tcPr>
          <w:p>
            <w:r>
              <w:t>1705408008</w:t>
            </w:r>
          </w:p>
        </w:tc>
        <w:tc>
          <w:tcPr>
            <w:tcW w:type="dxa" w:w="720"/>
          </w:tcPr>
          <w:p>
            <w:r>
              <w:t>武茜</w:t>
            </w:r>
          </w:p>
        </w:tc>
        <w:tc>
          <w:tcPr>
            <w:tcW w:type="dxa" w:w="720"/>
          </w:tcPr>
          <w:p>
            <w:r>
              <w:t>女</w:t>
            </w:r>
          </w:p>
        </w:tc>
        <w:tc>
          <w:tcPr>
            <w:tcW w:type="dxa" w:w="720"/>
          </w:tcPr>
          <w:p>
            <w:r>
              <w:t>艺术学院</w:t>
            </w:r>
          </w:p>
        </w:tc>
        <w:tc>
          <w:tcPr>
            <w:tcW w:type="dxa" w:w="720"/>
          </w:tcPr>
          <w:p>
            <w:r>
              <w:t>环境设计</w:t>
            </w:r>
          </w:p>
        </w:tc>
        <w:tc>
          <w:tcPr>
            <w:tcW w:type="dxa" w:w="720"/>
          </w:tcPr>
          <w:p>
            <w:r>
              <w:t>0-普通</w:t>
            </w:r>
          </w:p>
        </w:tc>
        <w:tc>
          <w:tcPr>
            <w:tcW w:type="dxa" w:w="720"/>
          </w:tcPr>
          <w:p>
            <w:r>
              <w:t>2-院系</w:t>
            </w:r>
          </w:p>
        </w:tc>
        <w:tc>
          <w:tcPr>
            <w:tcW w:type="dxa" w:w="720"/>
          </w:tcPr>
          <w:p>
            <w:r>
              <w:t>397.7</w:t>
            </w:r>
          </w:p>
        </w:tc>
        <w:tc>
          <w:tcPr>
            <w:tcW w:type="dxa" w:w="720"/>
          </w:tcPr>
          <w:p>
            <w:r>
              <w:t>10</w:t>
            </w:r>
          </w:p>
        </w:tc>
        <w:tc>
          <w:tcPr>
            <w:tcW w:type="dxa" w:w="720"/>
          </w:tcPr>
          <w:p>
            <w:r>
              <w:t>37</w:t>
            </w:r>
          </w:p>
        </w:tc>
        <w:tc>
          <w:tcPr>
            <w:tcW w:type="dxa" w:w="720"/>
          </w:tcPr>
          <w:p>
            <w:r/>
          </w:p>
        </w:tc>
      </w:tr>
      <w:tr>
        <w:tc>
          <w:tcPr>
            <w:tcW w:type="dxa" w:w="720"/>
          </w:tcPr>
          <w:p>
            <w:r>
              <w:t>11</w:t>
            </w:r>
          </w:p>
        </w:tc>
        <w:tc>
          <w:tcPr>
            <w:tcW w:type="dxa" w:w="720"/>
          </w:tcPr>
          <w:p>
            <w:r>
              <w:t>1705404002</w:t>
            </w:r>
          </w:p>
        </w:tc>
        <w:tc>
          <w:tcPr>
            <w:tcW w:type="dxa" w:w="720"/>
          </w:tcPr>
          <w:p>
            <w:r>
              <w:t>矫宇洋</w:t>
            </w:r>
          </w:p>
        </w:tc>
        <w:tc>
          <w:tcPr>
            <w:tcW w:type="dxa" w:w="720"/>
          </w:tcPr>
          <w:p>
            <w:r>
              <w:t>男</w:t>
            </w:r>
          </w:p>
        </w:tc>
        <w:tc>
          <w:tcPr>
            <w:tcW w:type="dxa" w:w="720"/>
          </w:tcPr>
          <w:p>
            <w:r>
              <w:t>艺术学院</w:t>
            </w:r>
          </w:p>
        </w:tc>
        <w:tc>
          <w:tcPr>
            <w:tcW w:type="dxa" w:w="720"/>
          </w:tcPr>
          <w:p>
            <w:r>
              <w:t>艺术设计学</w:t>
            </w:r>
          </w:p>
        </w:tc>
        <w:tc>
          <w:tcPr>
            <w:tcW w:type="dxa" w:w="720"/>
          </w:tcPr>
          <w:p>
            <w:r>
              <w:t>0-普通</w:t>
            </w:r>
          </w:p>
        </w:tc>
        <w:tc>
          <w:tcPr>
            <w:tcW w:type="dxa" w:w="720"/>
          </w:tcPr>
          <w:p>
            <w:r>
              <w:t>2-院系</w:t>
            </w:r>
          </w:p>
        </w:tc>
        <w:tc>
          <w:tcPr>
            <w:tcW w:type="dxa" w:w="720"/>
          </w:tcPr>
          <w:p>
            <w:r>
              <w:t>397.1</w:t>
            </w:r>
          </w:p>
        </w:tc>
        <w:tc>
          <w:tcPr>
            <w:tcW w:type="dxa" w:w="720"/>
          </w:tcPr>
          <w:p>
            <w:r>
              <w:t>11</w:t>
            </w:r>
          </w:p>
        </w:tc>
        <w:tc>
          <w:tcPr>
            <w:tcW w:type="dxa" w:w="720"/>
          </w:tcPr>
          <w:p>
            <w:r>
              <w:t>37</w:t>
            </w:r>
          </w:p>
        </w:tc>
        <w:tc>
          <w:tcPr>
            <w:tcW w:type="dxa" w:w="720"/>
          </w:tcPr>
          <w:p>
            <w:r/>
          </w:p>
        </w:tc>
      </w:tr>
      <w:tr>
        <w:tc>
          <w:tcPr>
            <w:tcW w:type="dxa" w:w="720"/>
          </w:tcPr>
          <w:p>
            <w:r>
              <w:t>12</w:t>
            </w:r>
          </w:p>
        </w:tc>
        <w:tc>
          <w:tcPr>
            <w:tcW w:type="dxa" w:w="720"/>
          </w:tcPr>
          <w:p>
            <w:r>
              <w:t>1705411010</w:t>
            </w:r>
          </w:p>
        </w:tc>
        <w:tc>
          <w:tcPr>
            <w:tcW w:type="dxa" w:w="720"/>
          </w:tcPr>
          <w:p>
            <w:r>
              <w:t>张涵</w:t>
            </w:r>
          </w:p>
        </w:tc>
        <w:tc>
          <w:tcPr>
            <w:tcW w:type="dxa" w:w="720"/>
          </w:tcPr>
          <w:p>
            <w:r>
              <w:t>女</w:t>
            </w:r>
          </w:p>
        </w:tc>
        <w:tc>
          <w:tcPr>
            <w:tcW w:type="dxa" w:w="720"/>
          </w:tcPr>
          <w:p>
            <w:r>
              <w:t>艺术学院</w:t>
            </w:r>
          </w:p>
        </w:tc>
        <w:tc>
          <w:tcPr>
            <w:tcW w:type="dxa" w:w="720"/>
          </w:tcPr>
          <w:p>
            <w:r>
              <w:t>视觉传达设计</w:t>
            </w:r>
          </w:p>
        </w:tc>
        <w:tc>
          <w:tcPr>
            <w:tcW w:type="dxa" w:w="720"/>
          </w:tcPr>
          <w:p>
            <w:r>
              <w:t>0-普通</w:t>
            </w:r>
          </w:p>
        </w:tc>
        <w:tc>
          <w:tcPr>
            <w:tcW w:type="dxa" w:w="720"/>
          </w:tcPr>
          <w:p>
            <w:r>
              <w:t>2-院系</w:t>
            </w:r>
          </w:p>
        </w:tc>
        <w:tc>
          <w:tcPr>
            <w:tcW w:type="dxa" w:w="720"/>
          </w:tcPr>
          <w:p>
            <w:r>
              <w:t>396.4</w:t>
            </w:r>
          </w:p>
        </w:tc>
        <w:tc>
          <w:tcPr>
            <w:tcW w:type="dxa" w:w="720"/>
          </w:tcPr>
          <w:p>
            <w:r>
              <w:t>12</w:t>
            </w:r>
          </w:p>
        </w:tc>
        <w:tc>
          <w:tcPr>
            <w:tcW w:type="dxa" w:w="720"/>
          </w:tcPr>
          <w:p>
            <w:r>
              <w:t>37</w:t>
            </w:r>
          </w:p>
        </w:tc>
        <w:tc>
          <w:tcPr>
            <w:tcW w:type="dxa" w:w="720"/>
          </w:tcPr>
          <w:p>
            <w:r/>
          </w:p>
        </w:tc>
      </w:tr>
      <w:tr>
        <w:tc>
          <w:tcPr>
            <w:tcW w:type="dxa" w:w="720"/>
          </w:tcPr>
          <w:p>
            <w:r>
              <w:t>13</w:t>
            </w:r>
          </w:p>
        </w:tc>
        <w:tc>
          <w:tcPr>
            <w:tcW w:type="dxa" w:w="720"/>
          </w:tcPr>
          <w:p>
            <w:r>
              <w:t>1705410030</w:t>
            </w:r>
          </w:p>
        </w:tc>
        <w:tc>
          <w:tcPr>
            <w:tcW w:type="dxa" w:w="720"/>
          </w:tcPr>
          <w:p>
            <w:r>
              <w:t>高敬瑶</w:t>
            </w:r>
          </w:p>
        </w:tc>
        <w:tc>
          <w:tcPr>
            <w:tcW w:type="dxa" w:w="720"/>
          </w:tcPr>
          <w:p>
            <w:r>
              <w:t>女</w:t>
            </w:r>
          </w:p>
        </w:tc>
        <w:tc>
          <w:tcPr>
            <w:tcW w:type="dxa" w:w="720"/>
          </w:tcPr>
          <w:p>
            <w:r>
              <w:t>艺术学院</w:t>
            </w:r>
          </w:p>
        </w:tc>
        <w:tc>
          <w:tcPr>
            <w:tcW w:type="dxa" w:w="720"/>
          </w:tcPr>
          <w:p>
            <w:r>
              <w:t>产品设计</w:t>
            </w:r>
          </w:p>
        </w:tc>
        <w:tc>
          <w:tcPr>
            <w:tcW w:type="dxa" w:w="720"/>
          </w:tcPr>
          <w:p>
            <w:r>
              <w:t>0-普通</w:t>
            </w:r>
          </w:p>
        </w:tc>
        <w:tc>
          <w:tcPr>
            <w:tcW w:type="dxa" w:w="720"/>
          </w:tcPr>
          <w:p>
            <w:r>
              <w:t>2-院系</w:t>
            </w:r>
          </w:p>
        </w:tc>
        <w:tc>
          <w:tcPr>
            <w:tcW w:type="dxa" w:w="720"/>
          </w:tcPr>
          <w:p>
            <w:r>
              <w:t>396.4</w:t>
            </w:r>
          </w:p>
        </w:tc>
        <w:tc>
          <w:tcPr>
            <w:tcW w:type="dxa" w:w="720"/>
          </w:tcPr>
          <w:p>
            <w:r>
              <w:t>12</w:t>
            </w:r>
          </w:p>
        </w:tc>
        <w:tc>
          <w:tcPr>
            <w:tcW w:type="dxa" w:w="720"/>
          </w:tcPr>
          <w:p>
            <w:r>
              <w:t>37</w:t>
            </w:r>
          </w:p>
        </w:tc>
        <w:tc>
          <w:tcPr>
            <w:tcW w:type="dxa" w:w="720"/>
          </w:tcPr>
          <w:p>
            <w:r/>
          </w:p>
        </w:tc>
      </w:tr>
      <w:tr>
        <w:tc>
          <w:tcPr>
            <w:tcW w:type="dxa" w:w="720"/>
          </w:tcPr>
          <w:p>
            <w:r>
              <w:t>14</w:t>
            </w:r>
          </w:p>
        </w:tc>
        <w:tc>
          <w:tcPr>
            <w:tcW w:type="dxa" w:w="720"/>
          </w:tcPr>
          <w:p>
            <w:r>
              <w:t>1705411016</w:t>
            </w:r>
          </w:p>
        </w:tc>
        <w:tc>
          <w:tcPr>
            <w:tcW w:type="dxa" w:w="720"/>
          </w:tcPr>
          <w:p>
            <w:r>
              <w:t>赵梅男</w:t>
            </w:r>
          </w:p>
        </w:tc>
        <w:tc>
          <w:tcPr>
            <w:tcW w:type="dxa" w:w="720"/>
          </w:tcPr>
          <w:p>
            <w:r>
              <w:t>女</w:t>
            </w:r>
          </w:p>
        </w:tc>
        <w:tc>
          <w:tcPr>
            <w:tcW w:type="dxa" w:w="720"/>
          </w:tcPr>
          <w:p>
            <w:r>
              <w:t>艺术学院</w:t>
            </w:r>
          </w:p>
        </w:tc>
        <w:tc>
          <w:tcPr>
            <w:tcW w:type="dxa" w:w="720"/>
          </w:tcPr>
          <w:p>
            <w:r>
              <w:t>视觉传达设计</w:t>
            </w:r>
          </w:p>
        </w:tc>
        <w:tc>
          <w:tcPr>
            <w:tcW w:type="dxa" w:w="720"/>
          </w:tcPr>
          <w:p>
            <w:r>
              <w:t>0-普通</w:t>
            </w:r>
          </w:p>
        </w:tc>
        <w:tc>
          <w:tcPr>
            <w:tcW w:type="dxa" w:w="720"/>
          </w:tcPr>
          <w:p>
            <w:r>
              <w:t>2-院系</w:t>
            </w:r>
          </w:p>
        </w:tc>
        <w:tc>
          <w:tcPr>
            <w:tcW w:type="dxa" w:w="720"/>
          </w:tcPr>
          <w:p>
            <w:r>
              <w:t>394.8</w:t>
            </w:r>
          </w:p>
        </w:tc>
        <w:tc>
          <w:tcPr>
            <w:tcW w:type="dxa" w:w="720"/>
          </w:tcPr>
          <w:p>
            <w:r>
              <w:t>14</w:t>
            </w:r>
          </w:p>
        </w:tc>
        <w:tc>
          <w:tcPr>
            <w:tcW w:type="dxa" w:w="720"/>
          </w:tcPr>
          <w:p>
            <w:r>
              <w:t>37</w:t>
            </w:r>
          </w:p>
        </w:tc>
        <w:tc>
          <w:tcPr>
            <w:tcW w:type="dxa" w:w="720"/>
          </w:tcPr>
          <w:p>
            <w:r/>
          </w:p>
        </w:tc>
      </w:tr>
      <w:tr>
        <w:tc>
          <w:tcPr>
            <w:tcW w:type="dxa" w:w="720"/>
          </w:tcPr>
          <w:p>
            <w:r>
              <w:t>15</w:t>
            </w:r>
          </w:p>
        </w:tc>
        <w:tc>
          <w:tcPr>
            <w:tcW w:type="dxa" w:w="720"/>
          </w:tcPr>
          <w:p>
            <w:r>
              <w:t>1705411022</w:t>
            </w:r>
          </w:p>
        </w:tc>
        <w:tc>
          <w:tcPr>
            <w:tcW w:type="dxa" w:w="720"/>
          </w:tcPr>
          <w:p>
            <w:r>
              <w:t>贺杨柯</w:t>
            </w:r>
          </w:p>
        </w:tc>
        <w:tc>
          <w:tcPr>
            <w:tcW w:type="dxa" w:w="720"/>
          </w:tcPr>
          <w:p>
            <w:r>
              <w:t>女</w:t>
            </w:r>
          </w:p>
        </w:tc>
        <w:tc>
          <w:tcPr>
            <w:tcW w:type="dxa" w:w="720"/>
          </w:tcPr>
          <w:p>
            <w:r>
              <w:t>艺术学院</w:t>
            </w:r>
          </w:p>
        </w:tc>
        <w:tc>
          <w:tcPr>
            <w:tcW w:type="dxa" w:w="720"/>
          </w:tcPr>
          <w:p>
            <w:r>
              <w:t>视觉传达设计</w:t>
            </w:r>
          </w:p>
        </w:tc>
        <w:tc>
          <w:tcPr>
            <w:tcW w:type="dxa" w:w="720"/>
          </w:tcPr>
          <w:p>
            <w:r>
              <w:t>0-普通</w:t>
            </w:r>
          </w:p>
        </w:tc>
        <w:tc>
          <w:tcPr>
            <w:tcW w:type="dxa" w:w="720"/>
          </w:tcPr>
          <w:p>
            <w:r>
              <w:t>2-院系</w:t>
            </w:r>
          </w:p>
        </w:tc>
        <w:tc>
          <w:tcPr>
            <w:tcW w:type="dxa" w:w="720"/>
          </w:tcPr>
          <w:p>
            <w:r>
              <w:t>392.9</w:t>
            </w:r>
          </w:p>
        </w:tc>
        <w:tc>
          <w:tcPr>
            <w:tcW w:type="dxa" w:w="720"/>
          </w:tcPr>
          <w:p>
            <w:r>
              <w:t>15</w:t>
            </w:r>
          </w:p>
        </w:tc>
        <w:tc>
          <w:tcPr>
            <w:tcW w:type="dxa" w:w="720"/>
          </w:tcPr>
          <w:p>
            <w:r>
              <w:t>37</w:t>
            </w:r>
          </w:p>
        </w:tc>
        <w:tc>
          <w:tcPr>
            <w:tcW w:type="dxa" w:w="720"/>
          </w:tcPr>
          <w:p>
            <w:r>
              <w:t>学术特长生</w:t>
            </w:r>
          </w:p>
        </w:tc>
      </w:tr>
      <w:tr>
        <w:tc>
          <w:tcPr>
            <w:tcW w:type="dxa" w:w="720"/>
          </w:tcPr>
          <w:p>
            <w:r>
              <w:t>16</w:t>
            </w:r>
          </w:p>
        </w:tc>
        <w:tc>
          <w:tcPr>
            <w:tcW w:type="dxa" w:w="720"/>
          </w:tcPr>
          <w:p>
            <w:r>
              <w:t>1705401019</w:t>
            </w:r>
          </w:p>
        </w:tc>
        <w:tc>
          <w:tcPr>
            <w:tcW w:type="dxa" w:w="720"/>
          </w:tcPr>
          <w:p>
            <w:r>
              <w:t>姚子杨</w:t>
            </w:r>
          </w:p>
        </w:tc>
        <w:tc>
          <w:tcPr>
            <w:tcW w:type="dxa" w:w="720"/>
          </w:tcPr>
          <w:p>
            <w:r>
              <w:t>男</w:t>
            </w:r>
          </w:p>
        </w:tc>
        <w:tc>
          <w:tcPr>
            <w:tcW w:type="dxa" w:w="720"/>
          </w:tcPr>
          <w:p>
            <w:r>
              <w:t>艺术学院</w:t>
            </w:r>
          </w:p>
        </w:tc>
        <w:tc>
          <w:tcPr>
            <w:tcW w:type="dxa" w:w="720"/>
          </w:tcPr>
          <w:p>
            <w:r>
              <w:t>美术学</w:t>
            </w:r>
          </w:p>
        </w:tc>
        <w:tc>
          <w:tcPr>
            <w:tcW w:type="dxa" w:w="720"/>
          </w:tcPr>
          <w:p>
            <w:r>
              <w:t>0-普通</w:t>
            </w:r>
          </w:p>
        </w:tc>
        <w:tc>
          <w:tcPr>
            <w:tcW w:type="dxa" w:w="720"/>
          </w:tcPr>
          <w:p>
            <w:r>
              <w:t>2-院系</w:t>
            </w:r>
          </w:p>
        </w:tc>
        <w:tc>
          <w:tcPr>
            <w:tcW w:type="dxa" w:w="720"/>
          </w:tcPr>
          <w:p>
            <w:r>
              <w:t>392.9</w:t>
            </w:r>
          </w:p>
        </w:tc>
        <w:tc>
          <w:tcPr>
            <w:tcW w:type="dxa" w:w="720"/>
          </w:tcPr>
          <w:p>
            <w:r>
              <w:t>15</w:t>
            </w:r>
          </w:p>
        </w:tc>
        <w:tc>
          <w:tcPr>
            <w:tcW w:type="dxa" w:w="720"/>
          </w:tcPr>
          <w:p>
            <w:r>
              <w:t>37</w:t>
            </w:r>
          </w:p>
        </w:tc>
        <w:tc>
          <w:tcPr>
            <w:tcW w:type="dxa" w:w="720"/>
          </w:tcPr>
          <w:p>
            <w:r/>
          </w:p>
        </w:tc>
      </w:tr>
      <w:tr>
        <w:tc>
          <w:tcPr>
            <w:tcW w:type="dxa" w:w="720"/>
          </w:tcPr>
          <w:p>
            <w:r>
              <w:t>17</w:t>
            </w:r>
          </w:p>
        </w:tc>
        <w:tc>
          <w:tcPr>
            <w:tcW w:type="dxa" w:w="720"/>
          </w:tcPr>
          <w:p>
            <w:r>
              <w:t>1705410012</w:t>
            </w:r>
          </w:p>
        </w:tc>
        <w:tc>
          <w:tcPr>
            <w:tcW w:type="dxa" w:w="720"/>
          </w:tcPr>
          <w:p>
            <w:r>
              <w:t>陈丛汝</w:t>
            </w:r>
          </w:p>
        </w:tc>
        <w:tc>
          <w:tcPr>
            <w:tcW w:type="dxa" w:w="720"/>
          </w:tcPr>
          <w:p>
            <w:r>
              <w:t>女</w:t>
            </w:r>
          </w:p>
        </w:tc>
        <w:tc>
          <w:tcPr>
            <w:tcW w:type="dxa" w:w="720"/>
          </w:tcPr>
          <w:p>
            <w:r>
              <w:t>艺术学院</w:t>
            </w:r>
          </w:p>
        </w:tc>
        <w:tc>
          <w:tcPr>
            <w:tcW w:type="dxa" w:w="720"/>
          </w:tcPr>
          <w:p>
            <w:r>
              <w:t>产品设计</w:t>
            </w:r>
          </w:p>
        </w:tc>
        <w:tc>
          <w:tcPr>
            <w:tcW w:type="dxa" w:w="720"/>
          </w:tcPr>
          <w:p>
            <w:r>
              <w:t>0-普通</w:t>
            </w:r>
          </w:p>
        </w:tc>
        <w:tc>
          <w:tcPr>
            <w:tcW w:type="dxa" w:w="720"/>
          </w:tcPr>
          <w:p>
            <w:r>
              <w:t>2-院系</w:t>
            </w:r>
          </w:p>
        </w:tc>
        <w:tc>
          <w:tcPr>
            <w:tcW w:type="dxa" w:w="720"/>
          </w:tcPr>
          <w:p>
            <w:r>
              <w:t>391.3</w:t>
            </w:r>
          </w:p>
        </w:tc>
        <w:tc>
          <w:tcPr>
            <w:tcW w:type="dxa" w:w="720"/>
          </w:tcPr>
          <w:p>
            <w:r>
              <w:t>17</w:t>
            </w:r>
          </w:p>
        </w:tc>
        <w:tc>
          <w:tcPr>
            <w:tcW w:type="dxa" w:w="720"/>
          </w:tcPr>
          <w:p>
            <w:r>
              <w:t>37</w:t>
            </w:r>
          </w:p>
        </w:tc>
        <w:tc>
          <w:tcPr>
            <w:tcW w:type="dxa" w:w="720"/>
          </w:tcPr>
          <w:p>
            <w:r/>
          </w:p>
        </w:tc>
      </w:tr>
      <w:tr>
        <w:tc>
          <w:tcPr>
            <w:tcW w:type="dxa" w:w="720"/>
          </w:tcPr>
          <w:p>
            <w:r>
              <w:t>18</w:t>
            </w:r>
          </w:p>
        </w:tc>
        <w:tc>
          <w:tcPr>
            <w:tcW w:type="dxa" w:w="720"/>
          </w:tcPr>
          <w:p>
            <w:r>
              <w:t>1705401025</w:t>
            </w:r>
          </w:p>
        </w:tc>
        <w:tc>
          <w:tcPr>
            <w:tcW w:type="dxa" w:w="720"/>
          </w:tcPr>
          <w:p>
            <w:r>
              <w:t>韩芷然</w:t>
            </w:r>
          </w:p>
        </w:tc>
        <w:tc>
          <w:tcPr>
            <w:tcW w:type="dxa" w:w="720"/>
          </w:tcPr>
          <w:p>
            <w:r>
              <w:t>女</w:t>
            </w:r>
          </w:p>
        </w:tc>
        <w:tc>
          <w:tcPr>
            <w:tcW w:type="dxa" w:w="720"/>
          </w:tcPr>
          <w:p>
            <w:r>
              <w:t>艺术学院</w:t>
            </w:r>
          </w:p>
        </w:tc>
        <w:tc>
          <w:tcPr>
            <w:tcW w:type="dxa" w:w="720"/>
          </w:tcPr>
          <w:p>
            <w:r>
              <w:t>美术学</w:t>
            </w:r>
          </w:p>
        </w:tc>
        <w:tc>
          <w:tcPr>
            <w:tcW w:type="dxa" w:w="720"/>
          </w:tcPr>
          <w:p>
            <w:r>
              <w:t>0-普通</w:t>
            </w:r>
          </w:p>
        </w:tc>
        <w:tc>
          <w:tcPr>
            <w:tcW w:type="dxa" w:w="720"/>
          </w:tcPr>
          <w:p>
            <w:r>
              <w:t>2-院系</w:t>
            </w:r>
          </w:p>
        </w:tc>
        <w:tc>
          <w:tcPr>
            <w:tcW w:type="dxa" w:w="720"/>
          </w:tcPr>
          <w:p>
            <w:r>
              <w:t>390.7</w:t>
            </w:r>
          </w:p>
        </w:tc>
        <w:tc>
          <w:tcPr>
            <w:tcW w:type="dxa" w:w="720"/>
          </w:tcPr>
          <w:p>
            <w:r>
              <w:t>18</w:t>
            </w:r>
          </w:p>
        </w:tc>
        <w:tc>
          <w:tcPr>
            <w:tcW w:type="dxa" w:w="720"/>
          </w:tcPr>
          <w:p>
            <w:r>
              <w:t>37</w:t>
            </w:r>
          </w:p>
        </w:tc>
        <w:tc>
          <w:tcPr>
            <w:tcW w:type="dxa" w:w="720"/>
          </w:tcPr>
          <w:p>
            <w:r/>
          </w:p>
        </w:tc>
      </w:tr>
      <w:tr>
        <w:tc>
          <w:tcPr>
            <w:tcW w:type="dxa" w:w="720"/>
          </w:tcPr>
          <w:p>
            <w:r>
              <w:t>19</w:t>
            </w:r>
          </w:p>
        </w:tc>
        <w:tc>
          <w:tcPr>
            <w:tcW w:type="dxa" w:w="720"/>
          </w:tcPr>
          <w:p>
            <w:r>
              <w:t>1705401030</w:t>
            </w:r>
          </w:p>
        </w:tc>
        <w:tc>
          <w:tcPr>
            <w:tcW w:type="dxa" w:w="720"/>
          </w:tcPr>
          <w:p>
            <w:r>
              <w:t>周昌一</w:t>
            </w:r>
          </w:p>
        </w:tc>
        <w:tc>
          <w:tcPr>
            <w:tcW w:type="dxa" w:w="720"/>
          </w:tcPr>
          <w:p>
            <w:r>
              <w:t>男</w:t>
            </w:r>
          </w:p>
        </w:tc>
        <w:tc>
          <w:tcPr>
            <w:tcW w:type="dxa" w:w="720"/>
          </w:tcPr>
          <w:p>
            <w:r>
              <w:t>艺术学院</w:t>
            </w:r>
          </w:p>
        </w:tc>
        <w:tc>
          <w:tcPr>
            <w:tcW w:type="dxa" w:w="720"/>
          </w:tcPr>
          <w:p>
            <w:r>
              <w:t>美术学</w:t>
            </w:r>
          </w:p>
        </w:tc>
        <w:tc>
          <w:tcPr>
            <w:tcW w:type="dxa" w:w="720"/>
          </w:tcPr>
          <w:p>
            <w:r>
              <w:t>0-普通</w:t>
            </w:r>
          </w:p>
        </w:tc>
        <w:tc>
          <w:tcPr>
            <w:tcW w:type="dxa" w:w="720"/>
          </w:tcPr>
          <w:p>
            <w:r>
              <w:t>2-院系</w:t>
            </w:r>
          </w:p>
        </w:tc>
        <w:tc>
          <w:tcPr>
            <w:tcW w:type="dxa" w:w="720"/>
          </w:tcPr>
          <w:p>
            <w:r>
              <w:t>390.6</w:t>
            </w:r>
          </w:p>
        </w:tc>
        <w:tc>
          <w:tcPr>
            <w:tcW w:type="dxa" w:w="720"/>
          </w:tcPr>
          <w:p>
            <w:r>
              <w:t>19</w:t>
            </w:r>
          </w:p>
        </w:tc>
        <w:tc>
          <w:tcPr>
            <w:tcW w:type="dxa" w:w="720"/>
          </w:tcPr>
          <w:p>
            <w:r>
              <w:t>37</w:t>
            </w:r>
          </w:p>
        </w:tc>
        <w:tc>
          <w:tcPr>
            <w:tcW w:type="dxa" w:w="720"/>
          </w:tcPr>
          <w:p>
            <w:r/>
          </w:p>
        </w:tc>
      </w:tr>
      <w:tr>
        <w:tc>
          <w:tcPr>
            <w:tcW w:type="dxa" w:w="720"/>
          </w:tcPr>
          <w:p>
            <w:r>
              <w:t>20</w:t>
            </w:r>
          </w:p>
        </w:tc>
        <w:tc>
          <w:tcPr>
            <w:tcW w:type="dxa" w:w="720"/>
          </w:tcPr>
          <w:p>
            <w:r>
              <w:t>1705406008</w:t>
            </w:r>
          </w:p>
        </w:tc>
        <w:tc>
          <w:tcPr>
            <w:tcW w:type="dxa" w:w="720"/>
          </w:tcPr>
          <w:p>
            <w:r>
              <w:t>于雅淇</w:t>
            </w:r>
          </w:p>
        </w:tc>
        <w:tc>
          <w:tcPr>
            <w:tcW w:type="dxa" w:w="720"/>
          </w:tcPr>
          <w:p>
            <w:r>
              <w:t>女</w:t>
            </w:r>
          </w:p>
        </w:tc>
        <w:tc>
          <w:tcPr>
            <w:tcW w:type="dxa" w:w="720"/>
          </w:tcPr>
          <w:p>
            <w:r>
              <w:t>艺术学院</w:t>
            </w:r>
          </w:p>
        </w:tc>
        <w:tc>
          <w:tcPr>
            <w:tcW w:type="dxa" w:w="720"/>
          </w:tcPr>
          <w:p>
            <w:r>
              <w:t>数字媒体艺术</w:t>
            </w:r>
          </w:p>
        </w:tc>
        <w:tc>
          <w:tcPr>
            <w:tcW w:type="dxa" w:w="720"/>
          </w:tcPr>
          <w:p>
            <w:r>
              <w:t>0-普通</w:t>
            </w:r>
          </w:p>
        </w:tc>
        <w:tc>
          <w:tcPr>
            <w:tcW w:type="dxa" w:w="720"/>
          </w:tcPr>
          <w:p>
            <w:r>
              <w:t>2-院系</w:t>
            </w:r>
          </w:p>
        </w:tc>
        <w:tc>
          <w:tcPr>
            <w:tcW w:type="dxa" w:w="720"/>
          </w:tcPr>
          <w:p>
            <w:r>
              <w:t>388</w:t>
            </w:r>
          </w:p>
        </w:tc>
        <w:tc>
          <w:tcPr>
            <w:tcW w:type="dxa" w:w="720"/>
          </w:tcPr>
          <w:p>
            <w:r>
              <w:t>20</w:t>
            </w:r>
          </w:p>
        </w:tc>
        <w:tc>
          <w:tcPr>
            <w:tcW w:type="dxa" w:w="720"/>
          </w:tcPr>
          <w:p>
            <w:r>
              <w:t>37</w:t>
            </w:r>
          </w:p>
        </w:tc>
        <w:tc>
          <w:tcPr>
            <w:tcW w:type="dxa" w:w="720"/>
          </w:tcPr>
          <w:p>
            <w:r/>
          </w:p>
        </w:tc>
      </w:tr>
      <w:tr>
        <w:tc>
          <w:tcPr>
            <w:tcW w:type="dxa" w:w="720"/>
          </w:tcPr>
          <w:p>
            <w:r>
              <w:t>21</w:t>
            </w:r>
          </w:p>
        </w:tc>
        <w:tc>
          <w:tcPr>
            <w:tcW w:type="dxa" w:w="720"/>
          </w:tcPr>
          <w:p>
            <w:r>
              <w:t>1705410013</w:t>
            </w:r>
          </w:p>
        </w:tc>
        <w:tc>
          <w:tcPr>
            <w:tcW w:type="dxa" w:w="720"/>
          </w:tcPr>
          <w:p>
            <w:r>
              <w:t>王姣惠</w:t>
            </w:r>
          </w:p>
        </w:tc>
        <w:tc>
          <w:tcPr>
            <w:tcW w:type="dxa" w:w="720"/>
          </w:tcPr>
          <w:p>
            <w:r>
              <w:t>女</w:t>
            </w:r>
          </w:p>
        </w:tc>
        <w:tc>
          <w:tcPr>
            <w:tcW w:type="dxa" w:w="720"/>
          </w:tcPr>
          <w:p>
            <w:r>
              <w:t>艺术学院</w:t>
            </w:r>
          </w:p>
        </w:tc>
        <w:tc>
          <w:tcPr>
            <w:tcW w:type="dxa" w:w="720"/>
          </w:tcPr>
          <w:p>
            <w:r>
              <w:t>产品设计</w:t>
            </w:r>
          </w:p>
        </w:tc>
        <w:tc>
          <w:tcPr>
            <w:tcW w:type="dxa" w:w="720"/>
          </w:tcPr>
          <w:p>
            <w:r>
              <w:t>0-普通</w:t>
            </w:r>
          </w:p>
        </w:tc>
        <w:tc>
          <w:tcPr>
            <w:tcW w:type="dxa" w:w="720"/>
          </w:tcPr>
          <w:p>
            <w:r>
              <w:t>2-院系</w:t>
            </w:r>
          </w:p>
        </w:tc>
        <w:tc>
          <w:tcPr>
            <w:tcW w:type="dxa" w:w="720"/>
          </w:tcPr>
          <w:p>
            <w:r>
              <w:t>387.8</w:t>
            </w:r>
          </w:p>
        </w:tc>
        <w:tc>
          <w:tcPr>
            <w:tcW w:type="dxa" w:w="720"/>
          </w:tcPr>
          <w:p>
            <w:r>
              <w:t>21</w:t>
            </w:r>
          </w:p>
        </w:tc>
        <w:tc>
          <w:tcPr>
            <w:tcW w:type="dxa" w:w="720"/>
          </w:tcPr>
          <w:p>
            <w:r>
              <w:t>37</w:t>
            </w:r>
          </w:p>
        </w:tc>
        <w:tc>
          <w:tcPr>
            <w:tcW w:type="dxa" w:w="720"/>
          </w:tcPr>
          <w:p>
            <w:r/>
          </w:p>
        </w:tc>
      </w:tr>
      <w:tr>
        <w:tc>
          <w:tcPr>
            <w:tcW w:type="dxa" w:w="720"/>
          </w:tcPr>
          <w:p>
            <w:r>
              <w:t>22</w:t>
            </w:r>
          </w:p>
        </w:tc>
        <w:tc>
          <w:tcPr>
            <w:tcW w:type="dxa" w:w="720"/>
          </w:tcPr>
          <w:p>
            <w:r>
              <w:t>1705404005</w:t>
            </w:r>
          </w:p>
        </w:tc>
        <w:tc>
          <w:tcPr>
            <w:tcW w:type="dxa" w:w="720"/>
          </w:tcPr>
          <w:p>
            <w:r>
              <w:t>余彦沁</w:t>
            </w:r>
          </w:p>
        </w:tc>
        <w:tc>
          <w:tcPr>
            <w:tcW w:type="dxa" w:w="720"/>
          </w:tcPr>
          <w:p>
            <w:r>
              <w:t>女</w:t>
            </w:r>
          </w:p>
        </w:tc>
        <w:tc>
          <w:tcPr>
            <w:tcW w:type="dxa" w:w="720"/>
          </w:tcPr>
          <w:p>
            <w:r>
              <w:t>艺术学院</w:t>
            </w:r>
          </w:p>
        </w:tc>
        <w:tc>
          <w:tcPr>
            <w:tcW w:type="dxa" w:w="720"/>
          </w:tcPr>
          <w:p>
            <w:r>
              <w:t>艺术设计学</w:t>
            </w:r>
          </w:p>
        </w:tc>
        <w:tc>
          <w:tcPr>
            <w:tcW w:type="dxa" w:w="720"/>
          </w:tcPr>
          <w:p>
            <w:r>
              <w:t>0-普通</w:t>
            </w:r>
          </w:p>
        </w:tc>
        <w:tc>
          <w:tcPr>
            <w:tcW w:type="dxa" w:w="720"/>
          </w:tcPr>
          <w:p>
            <w:r>
              <w:t>2-院系</w:t>
            </w:r>
          </w:p>
        </w:tc>
        <w:tc>
          <w:tcPr>
            <w:tcW w:type="dxa" w:w="720"/>
          </w:tcPr>
          <w:p>
            <w:r>
              <w:t>385.5</w:t>
            </w:r>
          </w:p>
        </w:tc>
        <w:tc>
          <w:tcPr>
            <w:tcW w:type="dxa" w:w="720"/>
          </w:tcPr>
          <w:p>
            <w:r>
              <w:t>22</w:t>
            </w:r>
          </w:p>
        </w:tc>
        <w:tc>
          <w:tcPr>
            <w:tcW w:type="dxa" w:w="720"/>
          </w:tcPr>
          <w:p>
            <w:r>
              <w:t>37</w:t>
            </w:r>
          </w:p>
        </w:tc>
        <w:tc>
          <w:tcPr>
            <w:tcW w:type="dxa" w:w="720"/>
          </w:tcPr>
          <w:p>
            <w:r/>
          </w:p>
        </w:tc>
      </w:tr>
      <w:tr>
        <w:tc>
          <w:tcPr>
            <w:tcW w:type="dxa" w:w="720"/>
          </w:tcPr>
          <w:p>
            <w:r>
              <w:t>23</w:t>
            </w:r>
          </w:p>
        </w:tc>
        <w:tc>
          <w:tcPr>
            <w:tcW w:type="dxa" w:w="720"/>
          </w:tcPr>
          <w:p>
            <w:r>
              <w:t>1705408021</w:t>
            </w:r>
          </w:p>
        </w:tc>
        <w:tc>
          <w:tcPr>
            <w:tcW w:type="dxa" w:w="720"/>
          </w:tcPr>
          <w:p>
            <w:r>
              <w:t>朱森源</w:t>
            </w:r>
          </w:p>
        </w:tc>
        <w:tc>
          <w:tcPr>
            <w:tcW w:type="dxa" w:w="720"/>
          </w:tcPr>
          <w:p>
            <w:r>
              <w:t>男</w:t>
            </w:r>
          </w:p>
        </w:tc>
        <w:tc>
          <w:tcPr>
            <w:tcW w:type="dxa" w:w="720"/>
          </w:tcPr>
          <w:p>
            <w:r>
              <w:t>艺术学院</w:t>
            </w:r>
          </w:p>
        </w:tc>
        <w:tc>
          <w:tcPr>
            <w:tcW w:type="dxa" w:w="720"/>
          </w:tcPr>
          <w:p>
            <w:r>
              <w:t>环境设计</w:t>
            </w:r>
          </w:p>
        </w:tc>
        <w:tc>
          <w:tcPr>
            <w:tcW w:type="dxa" w:w="720"/>
          </w:tcPr>
          <w:p>
            <w:r>
              <w:t>0-普通</w:t>
            </w:r>
          </w:p>
        </w:tc>
        <w:tc>
          <w:tcPr>
            <w:tcW w:type="dxa" w:w="720"/>
          </w:tcPr>
          <w:p>
            <w:r>
              <w:t>2-院系</w:t>
            </w:r>
          </w:p>
        </w:tc>
        <w:tc>
          <w:tcPr>
            <w:tcW w:type="dxa" w:w="720"/>
          </w:tcPr>
          <w:p>
            <w:r>
              <w:t>383.5</w:t>
            </w:r>
          </w:p>
        </w:tc>
        <w:tc>
          <w:tcPr>
            <w:tcW w:type="dxa" w:w="720"/>
          </w:tcPr>
          <w:p>
            <w:r>
              <w:t>23</w:t>
            </w:r>
          </w:p>
        </w:tc>
        <w:tc>
          <w:tcPr>
            <w:tcW w:type="dxa" w:w="720"/>
          </w:tcPr>
          <w:p>
            <w:r>
              <w:t>37</w:t>
            </w:r>
          </w:p>
        </w:tc>
        <w:tc>
          <w:tcPr>
            <w:tcW w:type="dxa" w:w="720"/>
          </w:tcPr>
          <w:p>
            <w:r>
              <w:t>替补推荐</w:t>
            </w:r>
          </w:p>
        </w:tc>
      </w:tr>
      <w:tr>
        <w:tc>
          <w:tcPr>
            <w:tcW w:type="dxa" w:w="720"/>
          </w:tcPr>
          <w:p>
            <w:r>
              <w:t>24</w:t>
            </w:r>
          </w:p>
        </w:tc>
        <w:tc>
          <w:tcPr>
            <w:tcW w:type="dxa" w:w="720"/>
          </w:tcPr>
          <w:p>
            <w:r>
              <w:t>1705404013</w:t>
            </w:r>
          </w:p>
        </w:tc>
        <w:tc>
          <w:tcPr>
            <w:tcW w:type="dxa" w:w="720"/>
          </w:tcPr>
          <w:p>
            <w:r>
              <w:t>王熠昕</w:t>
            </w:r>
          </w:p>
        </w:tc>
        <w:tc>
          <w:tcPr>
            <w:tcW w:type="dxa" w:w="720"/>
          </w:tcPr>
          <w:p>
            <w:r>
              <w:t>女</w:t>
            </w:r>
          </w:p>
        </w:tc>
        <w:tc>
          <w:tcPr>
            <w:tcW w:type="dxa" w:w="720"/>
          </w:tcPr>
          <w:p>
            <w:r>
              <w:t>艺术学院</w:t>
            </w:r>
          </w:p>
        </w:tc>
        <w:tc>
          <w:tcPr>
            <w:tcW w:type="dxa" w:w="720"/>
          </w:tcPr>
          <w:p>
            <w:r>
              <w:t>艺术设计学</w:t>
            </w:r>
          </w:p>
        </w:tc>
        <w:tc>
          <w:tcPr>
            <w:tcW w:type="dxa" w:w="720"/>
          </w:tcPr>
          <w:p>
            <w:r>
              <w:t>0-普通</w:t>
            </w:r>
          </w:p>
        </w:tc>
        <w:tc>
          <w:tcPr>
            <w:tcW w:type="dxa" w:w="720"/>
          </w:tcPr>
          <w:p>
            <w:r>
              <w:t>2-院系</w:t>
            </w:r>
          </w:p>
        </w:tc>
        <w:tc>
          <w:tcPr>
            <w:tcW w:type="dxa" w:w="720"/>
          </w:tcPr>
          <w:p>
            <w:r>
              <w:t>383.2</w:t>
            </w:r>
          </w:p>
        </w:tc>
        <w:tc>
          <w:tcPr>
            <w:tcW w:type="dxa" w:w="720"/>
          </w:tcPr>
          <w:p>
            <w:r>
              <w:t>24</w:t>
            </w:r>
          </w:p>
        </w:tc>
        <w:tc>
          <w:tcPr>
            <w:tcW w:type="dxa" w:w="720"/>
          </w:tcPr>
          <w:p>
            <w:r>
              <w:t>37</w:t>
            </w:r>
          </w:p>
        </w:tc>
        <w:tc>
          <w:tcPr>
            <w:tcW w:type="dxa" w:w="720"/>
          </w:tcPr>
          <w:p>
            <w:r>
              <w:t>替补推荐</w:t>
            </w:r>
          </w:p>
        </w:tc>
      </w:tr>
      <w:tr>
        <w:tc>
          <w:tcPr>
            <w:tcW w:type="dxa" w:w="720"/>
          </w:tcPr>
          <w:p>
            <w:r>
              <w:t>25</w:t>
            </w:r>
          </w:p>
        </w:tc>
        <w:tc>
          <w:tcPr>
            <w:tcW w:type="dxa" w:w="720"/>
          </w:tcPr>
          <w:p>
            <w:r>
              <w:t>1705402002</w:t>
            </w:r>
          </w:p>
        </w:tc>
        <w:tc>
          <w:tcPr>
            <w:tcW w:type="dxa" w:w="720"/>
          </w:tcPr>
          <w:p>
            <w:r>
              <w:t>李扬意</w:t>
            </w:r>
          </w:p>
        </w:tc>
        <w:tc>
          <w:tcPr>
            <w:tcW w:type="dxa" w:w="720"/>
          </w:tcPr>
          <w:p>
            <w:r>
              <w:t>女</w:t>
            </w:r>
          </w:p>
        </w:tc>
        <w:tc>
          <w:tcPr>
            <w:tcW w:type="dxa" w:w="720"/>
          </w:tcPr>
          <w:p>
            <w:r>
              <w:t>艺术学院</w:t>
            </w:r>
          </w:p>
        </w:tc>
        <w:tc>
          <w:tcPr>
            <w:tcW w:type="dxa" w:w="720"/>
          </w:tcPr>
          <w:p>
            <w:r>
              <w:t>美术学（师范）</w:t>
            </w:r>
          </w:p>
        </w:tc>
        <w:tc>
          <w:tcPr>
            <w:tcW w:type="dxa" w:w="720"/>
          </w:tcPr>
          <w:p>
            <w:r>
              <w:t>0-普通</w:t>
            </w:r>
          </w:p>
        </w:tc>
        <w:tc>
          <w:tcPr>
            <w:tcW w:type="dxa" w:w="720"/>
          </w:tcPr>
          <w:p>
            <w:r>
              <w:t>2-院系</w:t>
            </w:r>
          </w:p>
        </w:tc>
        <w:tc>
          <w:tcPr>
            <w:tcW w:type="dxa" w:w="720"/>
          </w:tcPr>
          <w:p>
            <w:r>
              <w:t>380.8</w:t>
            </w:r>
          </w:p>
        </w:tc>
        <w:tc>
          <w:tcPr>
            <w:tcW w:type="dxa" w:w="720"/>
          </w:tcPr>
          <w:p>
            <w:r>
              <w:t>25</w:t>
            </w:r>
          </w:p>
        </w:tc>
        <w:tc>
          <w:tcPr>
            <w:tcW w:type="dxa" w:w="720"/>
          </w:tcPr>
          <w:p>
            <w:r>
              <w:t>37</w:t>
            </w:r>
          </w:p>
        </w:tc>
        <w:tc>
          <w:tcPr>
            <w:tcW w:type="dxa" w:w="720"/>
          </w:tcPr>
          <w:p>
            <w:r>
              <w:t>替补推荐</w:t>
            </w:r>
          </w:p>
        </w:tc>
      </w:tr>
      <w:tr>
        <w:tc>
          <w:tcPr>
            <w:tcW w:type="dxa" w:w="720"/>
          </w:tcPr>
          <w:p>
            <w:r>
              <w:t>苏州大学艺术学院推免工作组</w:t>
            </w:r>
          </w:p>
        </w:tc>
        <w:tc>
          <w:tcPr>
            <w:tcW w:type="dxa" w:w="720"/>
          </w:tcPr>
          <w:p>
            <w:r/>
          </w:p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</w:tr>
    </w:tbl>
    <w:p>
      <w:r>
        <w:t>附件：苏州大学艺术学院学术特长生贺杨柯材料.rar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