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能源学院推荐优秀应届本科毕业生2025年免试攻读研究生名单公示</w:t>
      </w:r>
    </w:p>
    <w:p>
      <w:r>
        <w:t>根据《能源学院推荐优秀应届本科毕业2025年免试攻读研究生实施细则》，经学生本人申请，学院推免专家小组评审，能源学院拟推荐优秀应届本科毕业生2025年免试攻读硕士研究生名单如下：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</w:tblGrid>
      <w:tr>
        <w:tc>
          <w:tcPr>
            <w:tcW w:type="dxa" w:w="508"/>
          </w:tcPr>
          <w:p>
            <w:r>
              <w:t>能源学院推荐2025年优秀应届本科毕业生免试攻读研究生综合评价总分及初选名单</w:t>
            </w:r>
          </w:p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  <w:tc>
          <w:tcPr>
            <w:tcW w:type="dxa" w:w="508"/>
          </w:tcPr>
          <w:p/>
        </w:tc>
      </w:tr>
      <w:tr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学号</w:t>
            </w:r>
          </w:p>
        </w:tc>
        <w:tc>
          <w:tcPr>
            <w:tcW w:type="dxa" w:w="508"/>
          </w:tcPr>
          <w:p>
            <w:r>
              <w:t>姓名</w:t>
            </w:r>
          </w:p>
        </w:tc>
        <w:tc>
          <w:tcPr>
            <w:tcW w:type="dxa" w:w="508"/>
          </w:tcPr>
          <w:p>
            <w:r>
              <w:t>性别</w:t>
            </w:r>
          </w:p>
        </w:tc>
        <w:tc>
          <w:tcPr>
            <w:tcW w:type="dxa" w:w="508"/>
          </w:tcPr>
          <w:p>
            <w:r>
              <w:t>所在专业</w:t>
            </w:r>
          </w:p>
        </w:tc>
        <w:tc>
          <w:tcPr>
            <w:tcW w:type="dxa" w:w="508"/>
          </w:tcPr>
          <w:p>
            <w:r>
              <w:t>参军入伍</w:t>
            </w:r>
          </w:p>
        </w:tc>
        <w:tc>
          <w:tcPr>
            <w:tcW w:type="dxa" w:w="508"/>
          </w:tcPr>
          <w:p>
            <w:r>
              <w:t>志愿服务</w:t>
            </w:r>
          </w:p>
        </w:tc>
        <w:tc>
          <w:tcPr>
            <w:tcW w:type="dxa" w:w="508"/>
          </w:tcPr>
          <w:p>
            <w:r>
              <w:t>国际组织</w:t>
            </w:r>
          </w:p>
        </w:tc>
        <w:tc>
          <w:tcPr>
            <w:tcW w:type="dxa" w:w="508"/>
          </w:tcPr>
          <w:p>
            <w:r>
              <w:t>科研成果得分</w:t>
            </w:r>
          </w:p>
        </w:tc>
        <w:tc>
          <w:tcPr>
            <w:tcW w:type="dxa" w:w="508"/>
          </w:tcPr>
          <w:p>
            <w:r>
              <w:t>科研成果内容</w:t>
            </w:r>
          </w:p>
        </w:tc>
        <w:tc>
          <w:tcPr>
            <w:tcW w:type="dxa" w:w="508"/>
          </w:tcPr>
          <w:p>
            <w:r>
              <w:t>竞赛获奖得分</w:t>
            </w:r>
          </w:p>
        </w:tc>
        <w:tc>
          <w:tcPr>
            <w:tcW w:type="dxa" w:w="508"/>
          </w:tcPr>
          <w:p>
            <w:r>
              <w:t>竞赛获奖项目</w:t>
            </w:r>
          </w:p>
        </w:tc>
        <w:tc>
          <w:tcPr>
            <w:tcW w:type="dxa" w:w="508"/>
          </w:tcPr>
          <w:p>
            <w:r>
              <w:t>综合分</w:t>
            </w:r>
          </w:p>
        </w:tc>
        <w:tc>
          <w:tcPr>
            <w:tcW w:type="dxa" w:w="508"/>
          </w:tcPr>
          <w:p>
            <w:r>
              <w:t>GPA＊100</w:t>
            </w:r>
          </w:p>
        </w:tc>
        <w:tc>
          <w:tcPr>
            <w:tcW w:type="dxa" w:w="508"/>
          </w:tcPr>
          <w:p>
            <w:r>
              <w:t>GPA保留3位*100</w:t>
            </w:r>
          </w:p>
        </w:tc>
        <w:tc>
          <w:tcPr>
            <w:tcW w:type="dxa" w:w="508"/>
          </w:tcPr>
          <w:p>
            <w:r>
              <w:t>总分</w:t>
            </w:r>
          </w:p>
        </w:tc>
        <w:tc>
          <w:tcPr>
            <w:tcW w:type="dxa" w:w="508"/>
          </w:tcPr>
          <w:p>
            <w:r>
              <w:t>是否入选</w:t>
            </w:r>
          </w:p>
        </w:tc>
      </w:tr>
      <w:tr>
        <w:tc>
          <w:tcPr>
            <w:tcW w:type="dxa" w:w="508"/>
          </w:tcPr>
          <w:p>
            <w:r>
              <w:t>1</w:t>
            </w:r>
          </w:p>
        </w:tc>
        <w:tc>
          <w:tcPr>
            <w:tcW w:type="dxa" w:w="508"/>
          </w:tcPr>
          <w:p>
            <w:r>
              <w:t>2124401022</w:t>
            </w:r>
          </w:p>
        </w:tc>
        <w:tc>
          <w:tcPr>
            <w:tcW w:type="dxa" w:w="508"/>
          </w:tcPr>
          <w:p>
            <w:r>
              <w:t>刘陈轩</w:t>
            </w:r>
          </w:p>
        </w:tc>
        <w:tc>
          <w:tcPr>
            <w:tcW w:type="dxa" w:w="508"/>
          </w:tcPr>
          <w:p>
            <w:r>
              <w:t>男</w:t>
            </w:r>
          </w:p>
        </w:tc>
        <w:tc>
          <w:tcPr>
            <w:tcW w:type="dxa" w:w="508"/>
          </w:tcPr>
          <w:p>
            <w:r>
              <w:t>能源与动力工程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15</w:t>
            </w:r>
          </w:p>
        </w:tc>
        <w:tc>
          <w:tcPr>
            <w:tcW w:type="dxa" w:w="508"/>
          </w:tcPr>
          <w:p>
            <w:r>
              <w:t>“建行杯”第十六届全国大学生节能减排社会实践与科技竞赛三等奖（国三，排2）</w:t>
            </w:r>
          </w:p>
        </w:tc>
        <w:tc>
          <w:tcPr>
            <w:tcW w:type="dxa" w:w="508"/>
          </w:tcPr>
          <w:p>
            <w:r>
              <w:t>25</w:t>
            </w:r>
          </w:p>
        </w:tc>
        <w:tc>
          <w:tcPr>
            <w:tcW w:type="dxa" w:w="508"/>
          </w:tcPr>
          <w:p>
            <w:r>
              <w:t>390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415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2</w:t>
            </w:r>
          </w:p>
        </w:tc>
        <w:tc>
          <w:tcPr>
            <w:tcW w:type="dxa" w:w="508"/>
          </w:tcPr>
          <w:p>
            <w:r>
              <w:t>2124401039</w:t>
            </w:r>
          </w:p>
        </w:tc>
        <w:tc>
          <w:tcPr>
            <w:tcW w:type="dxa" w:w="508"/>
          </w:tcPr>
          <w:p>
            <w:r>
              <w:t>孙强</w:t>
            </w:r>
          </w:p>
        </w:tc>
        <w:tc>
          <w:tcPr>
            <w:tcW w:type="dxa" w:w="508"/>
          </w:tcPr>
          <w:p>
            <w:r>
              <w:t>男</w:t>
            </w:r>
          </w:p>
        </w:tc>
        <w:tc>
          <w:tcPr>
            <w:tcW w:type="dxa" w:w="508"/>
          </w:tcPr>
          <w:p>
            <w:r>
              <w:t>能源与动力工程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15</w:t>
            </w:r>
          </w:p>
        </w:tc>
        <w:tc>
          <w:tcPr>
            <w:tcW w:type="dxa" w:w="508"/>
          </w:tcPr>
          <w:p>
            <w:r>
              <w:t>第十七届全国大学生节能减排社会实践与科技竞赛三等奖（国三，排2）</w:t>
            </w:r>
          </w:p>
        </w:tc>
        <w:tc>
          <w:tcPr>
            <w:tcW w:type="dxa" w:w="508"/>
          </w:tcPr>
          <w:p>
            <w:r>
              <w:t>25</w:t>
            </w:r>
          </w:p>
        </w:tc>
        <w:tc>
          <w:tcPr>
            <w:tcW w:type="dxa" w:w="508"/>
          </w:tcPr>
          <w:p>
            <w:r>
              <w:t>380</w:t>
            </w:r>
          </w:p>
        </w:tc>
        <w:tc>
          <w:tcPr>
            <w:tcW w:type="dxa" w:w="508"/>
          </w:tcPr>
          <w:p>
            <w:r>
              <w:t>381.7</w:t>
            </w:r>
          </w:p>
        </w:tc>
        <w:tc>
          <w:tcPr>
            <w:tcW w:type="dxa" w:w="508"/>
          </w:tcPr>
          <w:p>
            <w:r>
              <w:t>405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3</w:t>
            </w:r>
          </w:p>
        </w:tc>
        <w:tc>
          <w:tcPr>
            <w:tcW w:type="dxa" w:w="508"/>
          </w:tcPr>
          <w:p>
            <w:r>
              <w:t>2124401026</w:t>
            </w:r>
          </w:p>
        </w:tc>
        <w:tc>
          <w:tcPr>
            <w:tcW w:type="dxa" w:w="508"/>
          </w:tcPr>
          <w:p>
            <w:r>
              <w:t>霍文轩</w:t>
            </w:r>
          </w:p>
        </w:tc>
        <w:tc>
          <w:tcPr>
            <w:tcW w:type="dxa" w:w="508"/>
          </w:tcPr>
          <w:p>
            <w:r>
              <w:t>女</w:t>
            </w:r>
          </w:p>
        </w:tc>
        <w:tc>
          <w:tcPr>
            <w:tcW w:type="dxa" w:w="508"/>
          </w:tcPr>
          <w:p>
            <w:r>
              <w:t>能源与动力工程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15</w:t>
            </w:r>
          </w:p>
        </w:tc>
        <w:tc>
          <w:tcPr>
            <w:tcW w:type="dxa" w:w="508"/>
          </w:tcPr>
          <w:p>
            <w:r>
              <w:t>第十七届全国大学生节能减排社会实践与科技竞赛三等奖（国三，排1）</w:t>
            </w:r>
          </w:p>
        </w:tc>
        <w:tc>
          <w:tcPr>
            <w:tcW w:type="dxa" w:w="508"/>
          </w:tcPr>
          <w:p>
            <w:r>
              <w:t>25</w:t>
            </w:r>
          </w:p>
        </w:tc>
        <w:tc>
          <w:tcPr>
            <w:tcW w:type="dxa" w:w="508"/>
          </w:tcPr>
          <w:p>
            <w:r>
              <w:t>380</w:t>
            </w:r>
          </w:p>
        </w:tc>
        <w:tc>
          <w:tcPr>
            <w:tcW w:type="dxa" w:w="508"/>
          </w:tcPr>
          <w:p>
            <w:r>
              <w:t>381.1</w:t>
            </w:r>
          </w:p>
        </w:tc>
        <w:tc>
          <w:tcPr>
            <w:tcW w:type="dxa" w:w="508"/>
          </w:tcPr>
          <w:p>
            <w:r>
              <w:t>405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4</w:t>
            </w:r>
          </w:p>
        </w:tc>
        <w:tc>
          <w:tcPr>
            <w:tcW w:type="dxa" w:w="508"/>
          </w:tcPr>
          <w:p>
            <w:r>
              <w:t>2147405027</w:t>
            </w:r>
          </w:p>
        </w:tc>
        <w:tc>
          <w:tcPr>
            <w:tcW w:type="dxa" w:w="508"/>
          </w:tcPr>
          <w:p>
            <w:r>
              <w:t>郭子炎</w:t>
            </w:r>
          </w:p>
        </w:tc>
        <w:tc>
          <w:tcPr>
            <w:tcW w:type="dxa" w:w="508"/>
          </w:tcPr>
          <w:p>
            <w:r>
              <w:t>男</w:t>
            </w:r>
          </w:p>
        </w:tc>
        <w:tc>
          <w:tcPr>
            <w:tcW w:type="dxa" w:w="508"/>
          </w:tcPr>
          <w:p>
            <w:r>
              <w:t>能源与动力工程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15</w:t>
            </w:r>
          </w:p>
        </w:tc>
        <w:tc>
          <w:tcPr>
            <w:tcW w:type="dxa" w:w="508"/>
          </w:tcPr>
          <w:p>
            <w:r>
              <w:t>“建行杯”第十六届全国大学生节能减排社会实践与科技竞赛三等奖（国三，排2）</w:t>
            </w:r>
          </w:p>
        </w:tc>
        <w:tc>
          <w:tcPr>
            <w:tcW w:type="dxa" w:w="508"/>
          </w:tcPr>
          <w:p>
            <w:r>
              <w:t>25</w:t>
            </w:r>
          </w:p>
        </w:tc>
        <w:tc>
          <w:tcPr>
            <w:tcW w:type="dxa" w:w="508"/>
          </w:tcPr>
          <w:p>
            <w:r>
              <w:t>380</w:t>
            </w:r>
          </w:p>
        </w:tc>
        <w:tc>
          <w:tcPr>
            <w:tcW w:type="dxa" w:w="508"/>
          </w:tcPr>
          <w:p>
            <w:r>
              <w:t>379.2</w:t>
            </w:r>
          </w:p>
        </w:tc>
        <w:tc>
          <w:tcPr>
            <w:tcW w:type="dxa" w:w="508"/>
          </w:tcPr>
          <w:p>
            <w:r>
              <w:t>405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5</w:t>
            </w:r>
          </w:p>
        </w:tc>
        <w:tc>
          <w:tcPr>
            <w:tcW w:type="dxa" w:w="508"/>
          </w:tcPr>
          <w:p>
            <w:r>
              <w:t>2124401042</w:t>
            </w:r>
          </w:p>
        </w:tc>
        <w:tc>
          <w:tcPr>
            <w:tcW w:type="dxa" w:w="508"/>
          </w:tcPr>
          <w:p>
            <w:r>
              <w:t>路知遥</w:t>
            </w:r>
          </w:p>
        </w:tc>
        <w:tc>
          <w:tcPr>
            <w:tcW w:type="dxa" w:w="508"/>
          </w:tcPr>
          <w:p>
            <w:r>
              <w:t>男</w:t>
            </w:r>
          </w:p>
        </w:tc>
        <w:tc>
          <w:tcPr>
            <w:tcW w:type="dxa" w:w="508"/>
          </w:tcPr>
          <w:p>
            <w:r>
              <w:t>能源与动力工程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15</w:t>
            </w:r>
          </w:p>
        </w:tc>
        <w:tc>
          <w:tcPr>
            <w:tcW w:type="dxa" w:w="508"/>
          </w:tcPr>
          <w:p>
            <w:r>
              <w:t>第十七届全国大学生节能减排社会实践与科技竞赛三等奖（国三，排1）</w:t>
            </w:r>
          </w:p>
        </w:tc>
        <w:tc>
          <w:tcPr>
            <w:tcW w:type="dxa" w:w="508"/>
          </w:tcPr>
          <w:p>
            <w:r>
              <w:t>25</w:t>
            </w:r>
          </w:p>
        </w:tc>
        <w:tc>
          <w:tcPr>
            <w:tcW w:type="dxa" w:w="508"/>
          </w:tcPr>
          <w:p>
            <w:r>
              <w:t>360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385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6</w:t>
            </w:r>
          </w:p>
        </w:tc>
        <w:tc>
          <w:tcPr>
            <w:tcW w:type="dxa" w:w="508"/>
          </w:tcPr>
          <w:p>
            <w:r>
              <w:t>2124402001</w:t>
            </w:r>
          </w:p>
        </w:tc>
        <w:tc>
          <w:tcPr>
            <w:tcW w:type="dxa" w:w="508"/>
          </w:tcPr>
          <w:p>
            <w:r>
              <w:t>陈柯伽</w:t>
            </w:r>
          </w:p>
        </w:tc>
        <w:tc>
          <w:tcPr>
            <w:tcW w:type="dxa" w:w="508"/>
          </w:tcPr>
          <w:p>
            <w:r>
              <w:t>女</w:t>
            </w:r>
          </w:p>
        </w:tc>
        <w:tc>
          <w:tcPr>
            <w:tcW w:type="dxa" w:w="508"/>
          </w:tcPr>
          <w:p>
            <w:r>
              <w:t>新能源材料与器件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5</w:t>
            </w:r>
          </w:p>
        </w:tc>
        <w:tc>
          <w:tcPr>
            <w:tcW w:type="dxa" w:w="508"/>
          </w:tcPr>
          <w:p>
            <w:r>
              <w:t>2023年获得第九届江苏省互联网+大学生创新创业大赛三等奖（省三，排1）</w:t>
            </w:r>
          </w:p>
        </w:tc>
        <w:tc>
          <w:tcPr>
            <w:tcW w:type="dxa" w:w="508"/>
          </w:tcPr>
          <w:p>
            <w:r>
              <w:t>15</w:t>
            </w:r>
          </w:p>
        </w:tc>
        <w:tc>
          <w:tcPr>
            <w:tcW w:type="dxa" w:w="508"/>
          </w:tcPr>
          <w:p>
            <w:r>
              <w:t>390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405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7</w:t>
            </w:r>
          </w:p>
        </w:tc>
        <w:tc>
          <w:tcPr>
            <w:tcW w:type="dxa" w:w="508"/>
          </w:tcPr>
          <w:p>
            <w:r>
              <w:t>2124402024</w:t>
            </w:r>
          </w:p>
        </w:tc>
        <w:tc>
          <w:tcPr>
            <w:tcW w:type="dxa" w:w="508"/>
          </w:tcPr>
          <w:p>
            <w:r>
              <w:t>代宏锦</w:t>
            </w:r>
          </w:p>
        </w:tc>
        <w:tc>
          <w:tcPr>
            <w:tcW w:type="dxa" w:w="508"/>
          </w:tcPr>
          <w:p>
            <w:r>
              <w:t>女</w:t>
            </w:r>
          </w:p>
        </w:tc>
        <w:tc>
          <w:tcPr>
            <w:tcW w:type="dxa" w:w="508"/>
          </w:tcPr>
          <w:p>
            <w:r>
              <w:t>新能源材料与器件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15</w:t>
            </w:r>
          </w:p>
        </w:tc>
        <w:tc>
          <w:tcPr>
            <w:tcW w:type="dxa" w:w="508"/>
          </w:tcPr>
          <w:p>
            <w:r>
              <w:t>在3区学术期刊2D Materials上以第一作者发表一篇学术论文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25</w:t>
            </w:r>
          </w:p>
        </w:tc>
        <w:tc>
          <w:tcPr>
            <w:tcW w:type="dxa" w:w="508"/>
          </w:tcPr>
          <w:p>
            <w:r>
              <w:t>380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405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9</w:t>
            </w:r>
          </w:p>
        </w:tc>
        <w:tc>
          <w:tcPr>
            <w:tcW w:type="dxa" w:w="508"/>
          </w:tcPr>
          <w:p>
            <w:r>
              <w:t>2124402031</w:t>
            </w:r>
          </w:p>
        </w:tc>
        <w:tc>
          <w:tcPr>
            <w:tcW w:type="dxa" w:w="508"/>
          </w:tcPr>
          <w:p>
            <w:r>
              <w:t>张建华</w:t>
            </w:r>
          </w:p>
        </w:tc>
        <w:tc>
          <w:tcPr>
            <w:tcW w:type="dxa" w:w="508"/>
          </w:tcPr>
          <w:p>
            <w:r>
              <w:t>男</w:t>
            </w:r>
          </w:p>
        </w:tc>
        <w:tc>
          <w:tcPr>
            <w:tcW w:type="dxa" w:w="508"/>
          </w:tcPr>
          <w:p>
            <w:r>
              <w:t>新能源材料与器件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380</w:t>
            </w:r>
          </w:p>
        </w:tc>
        <w:tc>
          <w:tcPr>
            <w:tcW w:type="dxa" w:w="508"/>
          </w:tcPr>
          <w:p>
            <w:r>
              <w:t>380.5</w:t>
            </w:r>
          </w:p>
        </w:tc>
        <w:tc>
          <w:tcPr>
            <w:tcW w:type="dxa" w:w="508"/>
          </w:tcPr>
          <w:p>
            <w:r>
              <w:t>390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8</w:t>
            </w:r>
          </w:p>
        </w:tc>
        <w:tc>
          <w:tcPr>
            <w:tcW w:type="dxa" w:w="508"/>
          </w:tcPr>
          <w:p>
            <w:r>
              <w:t>2124402013</w:t>
            </w:r>
          </w:p>
        </w:tc>
        <w:tc>
          <w:tcPr>
            <w:tcW w:type="dxa" w:w="508"/>
          </w:tcPr>
          <w:p>
            <w:r>
              <w:t>时晓宇</w:t>
            </w:r>
          </w:p>
        </w:tc>
        <w:tc>
          <w:tcPr>
            <w:tcW w:type="dxa" w:w="508"/>
          </w:tcPr>
          <w:p>
            <w:r>
              <w:t>女</w:t>
            </w:r>
          </w:p>
        </w:tc>
        <w:tc>
          <w:tcPr>
            <w:tcW w:type="dxa" w:w="508"/>
          </w:tcPr>
          <w:p>
            <w:r>
              <w:t>新能源材料与器件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380</w:t>
            </w:r>
          </w:p>
        </w:tc>
        <w:tc>
          <w:tcPr>
            <w:tcW w:type="dxa" w:w="508"/>
          </w:tcPr>
          <w:p>
            <w:r>
              <w:t>379.0</w:t>
            </w:r>
          </w:p>
        </w:tc>
        <w:tc>
          <w:tcPr>
            <w:tcW w:type="dxa" w:w="508"/>
          </w:tcPr>
          <w:p>
            <w:r>
              <w:t>390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2124402020</w:t>
            </w:r>
          </w:p>
        </w:tc>
        <w:tc>
          <w:tcPr>
            <w:tcW w:type="dxa" w:w="508"/>
          </w:tcPr>
          <w:p>
            <w:r>
              <w:t>陈小串</w:t>
            </w:r>
          </w:p>
        </w:tc>
        <w:tc>
          <w:tcPr>
            <w:tcW w:type="dxa" w:w="508"/>
          </w:tcPr>
          <w:p>
            <w:r>
              <w:t>女</w:t>
            </w:r>
          </w:p>
        </w:tc>
        <w:tc>
          <w:tcPr>
            <w:tcW w:type="dxa" w:w="508"/>
          </w:tcPr>
          <w:p>
            <w:r>
              <w:t>新能源材料与器件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370</w:t>
            </w:r>
          </w:p>
        </w:tc>
        <w:tc>
          <w:tcPr>
            <w:tcW w:type="dxa" w:w="508"/>
          </w:tcPr>
          <w:p>
            <w:r>
              <w:t>373.6</w:t>
            </w:r>
          </w:p>
        </w:tc>
        <w:tc>
          <w:tcPr>
            <w:tcW w:type="dxa" w:w="508"/>
          </w:tcPr>
          <w:p>
            <w:r>
              <w:t>380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11</w:t>
            </w:r>
          </w:p>
        </w:tc>
        <w:tc>
          <w:tcPr>
            <w:tcW w:type="dxa" w:w="508"/>
          </w:tcPr>
          <w:p>
            <w:r>
              <w:t>2124402029</w:t>
            </w:r>
          </w:p>
        </w:tc>
        <w:tc>
          <w:tcPr>
            <w:tcW w:type="dxa" w:w="508"/>
          </w:tcPr>
          <w:p>
            <w:r>
              <w:t>朱加文</w:t>
            </w:r>
          </w:p>
        </w:tc>
        <w:tc>
          <w:tcPr>
            <w:tcW w:type="dxa" w:w="508"/>
          </w:tcPr>
          <w:p>
            <w:r>
              <w:t>男</w:t>
            </w:r>
          </w:p>
        </w:tc>
        <w:tc>
          <w:tcPr>
            <w:tcW w:type="dxa" w:w="508"/>
          </w:tcPr>
          <w:p>
            <w:r>
              <w:t>新能源材料与器件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370</w:t>
            </w:r>
          </w:p>
        </w:tc>
        <w:tc>
          <w:tcPr>
            <w:tcW w:type="dxa" w:w="508"/>
          </w:tcPr>
          <w:p>
            <w:r>
              <w:t>368.2</w:t>
            </w:r>
          </w:p>
        </w:tc>
        <w:tc>
          <w:tcPr>
            <w:tcW w:type="dxa" w:w="508"/>
          </w:tcPr>
          <w:p>
            <w:r>
              <w:t>380</w:t>
            </w:r>
          </w:p>
        </w:tc>
        <w:tc>
          <w:tcPr>
            <w:tcW w:type="dxa" w:w="508"/>
          </w:tcPr>
          <w:p>
            <w:r>
              <w:t>候补1</w:t>
            </w:r>
          </w:p>
        </w:tc>
      </w:tr>
      <w:tr>
        <w:tc>
          <w:tcPr>
            <w:tcW w:type="dxa" w:w="508"/>
          </w:tcPr>
          <w:p>
            <w:r>
              <w:t>12</w:t>
            </w:r>
          </w:p>
        </w:tc>
        <w:tc>
          <w:tcPr>
            <w:tcW w:type="dxa" w:w="508"/>
          </w:tcPr>
          <w:p>
            <w:r>
              <w:t>2124503005</w:t>
            </w:r>
          </w:p>
        </w:tc>
        <w:tc>
          <w:tcPr>
            <w:tcW w:type="dxa" w:w="508"/>
          </w:tcPr>
          <w:p>
            <w:r>
              <w:t>范芯丹</w:t>
            </w:r>
          </w:p>
        </w:tc>
        <w:tc>
          <w:tcPr>
            <w:tcW w:type="dxa" w:w="508"/>
          </w:tcPr>
          <w:p>
            <w:r>
              <w:t>女</w:t>
            </w:r>
          </w:p>
        </w:tc>
        <w:tc>
          <w:tcPr>
            <w:tcW w:type="dxa" w:w="508"/>
          </w:tcPr>
          <w:p>
            <w:r>
              <w:t>新能源材料与器件（中外合作办学项目）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</w:t>
            </w:r>
          </w:p>
        </w:tc>
        <w:tc>
          <w:tcPr>
            <w:tcW w:type="dxa" w:w="508"/>
          </w:tcPr>
          <w:p>
            <w:r>
              <w:t>在其它学术期刊，以第一作者发表自然科学学术论文，论文篇幅不少于3个版面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15</w:t>
            </w:r>
          </w:p>
        </w:tc>
        <w:tc>
          <w:tcPr>
            <w:tcW w:type="dxa" w:w="508"/>
          </w:tcPr>
          <w:p>
            <w:r>
              <w:t>390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405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13</w:t>
            </w:r>
          </w:p>
        </w:tc>
        <w:tc>
          <w:tcPr>
            <w:tcW w:type="dxa" w:w="508"/>
          </w:tcPr>
          <w:p>
            <w:r>
              <w:t>2124503029</w:t>
            </w:r>
          </w:p>
        </w:tc>
        <w:tc>
          <w:tcPr>
            <w:tcW w:type="dxa" w:w="508"/>
          </w:tcPr>
          <w:p>
            <w:r>
              <w:t>陈瑾</w:t>
            </w:r>
          </w:p>
        </w:tc>
        <w:tc>
          <w:tcPr>
            <w:tcW w:type="dxa" w:w="508"/>
          </w:tcPr>
          <w:p>
            <w:r>
              <w:t>女</w:t>
            </w:r>
          </w:p>
        </w:tc>
        <w:tc>
          <w:tcPr>
            <w:tcW w:type="dxa" w:w="508"/>
          </w:tcPr>
          <w:p>
            <w:r>
              <w:t>新能源材料与器件（中外合作办学项目）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15</w:t>
            </w:r>
          </w:p>
        </w:tc>
        <w:tc>
          <w:tcPr>
            <w:tcW w:type="dxa" w:w="508"/>
          </w:tcPr>
          <w:p>
            <w:r>
              <w:t>第十七届全国大学生节能减排社会实践与科技竞赛国家三等奖（国三，排1）</w:t>
            </w:r>
          </w:p>
        </w:tc>
        <w:tc>
          <w:tcPr>
            <w:tcW w:type="dxa" w:w="508"/>
          </w:tcPr>
          <w:p>
            <w:r>
              <w:t>25</w:t>
            </w:r>
          </w:p>
        </w:tc>
        <w:tc>
          <w:tcPr>
            <w:tcW w:type="dxa" w:w="508"/>
          </w:tcPr>
          <w:p>
            <w:r>
              <w:t>380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405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14</w:t>
            </w:r>
          </w:p>
        </w:tc>
        <w:tc>
          <w:tcPr>
            <w:tcW w:type="dxa" w:w="508"/>
          </w:tcPr>
          <w:p>
            <w:r>
              <w:t>2124503006</w:t>
            </w:r>
          </w:p>
        </w:tc>
        <w:tc>
          <w:tcPr>
            <w:tcW w:type="dxa" w:w="508"/>
          </w:tcPr>
          <w:p>
            <w:r>
              <w:t>董源</w:t>
            </w:r>
          </w:p>
        </w:tc>
        <w:tc>
          <w:tcPr>
            <w:tcW w:type="dxa" w:w="508"/>
          </w:tcPr>
          <w:p>
            <w:r>
              <w:t>女</w:t>
            </w:r>
          </w:p>
        </w:tc>
        <w:tc>
          <w:tcPr>
            <w:tcW w:type="dxa" w:w="508"/>
          </w:tcPr>
          <w:p>
            <w:r>
              <w:t>新能源材料与器件（中外合作办学项目）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25</w:t>
            </w:r>
          </w:p>
        </w:tc>
        <w:tc>
          <w:tcPr>
            <w:tcW w:type="dxa" w:w="508"/>
          </w:tcPr>
          <w:p>
            <w:r>
              <w:t>在1区学术期刊，以第一作者发表学术论文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35</w:t>
            </w:r>
          </w:p>
        </w:tc>
        <w:tc>
          <w:tcPr>
            <w:tcW w:type="dxa" w:w="508"/>
          </w:tcPr>
          <w:p>
            <w:r>
              <w:t>370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405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15</w:t>
            </w:r>
          </w:p>
        </w:tc>
        <w:tc>
          <w:tcPr>
            <w:tcW w:type="dxa" w:w="508"/>
          </w:tcPr>
          <w:p>
            <w:r>
              <w:t>2124503031</w:t>
            </w:r>
          </w:p>
        </w:tc>
        <w:tc>
          <w:tcPr>
            <w:tcW w:type="dxa" w:w="508"/>
          </w:tcPr>
          <w:p>
            <w:r>
              <w:t>陈宇</w:t>
            </w:r>
          </w:p>
        </w:tc>
        <w:tc>
          <w:tcPr>
            <w:tcW w:type="dxa" w:w="508"/>
          </w:tcPr>
          <w:p>
            <w:r>
              <w:t>男</w:t>
            </w:r>
          </w:p>
        </w:tc>
        <w:tc>
          <w:tcPr>
            <w:tcW w:type="dxa" w:w="508"/>
          </w:tcPr>
          <w:p>
            <w:r>
              <w:t>新能源材料与器件（中外合作办学项目）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390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400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16</w:t>
            </w:r>
          </w:p>
        </w:tc>
        <w:tc>
          <w:tcPr>
            <w:tcW w:type="dxa" w:w="508"/>
          </w:tcPr>
          <w:p>
            <w:r>
              <w:t>2124503043</w:t>
            </w:r>
          </w:p>
        </w:tc>
        <w:tc>
          <w:tcPr>
            <w:tcW w:type="dxa" w:w="508"/>
          </w:tcPr>
          <w:p>
            <w:r>
              <w:t>张华博</w:t>
            </w:r>
          </w:p>
        </w:tc>
        <w:tc>
          <w:tcPr>
            <w:tcW w:type="dxa" w:w="508"/>
          </w:tcPr>
          <w:p>
            <w:r>
              <w:t>男</w:t>
            </w:r>
          </w:p>
        </w:tc>
        <w:tc>
          <w:tcPr>
            <w:tcW w:type="dxa" w:w="508"/>
          </w:tcPr>
          <w:p>
            <w:r>
              <w:t>新能源材料与器件（中外合作办学项目）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5</w:t>
            </w:r>
          </w:p>
        </w:tc>
        <w:tc>
          <w:tcPr>
            <w:tcW w:type="dxa" w:w="508"/>
          </w:tcPr>
          <w:p>
            <w:r>
              <w:t>23年国家级大创，主持人，中期验收合格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15</w:t>
            </w:r>
          </w:p>
        </w:tc>
        <w:tc>
          <w:tcPr>
            <w:tcW w:type="dxa" w:w="508"/>
          </w:tcPr>
          <w:p>
            <w:r>
              <w:t>380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395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17</w:t>
            </w:r>
          </w:p>
        </w:tc>
        <w:tc>
          <w:tcPr>
            <w:tcW w:type="dxa" w:w="508"/>
          </w:tcPr>
          <w:p>
            <w:r>
              <w:t>2124503060</w:t>
            </w:r>
          </w:p>
        </w:tc>
        <w:tc>
          <w:tcPr>
            <w:tcW w:type="dxa" w:w="508"/>
          </w:tcPr>
          <w:p>
            <w:r>
              <w:t>邵宇睿</w:t>
            </w:r>
          </w:p>
        </w:tc>
        <w:tc>
          <w:tcPr>
            <w:tcW w:type="dxa" w:w="508"/>
          </w:tcPr>
          <w:p>
            <w:r>
              <w:t>男</w:t>
            </w:r>
          </w:p>
        </w:tc>
        <w:tc>
          <w:tcPr>
            <w:tcW w:type="dxa" w:w="508"/>
          </w:tcPr>
          <w:p>
            <w:r>
              <w:t>新能源材料与器件（中外合作办学项目）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25</w:t>
            </w:r>
          </w:p>
        </w:tc>
        <w:tc>
          <w:tcPr>
            <w:tcW w:type="dxa" w:w="508"/>
          </w:tcPr>
          <w:p>
            <w:r>
              <w:t>在Inorganic Chemistry Frontiers（IF=6.1 SCI一区）期刊上以第一作者发表一篇论文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35</w:t>
            </w:r>
          </w:p>
        </w:tc>
        <w:tc>
          <w:tcPr>
            <w:tcW w:type="dxa" w:w="508"/>
          </w:tcPr>
          <w:p>
            <w:r>
              <w:t>360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395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18</w:t>
            </w:r>
          </w:p>
        </w:tc>
        <w:tc>
          <w:tcPr>
            <w:tcW w:type="dxa" w:w="508"/>
          </w:tcPr>
          <w:p>
            <w:r>
              <w:t>2124503025</w:t>
            </w:r>
          </w:p>
        </w:tc>
        <w:tc>
          <w:tcPr>
            <w:tcW w:type="dxa" w:w="508"/>
          </w:tcPr>
          <w:p>
            <w:r>
              <w:t>周凡茗</w:t>
            </w:r>
          </w:p>
        </w:tc>
        <w:tc>
          <w:tcPr>
            <w:tcW w:type="dxa" w:w="508"/>
          </w:tcPr>
          <w:p>
            <w:r>
              <w:t>男</w:t>
            </w:r>
          </w:p>
        </w:tc>
        <w:tc>
          <w:tcPr>
            <w:tcW w:type="dxa" w:w="508"/>
          </w:tcPr>
          <w:p>
            <w:r>
              <w:t>新能源材料与器件（中外合作办学项目）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380</w:t>
            </w:r>
          </w:p>
        </w:tc>
        <w:tc>
          <w:tcPr>
            <w:tcW w:type="dxa" w:w="508"/>
          </w:tcPr>
          <w:p>
            <w:r>
              <w:t>385.0</w:t>
            </w:r>
          </w:p>
        </w:tc>
        <w:tc>
          <w:tcPr>
            <w:tcW w:type="dxa" w:w="508"/>
          </w:tcPr>
          <w:p>
            <w:r>
              <w:t>390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19</w:t>
            </w:r>
          </w:p>
        </w:tc>
        <w:tc>
          <w:tcPr>
            <w:tcW w:type="dxa" w:w="508"/>
          </w:tcPr>
          <w:p>
            <w:r>
              <w:t>2124503066</w:t>
            </w:r>
          </w:p>
        </w:tc>
        <w:tc>
          <w:tcPr>
            <w:tcW w:type="dxa" w:w="508"/>
          </w:tcPr>
          <w:p>
            <w:r>
              <w:t>习江月</w:t>
            </w:r>
          </w:p>
        </w:tc>
        <w:tc>
          <w:tcPr>
            <w:tcW w:type="dxa" w:w="508"/>
          </w:tcPr>
          <w:p>
            <w:r>
              <w:t>女</w:t>
            </w:r>
          </w:p>
        </w:tc>
        <w:tc>
          <w:tcPr>
            <w:tcW w:type="dxa" w:w="508"/>
          </w:tcPr>
          <w:p>
            <w:r>
              <w:t>新能源材料与器件（中外合作办学项目）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380</w:t>
            </w:r>
          </w:p>
        </w:tc>
        <w:tc>
          <w:tcPr>
            <w:tcW w:type="dxa" w:w="508"/>
          </w:tcPr>
          <w:p>
            <w:r>
              <w:t>384.9</w:t>
            </w:r>
          </w:p>
        </w:tc>
        <w:tc>
          <w:tcPr>
            <w:tcW w:type="dxa" w:w="508"/>
          </w:tcPr>
          <w:p>
            <w:r>
              <w:t>390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20</w:t>
            </w:r>
          </w:p>
        </w:tc>
        <w:tc>
          <w:tcPr>
            <w:tcW w:type="dxa" w:w="508"/>
          </w:tcPr>
          <w:p>
            <w:r>
              <w:t>2124503044</w:t>
            </w:r>
          </w:p>
        </w:tc>
        <w:tc>
          <w:tcPr>
            <w:tcW w:type="dxa" w:w="508"/>
          </w:tcPr>
          <w:p>
            <w:r>
              <w:t>杨逸文</w:t>
            </w:r>
          </w:p>
        </w:tc>
        <w:tc>
          <w:tcPr>
            <w:tcW w:type="dxa" w:w="508"/>
          </w:tcPr>
          <w:p>
            <w:r>
              <w:t>男</w:t>
            </w:r>
          </w:p>
        </w:tc>
        <w:tc>
          <w:tcPr>
            <w:tcW w:type="dxa" w:w="508"/>
          </w:tcPr>
          <w:p>
            <w:r>
              <w:t>新能源材料与器件（中外合作办学项目）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370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380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  <w:tr>
        <w:tc>
          <w:tcPr>
            <w:tcW w:type="dxa" w:w="508"/>
          </w:tcPr>
          <w:p>
            <w:r>
              <w:t>21</w:t>
            </w:r>
          </w:p>
        </w:tc>
        <w:tc>
          <w:tcPr>
            <w:tcW w:type="dxa" w:w="508"/>
          </w:tcPr>
          <w:p>
            <w:r>
              <w:t>2124503048</w:t>
            </w:r>
          </w:p>
        </w:tc>
        <w:tc>
          <w:tcPr>
            <w:tcW w:type="dxa" w:w="508"/>
          </w:tcPr>
          <w:p>
            <w:r>
              <w:t>陈子昂</w:t>
            </w:r>
          </w:p>
        </w:tc>
        <w:tc>
          <w:tcPr>
            <w:tcW w:type="dxa" w:w="508"/>
          </w:tcPr>
          <w:p>
            <w:r>
              <w:t>男</w:t>
            </w:r>
          </w:p>
        </w:tc>
        <w:tc>
          <w:tcPr>
            <w:tcW w:type="dxa" w:w="508"/>
          </w:tcPr>
          <w:p>
            <w:r>
              <w:t>新能源材料与器件（中外合作办学项目）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10</w:t>
            </w:r>
          </w:p>
        </w:tc>
        <w:tc>
          <w:tcPr>
            <w:tcW w:type="dxa" w:w="508"/>
          </w:tcPr>
          <w:p>
            <w:r>
              <w:t>360</w:t>
            </w:r>
          </w:p>
        </w:tc>
        <w:tc>
          <w:tcPr>
            <w:tcW w:type="dxa" w:w="508"/>
          </w:tcPr>
          <w:p>
            <w:r/>
          </w:p>
        </w:tc>
        <w:tc>
          <w:tcPr>
            <w:tcW w:type="dxa" w:w="508"/>
          </w:tcPr>
          <w:p>
            <w:r>
              <w:t>370</w:t>
            </w:r>
          </w:p>
        </w:tc>
        <w:tc>
          <w:tcPr>
            <w:tcW w:type="dxa" w:w="508"/>
          </w:tcPr>
          <w:p>
            <w:r>
              <w:t>是</w:t>
            </w:r>
          </w:p>
        </w:tc>
      </w:tr>
    </w:tbl>
    <w:p>
      <w:r>
        <w:t>**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  <w:gridCol w:w="785"/>
      </w:tblGrid>
      <w:tr>
        <w:tc>
          <w:tcPr>
            <w:tcW w:type="dxa" w:w="785"/>
          </w:tcPr>
          <w:p>
            <w:r>
              <w:t>能源学院推荐2025年优秀应届本科毕业生免试攻读研究生综合评价总分及初选名单（补偿计划）</w:t>
            </w:r>
          </w:p>
        </w:tc>
        <w:tc>
          <w:tcPr>
            <w:tcW w:type="dxa" w:w="785"/>
          </w:tcPr>
          <w:p/>
        </w:tc>
        <w:tc>
          <w:tcPr>
            <w:tcW w:type="dxa" w:w="785"/>
          </w:tcPr>
          <w:p/>
        </w:tc>
        <w:tc>
          <w:tcPr>
            <w:tcW w:type="dxa" w:w="785"/>
          </w:tcPr>
          <w:p/>
        </w:tc>
        <w:tc>
          <w:tcPr>
            <w:tcW w:type="dxa" w:w="785"/>
          </w:tcPr>
          <w:p/>
        </w:tc>
        <w:tc>
          <w:tcPr>
            <w:tcW w:type="dxa" w:w="785"/>
          </w:tcPr>
          <w:p/>
        </w:tc>
        <w:tc>
          <w:tcPr>
            <w:tcW w:type="dxa" w:w="785"/>
          </w:tcPr>
          <w:p/>
        </w:tc>
        <w:tc>
          <w:tcPr>
            <w:tcW w:type="dxa" w:w="785"/>
          </w:tcPr>
          <w:p/>
        </w:tc>
        <w:tc>
          <w:tcPr>
            <w:tcW w:type="dxa" w:w="785"/>
          </w:tcPr>
          <w:p/>
        </w:tc>
        <w:tc>
          <w:tcPr>
            <w:tcW w:type="dxa" w:w="785"/>
          </w:tcPr>
          <w:p/>
        </w:tc>
        <w:tc>
          <w:tcPr>
            <w:tcW w:type="dxa" w:w="785"/>
          </w:tcPr>
          <w:p/>
        </w:tc>
      </w:tr>
      <w:tr>
        <w:tc>
          <w:tcPr>
            <w:tcW w:type="dxa" w:w="785"/>
          </w:tcPr>
          <w:p>
            <w:r>
              <w:t>序号</w:t>
            </w:r>
          </w:p>
        </w:tc>
        <w:tc>
          <w:tcPr>
            <w:tcW w:type="dxa" w:w="785"/>
          </w:tcPr>
          <w:p>
            <w:r>
              <w:t>学号</w:t>
            </w:r>
          </w:p>
        </w:tc>
        <w:tc>
          <w:tcPr>
            <w:tcW w:type="dxa" w:w="785"/>
          </w:tcPr>
          <w:p>
            <w:r>
              <w:t>姓名</w:t>
            </w:r>
          </w:p>
        </w:tc>
        <w:tc>
          <w:tcPr>
            <w:tcW w:type="dxa" w:w="785"/>
          </w:tcPr>
          <w:p>
            <w:r>
              <w:t>参军入伍</w:t>
            </w:r>
          </w:p>
        </w:tc>
        <w:tc>
          <w:tcPr>
            <w:tcW w:type="dxa" w:w="785"/>
          </w:tcPr>
          <w:p>
            <w:r>
              <w:t>志愿服务</w:t>
            </w:r>
          </w:p>
        </w:tc>
        <w:tc>
          <w:tcPr>
            <w:tcW w:type="dxa" w:w="785"/>
          </w:tcPr>
          <w:p>
            <w:r>
              <w:t>国际组织</w:t>
            </w:r>
          </w:p>
        </w:tc>
        <w:tc>
          <w:tcPr>
            <w:tcW w:type="dxa" w:w="785"/>
          </w:tcPr>
          <w:p>
            <w:r>
              <w:t>科研成果得分</w:t>
            </w:r>
          </w:p>
        </w:tc>
        <w:tc>
          <w:tcPr>
            <w:tcW w:type="dxa" w:w="785"/>
          </w:tcPr>
          <w:p>
            <w:r>
              <w:t>综合分</w:t>
            </w:r>
          </w:p>
        </w:tc>
        <w:tc>
          <w:tcPr>
            <w:tcW w:type="dxa" w:w="785"/>
          </w:tcPr>
          <w:p>
            <w:r>
              <w:t>GPA＊100</w:t>
            </w:r>
          </w:p>
        </w:tc>
        <w:tc>
          <w:tcPr>
            <w:tcW w:type="dxa" w:w="785"/>
          </w:tcPr>
          <w:p>
            <w:r>
              <w:t>GPA保留3位*100</w:t>
            </w:r>
          </w:p>
        </w:tc>
        <w:tc>
          <w:tcPr>
            <w:tcW w:type="dxa" w:w="785"/>
          </w:tcPr>
          <w:p>
            <w:r>
              <w:t>是否入选</w:t>
            </w:r>
          </w:p>
        </w:tc>
      </w:tr>
      <w:tr>
        <w:tc>
          <w:tcPr>
            <w:tcW w:type="dxa" w:w="785"/>
          </w:tcPr>
          <w:p>
            <w:r>
              <w:t>1</w:t>
            </w:r>
          </w:p>
        </w:tc>
        <w:tc>
          <w:tcPr>
            <w:tcW w:type="dxa" w:w="785"/>
          </w:tcPr>
          <w:p>
            <w:r>
              <w:t>2124503021</w:t>
            </w:r>
          </w:p>
        </w:tc>
        <w:tc>
          <w:tcPr>
            <w:tcW w:type="dxa" w:w="785"/>
          </w:tcPr>
          <w:p>
            <w:r>
              <w:t>费安南</w:t>
            </w:r>
          </w:p>
        </w:tc>
        <w:tc>
          <w:tcPr>
            <w:tcW w:type="dxa" w:w="785"/>
          </w:tcPr>
          <w:p>
            <w:r>
              <w:t>0</w:t>
            </w:r>
          </w:p>
        </w:tc>
        <w:tc>
          <w:tcPr>
            <w:tcW w:type="dxa" w:w="785"/>
          </w:tcPr>
          <w:p>
            <w:r>
              <w:t>10</w:t>
            </w:r>
          </w:p>
        </w:tc>
        <w:tc>
          <w:tcPr>
            <w:tcW w:type="dxa" w:w="785"/>
          </w:tcPr>
          <w:p>
            <w:r>
              <w:t>0</w:t>
            </w:r>
          </w:p>
        </w:tc>
        <w:tc>
          <w:tcPr>
            <w:tcW w:type="dxa" w:w="785"/>
          </w:tcPr>
          <w:p>
            <w:r>
              <w:t>0</w:t>
            </w:r>
          </w:p>
        </w:tc>
        <w:tc>
          <w:tcPr>
            <w:tcW w:type="dxa" w:w="785"/>
          </w:tcPr>
          <w:p>
            <w:r>
              <w:t>10</w:t>
            </w:r>
          </w:p>
        </w:tc>
        <w:tc>
          <w:tcPr>
            <w:tcW w:type="dxa" w:w="785"/>
          </w:tcPr>
          <w:p>
            <w:r>
              <w:t>370</w:t>
            </w:r>
          </w:p>
        </w:tc>
        <w:tc>
          <w:tcPr>
            <w:tcW w:type="dxa" w:w="785"/>
          </w:tcPr>
          <w:p>
            <w:r>
              <w:t>373.04</w:t>
            </w:r>
          </w:p>
        </w:tc>
        <w:tc>
          <w:tcPr>
            <w:tcW w:type="dxa" w:w="785"/>
          </w:tcPr>
          <w:p>
            <w:r>
              <w:t>是</w:t>
            </w:r>
          </w:p>
        </w:tc>
      </w:tr>
      <w:tr>
        <w:tc>
          <w:tcPr>
            <w:tcW w:type="dxa" w:w="785"/>
          </w:tcPr>
          <w:p>
            <w:r>
              <w:t>2</w:t>
            </w:r>
          </w:p>
        </w:tc>
        <w:tc>
          <w:tcPr>
            <w:tcW w:type="dxa" w:w="785"/>
          </w:tcPr>
          <w:p>
            <w:r>
              <w:t>2124503023</w:t>
            </w:r>
          </w:p>
        </w:tc>
        <w:tc>
          <w:tcPr>
            <w:tcW w:type="dxa" w:w="785"/>
          </w:tcPr>
          <w:p>
            <w:r>
              <w:t>林子瑒</w:t>
            </w:r>
          </w:p>
        </w:tc>
        <w:tc>
          <w:tcPr>
            <w:tcW w:type="dxa" w:w="785"/>
          </w:tcPr>
          <w:p>
            <w:r>
              <w:t>0</w:t>
            </w:r>
          </w:p>
        </w:tc>
        <w:tc>
          <w:tcPr>
            <w:tcW w:type="dxa" w:w="785"/>
          </w:tcPr>
          <w:p>
            <w:r>
              <w:t>10</w:t>
            </w:r>
          </w:p>
        </w:tc>
        <w:tc>
          <w:tcPr>
            <w:tcW w:type="dxa" w:w="785"/>
          </w:tcPr>
          <w:p>
            <w:r>
              <w:t>0</w:t>
            </w:r>
          </w:p>
        </w:tc>
        <w:tc>
          <w:tcPr>
            <w:tcW w:type="dxa" w:w="785"/>
          </w:tcPr>
          <w:p>
            <w:r>
              <w:t>0</w:t>
            </w:r>
          </w:p>
        </w:tc>
        <w:tc>
          <w:tcPr>
            <w:tcW w:type="dxa" w:w="785"/>
          </w:tcPr>
          <w:p>
            <w:r>
              <w:t>10</w:t>
            </w:r>
          </w:p>
        </w:tc>
        <w:tc>
          <w:tcPr>
            <w:tcW w:type="dxa" w:w="785"/>
          </w:tcPr>
          <w:p>
            <w:r>
              <w:t>370</w:t>
            </w:r>
          </w:p>
        </w:tc>
        <w:tc>
          <w:tcPr>
            <w:tcW w:type="dxa" w:w="785"/>
          </w:tcPr>
          <w:p>
            <w:r>
              <w:t>365.54</w:t>
            </w:r>
          </w:p>
        </w:tc>
        <w:tc>
          <w:tcPr>
            <w:tcW w:type="dxa" w:w="785"/>
          </w:tcPr>
          <w:p>
            <w:r>
              <w:t>否</w:t>
            </w:r>
          </w:p>
        </w:tc>
      </w:tr>
      <w:tr>
        <w:tc>
          <w:tcPr>
            <w:tcW w:type="dxa" w:w="785"/>
          </w:tcPr>
          <w:p>
            <w:r>
              <w:t>3</w:t>
            </w:r>
          </w:p>
        </w:tc>
        <w:tc>
          <w:tcPr>
            <w:tcW w:type="dxa" w:w="785"/>
          </w:tcPr>
          <w:p>
            <w:r>
              <w:t>2124503051</w:t>
            </w:r>
          </w:p>
        </w:tc>
        <w:tc>
          <w:tcPr>
            <w:tcW w:type="dxa" w:w="785"/>
          </w:tcPr>
          <w:p>
            <w:r>
              <w:t>王星辰</w:t>
            </w:r>
          </w:p>
        </w:tc>
        <w:tc>
          <w:tcPr>
            <w:tcW w:type="dxa" w:w="785"/>
          </w:tcPr>
          <w:p>
            <w:r>
              <w:t>0</w:t>
            </w:r>
          </w:p>
        </w:tc>
        <w:tc>
          <w:tcPr>
            <w:tcW w:type="dxa" w:w="785"/>
          </w:tcPr>
          <w:p>
            <w:r>
              <w:t>10</w:t>
            </w:r>
          </w:p>
        </w:tc>
        <w:tc>
          <w:tcPr>
            <w:tcW w:type="dxa" w:w="785"/>
          </w:tcPr>
          <w:p>
            <w:r>
              <w:t>0</w:t>
            </w:r>
          </w:p>
        </w:tc>
        <w:tc>
          <w:tcPr>
            <w:tcW w:type="dxa" w:w="785"/>
          </w:tcPr>
          <w:p>
            <w:r>
              <w:t>0</w:t>
            </w:r>
          </w:p>
        </w:tc>
        <w:tc>
          <w:tcPr>
            <w:tcW w:type="dxa" w:w="785"/>
          </w:tcPr>
          <w:p>
            <w:r>
              <w:t>10</w:t>
            </w:r>
          </w:p>
        </w:tc>
        <w:tc>
          <w:tcPr>
            <w:tcW w:type="dxa" w:w="785"/>
          </w:tcPr>
          <w:p>
            <w:r>
              <w:t>360</w:t>
            </w:r>
          </w:p>
        </w:tc>
        <w:tc>
          <w:tcPr>
            <w:tcW w:type="dxa" w:w="785"/>
          </w:tcPr>
          <w:p>
            <w:r>
              <w:t>359.37</w:t>
            </w:r>
          </w:p>
        </w:tc>
        <w:tc>
          <w:tcPr>
            <w:tcW w:type="dxa" w:w="785"/>
          </w:tcPr>
          <w:p>
            <w:r>
              <w:t>否</w:t>
            </w:r>
          </w:p>
        </w:tc>
      </w:tr>
      <w:tr>
        <w:tc>
          <w:tcPr>
            <w:tcW w:type="dxa" w:w="785"/>
          </w:tcPr>
          <w:p>
            <w:r>
              <w:t>4</w:t>
            </w:r>
          </w:p>
        </w:tc>
        <w:tc>
          <w:tcPr>
            <w:tcW w:type="dxa" w:w="785"/>
          </w:tcPr>
          <w:p>
            <w:r>
              <w:t>2124503027</w:t>
            </w:r>
          </w:p>
        </w:tc>
        <w:tc>
          <w:tcPr>
            <w:tcW w:type="dxa" w:w="785"/>
          </w:tcPr>
          <w:p>
            <w:r>
              <w:t>朱雄</w:t>
            </w:r>
          </w:p>
        </w:tc>
        <w:tc>
          <w:tcPr>
            <w:tcW w:type="dxa" w:w="785"/>
          </w:tcPr>
          <w:p>
            <w:r>
              <w:t>0</w:t>
            </w:r>
          </w:p>
        </w:tc>
        <w:tc>
          <w:tcPr>
            <w:tcW w:type="dxa" w:w="785"/>
          </w:tcPr>
          <w:p>
            <w:r>
              <w:t>10</w:t>
            </w:r>
          </w:p>
        </w:tc>
        <w:tc>
          <w:tcPr>
            <w:tcW w:type="dxa" w:w="785"/>
          </w:tcPr>
          <w:p>
            <w:r>
              <w:t>0</w:t>
            </w:r>
          </w:p>
        </w:tc>
        <w:tc>
          <w:tcPr>
            <w:tcW w:type="dxa" w:w="785"/>
          </w:tcPr>
          <w:p>
            <w:r>
              <w:t>0</w:t>
            </w:r>
          </w:p>
        </w:tc>
        <w:tc>
          <w:tcPr>
            <w:tcW w:type="dxa" w:w="785"/>
          </w:tcPr>
          <w:p>
            <w:r>
              <w:t>10</w:t>
            </w:r>
          </w:p>
        </w:tc>
        <w:tc>
          <w:tcPr>
            <w:tcW w:type="dxa" w:w="785"/>
          </w:tcPr>
          <w:p>
            <w:r>
              <w:t>360</w:t>
            </w:r>
          </w:p>
        </w:tc>
        <w:tc>
          <w:tcPr>
            <w:tcW w:type="dxa" w:w="785"/>
          </w:tcPr>
          <w:p>
            <w:r>
              <w:t>358.48</w:t>
            </w:r>
          </w:p>
        </w:tc>
        <w:tc>
          <w:tcPr>
            <w:tcW w:type="dxa" w:w="785"/>
          </w:tcPr>
          <w:p>
            <w:r>
              <w:t>否</w:t>
            </w:r>
          </w:p>
        </w:tc>
      </w:tr>
    </w:tbl>
    <w:p>
      <w:r>
        <w:t>**</w:t>
      </w:r>
    </w:p>
    <w:p>
      <w:r>
        <w:t>公示时间：2024年9月18日-9月24日</w:t>
      </w:r>
    </w:p>
    <w:p>
      <w:r>
        <w:t>在学院公示期间对学院初选推荐名单有异议者，可以实名向学院2025年推荐免试研究生工作领导小组提出申述，受理申述截止时间为学院公示截止时间。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