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能源学院推荐优秀应届本科毕业生2023年免试攻读研究生名单公示</w:t>
      </w:r>
    </w:p>
    <w:p>
      <w:r>
        <w:t>根据《能源学院推荐优秀应届本科毕业2023年免试攻读研究生实施细则》，经学生本人申请，学院推免专家小组评审，能源学院拟推荐优秀应届本科毕业生2023年免试攻读硕士研究生名单如下：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</w:tblGrid>
      <w:tr>
        <w:tc>
          <w:tcPr>
            <w:tcW w:type="dxa" w:w="665"/>
          </w:tcPr>
          <w:p>
            <w:r>
              <w:t>序号专业学号姓名学业成绩GPA*100参军入伍国际组织实习科研成果志愿服务竞赛获奖总分备注1能源动力工程1947405014钟文荣380 0 0 0 10 15 405 2能源动力工程1924401020黄天辰377 0 0 0 10 15 402 3能源动力工程1924401024赵垚376 0 0 0 10 15 401 4能源动力工程1924401037王晓毅370 0 0 0 10 15 395 5能源动力工程1924401030刘欣然379 0 0 5 10 0 394 6新能源材料与器件1924402028周伊静380 0 0 15 10 0 405 7新能源材料与器件1924402023虞小玉380 0 0 0 10 0 390 8新能源材料与器件1924402021王如370 0 0 0 10 0 380 9新能源材料与器件（中外）1924503034朱元泽390 0 0 0 10 10 410 10新能源材料与器件（中外）1924503052邹瑷吉390 0 0 0 10 0 400 11新能源材料与器件（中外）1924503012朱瑜婕382.9 0 0 5 10 0 397.9 12新能源材料与器件（中外）1924503037施张璟382.8 0 0 0 10 5 397.8 13新能源材料与器件（中外）1924503028叶炳光383 0 0 0 10 0 393 14新能源材料与器件（中外）1924503057雷闯常382.7 0 0 0 10 0 392.7 15新能源材料与器件（中外）1924503022陈诸杰367 0 0 0 10 0 377候补1 16能源动力工程1924401022樊思远350 0 0 0 10 15 375候补2 17新能源材料与器件1924402020荆牧云360 0 0 0 10 0 370候补3</w:t>
            </w:r>
          </w:p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</w:tr>
      <w:tr>
        <w:tc>
          <w:tcPr>
            <w:tcW w:type="dxa" w:w="665"/>
          </w:tcPr>
          <w:p>
            <w:r>
              <w:t>序号</w:t>
            </w:r>
          </w:p>
        </w:tc>
        <w:tc>
          <w:tcPr>
            <w:tcW w:type="dxa" w:w="665"/>
          </w:tcPr>
          <w:p>
            <w:r>
              <w:t>专业</w:t>
            </w:r>
          </w:p>
        </w:tc>
        <w:tc>
          <w:tcPr>
            <w:tcW w:type="dxa" w:w="665"/>
          </w:tcPr>
          <w:p>
            <w:r>
              <w:t>学号</w:t>
            </w:r>
          </w:p>
        </w:tc>
        <w:tc>
          <w:tcPr>
            <w:tcW w:type="dxa" w:w="665"/>
          </w:tcPr>
          <w:p>
            <w:r>
              <w:t>姓名</w:t>
            </w:r>
          </w:p>
        </w:tc>
        <w:tc>
          <w:tcPr>
            <w:tcW w:type="dxa" w:w="665"/>
          </w:tcPr>
          <w:p>
            <w:r>
              <w:t>学业成绩GPA*100</w:t>
            </w:r>
          </w:p>
        </w:tc>
        <w:tc>
          <w:tcPr>
            <w:tcW w:type="dxa" w:w="665"/>
          </w:tcPr>
          <w:p>
            <w:r>
              <w:t>参军入伍</w:t>
            </w:r>
          </w:p>
        </w:tc>
        <w:tc>
          <w:tcPr>
            <w:tcW w:type="dxa" w:w="665"/>
          </w:tcPr>
          <w:p>
            <w:r>
              <w:t>国际组织实习</w:t>
            </w:r>
          </w:p>
        </w:tc>
        <w:tc>
          <w:tcPr>
            <w:tcW w:type="dxa" w:w="665"/>
          </w:tcPr>
          <w:p>
            <w:r>
              <w:t>科研成果</w:t>
            </w:r>
          </w:p>
        </w:tc>
        <w:tc>
          <w:tcPr>
            <w:tcW w:type="dxa" w:w="665"/>
          </w:tcPr>
          <w:p>
            <w:r>
              <w:t>志愿服务</w:t>
            </w:r>
          </w:p>
        </w:tc>
        <w:tc>
          <w:tcPr>
            <w:tcW w:type="dxa" w:w="665"/>
          </w:tcPr>
          <w:p>
            <w:r>
              <w:t>竞赛获奖</w:t>
            </w:r>
          </w:p>
        </w:tc>
        <w:tc>
          <w:tcPr>
            <w:tcW w:type="dxa" w:w="665"/>
          </w:tcPr>
          <w:p>
            <w:r>
              <w:t>总分</w:t>
            </w:r>
          </w:p>
        </w:tc>
        <w:tc>
          <w:tcPr>
            <w:tcW w:type="dxa" w:w="665"/>
          </w:tcPr>
          <w:p>
            <w:r>
              <w:t>备注</w:t>
            </w:r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</w:tr>
      <w:tr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1947405014</w:t>
            </w:r>
          </w:p>
        </w:tc>
        <w:tc>
          <w:tcPr>
            <w:tcW w:type="dxa" w:w="665"/>
          </w:tcPr>
          <w:p>
            <w:r>
              <w:t>钟文荣</w:t>
            </w:r>
          </w:p>
        </w:tc>
        <w:tc>
          <w:tcPr>
            <w:tcW w:type="dxa" w:w="665"/>
          </w:tcPr>
          <w:p>
            <w:r>
              <w:t>380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405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1924401020</w:t>
            </w:r>
          </w:p>
        </w:tc>
        <w:tc>
          <w:tcPr>
            <w:tcW w:type="dxa" w:w="665"/>
          </w:tcPr>
          <w:p>
            <w:r>
              <w:t>黄天辰</w:t>
            </w:r>
          </w:p>
        </w:tc>
        <w:tc>
          <w:tcPr>
            <w:tcW w:type="dxa" w:w="665"/>
          </w:tcPr>
          <w:p>
            <w:r>
              <w:t>377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402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3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1924401024</w:t>
            </w:r>
          </w:p>
        </w:tc>
        <w:tc>
          <w:tcPr>
            <w:tcW w:type="dxa" w:w="665"/>
          </w:tcPr>
          <w:p>
            <w:r>
              <w:t>赵垚</w:t>
            </w:r>
          </w:p>
        </w:tc>
        <w:tc>
          <w:tcPr>
            <w:tcW w:type="dxa" w:w="665"/>
          </w:tcPr>
          <w:p>
            <w:r>
              <w:t>376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401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4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1924401037</w:t>
            </w:r>
          </w:p>
        </w:tc>
        <w:tc>
          <w:tcPr>
            <w:tcW w:type="dxa" w:w="665"/>
          </w:tcPr>
          <w:p>
            <w:r>
              <w:t>王晓毅</w:t>
            </w:r>
          </w:p>
        </w:tc>
        <w:tc>
          <w:tcPr>
            <w:tcW w:type="dxa" w:w="665"/>
          </w:tcPr>
          <w:p>
            <w:r>
              <w:t>370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395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5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1924401030</w:t>
            </w:r>
          </w:p>
        </w:tc>
        <w:tc>
          <w:tcPr>
            <w:tcW w:type="dxa" w:w="665"/>
          </w:tcPr>
          <w:p>
            <w:r>
              <w:t>刘欣然</w:t>
            </w:r>
          </w:p>
        </w:tc>
        <w:tc>
          <w:tcPr>
            <w:tcW w:type="dxa" w:w="665"/>
          </w:tcPr>
          <w:p>
            <w:r>
              <w:t>379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5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394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6</w:t>
            </w:r>
          </w:p>
        </w:tc>
        <w:tc>
          <w:tcPr>
            <w:tcW w:type="dxa" w:w="665"/>
          </w:tcPr>
          <w:p>
            <w:r>
              <w:t>新能源材料与器件</w:t>
            </w:r>
          </w:p>
        </w:tc>
        <w:tc>
          <w:tcPr>
            <w:tcW w:type="dxa" w:w="665"/>
          </w:tcPr>
          <w:p>
            <w:r>
              <w:t>1924402028</w:t>
            </w:r>
          </w:p>
        </w:tc>
        <w:tc>
          <w:tcPr>
            <w:tcW w:type="dxa" w:w="665"/>
          </w:tcPr>
          <w:p>
            <w:r>
              <w:t>周伊静</w:t>
            </w:r>
          </w:p>
        </w:tc>
        <w:tc>
          <w:tcPr>
            <w:tcW w:type="dxa" w:w="665"/>
          </w:tcPr>
          <w:p>
            <w:r>
              <w:t>380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405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7</w:t>
            </w:r>
          </w:p>
        </w:tc>
        <w:tc>
          <w:tcPr>
            <w:tcW w:type="dxa" w:w="665"/>
          </w:tcPr>
          <w:p>
            <w:r>
              <w:t>新能源材料与器件</w:t>
            </w:r>
          </w:p>
        </w:tc>
        <w:tc>
          <w:tcPr>
            <w:tcW w:type="dxa" w:w="665"/>
          </w:tcPr>
          <w:p>
            <w:r>
              <w:t>1924402023</w:t>
            </w:r>
          </w:p>
        </w:tc>
        <w:tc>
          <w:tcPr>
            <w:tcW w:type="dxa" w:w="665"/>
          </w:tcPr>
          <w:p>
            <w:r>
              <w:t>虞小玉</w:t>
            </w:r>
          </w:p>
        </w:tc>
        <w:tc>
          <w:tcPr>
            <w:tcW w:type="dxa" w:w="665"/>
          </w:tcPr>
          <w:p>
            <w:r>
              <w:t>380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390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8</w:t>
            </w:r>
          </w:p>
        </w:tc>
        <w:tc>
          <w:tcPr>
            <w:tcW w:type="dxa" w:w="665"/>
          </w:tcPr>
          <w:p>
            <w:r>
              <w:t>新能源材料与器件</w:t>
            </w:r>
          </w:p>
        </w:tc>
        <w:tc>
          <w:tcPr>
            <w:tcW w:type="dxa" w:w="665"/>
          </w:tcPr>
          <w:p>
            <w:r>
              <w:t>1924402021</w:t>
            </w:r>
          </w:p>
        </w:tc>
        <w:tc>
          <w:tcPr>
            <w:tcW w:type="dxa" w:w="665"/>
          </w:tcPr>
          <w:p>
            <w:r>
              <w:t>王如</w:t>
            </w:r>
          </w:p>
        </w:tc>
        <w:tc>
          <w:tcPr>
            <w:tcW w:type="dxa" w:w="665"/>
          </w:tcPr>
          <w:p>
            <w:r>
              <w:t>370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380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9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1924503034</w:t>
            </w:r>
          </w:p>
        </w:tc>
        <w:tc>
          <w:tcPr>
            <w:tcW w:type="dxa" w:w="665"/>
          </w:tcPr>
          <w:p>
            <w:r>
              <w:t>朱元泽</w:t>
            </w:r>
          </w:p>
        </w:tc>
        <w:tc>
          <w:tcPr>
            <w:tcW w:type="dxa" w:w="665"/>
          </w:tcPr>
          <w:p>
            <w:r>
              <w:t>390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410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1924503052</w:t>
            </w:r>
          </w:p>
        </w:tc>
        <w:tc>
          <w:tcPr>
            <w:tcW w:type="dxa" w:w="665"/>
          </w:tcPr>
          <w:p>
            <w:r>
              <w:t>邹瑷吉</w:t>
            </w:r>
          </w:p>
        </w:tc>
        <w:tc>
          <w:tcPr>
            <w:tcW w:type="dxa" w:w="665"/>
          </w:tcPr>
          <w:p>
            <w:r>
              <w:t>390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400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11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1924503012</w:t>
            </w:r>
          </w:p>
        </w:tc>
        <w:tc>
          <w:tcPr>
            <w:tcW w:type="dxa" w:w="665"/>
          </w:tcPr>
          <w:p>
            <w:r>
              <w:t>朱瑜婕</w:t>
            </w:r>
          </w:p>
        </w:tc>
        <w:tc>
          <w:tcPr>
            <w:tcW w:type="dxa" w:w="665"/>
          </w:tcPr>
          <w:p>
            <w:r>
              <w:t>382.9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5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397.9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12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1924503037</w:t>
            </w:r>
          </w:p>
        </w:tc>
        <w:tc>
          <w:tcPr>
            <w:tcW w:type="dxa" w:w="665"/>
          </w:tcPr>
          <w:p>
            <w:r>
              <w:t>施张璟</w:t>
            </w:r>
          </w:p>
        </w:tc>
        <w:tc>
          <w:tcPr>
            <w:tcW w:type="dxa" w:w="665"/>
          </w:tcPr>
          <w:p>
            <w:r>
              <w:t>382.8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5</w:t>
            </w:r>
          </w:p>
        </w:tc>
        <w:tc>
          <w:tcPr>
            <w:tcW w:type="dxa" w:w="665"/>
          </w:tcPr>
          <w:p>
            <w:r>
              <w:t>397.8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13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1924503028</w:t>
            </w:r>
          </w:p>
        </w:tc>
        <w:tc>
          <w:tcPr>
            <w:tcW w:type="dxa" w:w="665"/>
          </w:tcPr>
          <w:p>
            <w:r>
              <w:t>叶炳光</w:t>
            </w:r>
          </w:p>
        </w:tc>
        <w:tc>
          <w:tcPr>
            <w:tcW w:type="dxa" w:w="665"/>
          </w:tcPr>
          <w:p>
            <w:r>
              <w:t>383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393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14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1924503057</w:t>
            </w:r>
          </w:p>
        </w:tc>
        <w:tc>
          <w:tcPr>
            <w:tcW w:type="dxa" w:w="665"/>
          </w:tcPr>
          <w:p>
            <w:r>
              <w:t>雷闯常</w:t>
            </w:r>
          </w:p>
        </w:tc>
        <w:tc>
          <w:tcPr>
            <w:tcW w:type="dxa" w:w="665"/>
          </w:tcPr>
          <w:p>
            <w:r>
              <w:t>382.7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392.7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新能源材料与器件（中外）</w:t>
            </w:r>
          </w:p>
        </w:tc>
        <w:tc>
          <w:tcPr>
            <w:tcW w:type="dxa" w:w="665"/>
          </w:tcPr>
          <w:p>
            <w:r>
              <w:t>1924503022</w:t>
            </w:r>
          </w:p>
        </w:tc>
        <w:tc>
          <w:tcPr>
            <w:tcW w:type="dxa" w:w="665"/>
          </w:tcPr>
          <w:p>
            <w:r>
              <w:t>陈诸杰</w:t>
            </w:r>
          </w:p>
        </w:tc>
        <w:tc>
          <w:tcPr>
            <w:tcW w:type="dxa" w:w="665"/>
          </w:tcPr>
          <w:p>
            <w:r>
              <w:t>367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377</w:t>
            </w:r>
          </w:p>
        </w:tc>
        <w:tc>
          <w:tcPr>
            <w:tcW w:type="dxa" w:w="665"/>
          </w:tcPr>
          <w:p>
            <w:r>
              <w:t>候补1</w:t>
            </w:r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16</w:t>
            </w:r>
          </w:p>
        </w:tc>
        <w:tc>
          <w:tcPr>
            <w:tcW w:type="dxa" w:w="665"/>
          </w:tcPr>
          <w:p>
            <w:r>
              <w:t>能源动力工程</w:t>
            </w:r>
          </w:p>
        </w:tc>
        <w:tc>
          <w:tcPr>
            <w:tcW w:type="dxa" w:w="665"/>
          </w:tcPr>
          <w:p>
            <w:r>
              <w:t>1924401022</w:t>
            </w:r>
          </w:p>
        </w:tc>
        <w:tc>
          <w:tcPr>
            <w:tcW w:type="dxa" w:w="665"/>
          </w:tcPr>
          <w:p>
            <w:r>
              <w:t>樊思远</w:t>
            </w:r>
          </w:p>
        </w:tc>
        <w:tc>
          <w:tcPr>
            <w:tcW w:type="dxa" w:w="665"/>
          </w:tcPr>
          <w:p>
            <w:r>
              <w:t>350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15</w:t>
            </w:r>
          </w:p>
        </w:tc>
        <w:tc>
          <w:tcPr>
            <w:tcW w:type="dxa" w:w="665"/>
          </w:tcPr>
          <w:p>
            <w:r>
              <w:t>375</w:t>
            </w:r>
          </w:p>
        </w:tc>
        <w:tc>
          <w:tcPr>
            <w:tcW w:type="dxa" w:w="665"/>
          </w:tcPr>
          <w:p>
            <w:r>
              <w:t>候补2</w:t>
            </w:r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>
              <w:t>17</w:t>
            </w:r>
          </w:p>
        </w:tc>
        <w:tc>
          <w:tcPr>
            <w:tcW w:type="dxa" w:w="665"/>
          </w:tcPr>
          <w:p>
            <w:r>
              <w:t>新能源材料与器件</w:t>
            </w:r>
          </w:p>
        </w:tc>
        <w:tc>
          <w:tcPr>
            <w:tcW w:type="dxa" w:w="665"/>
          </w:tcPr>
          <w:p>
            <w:r>
              <w:t>1924402020</w:t>
            </w:r>
          </w:p>
        </w:tc>
        <w:tc>
          <w:tcPr>
            <w:tcW w:type="dxa" w:w="665"/>
          </w:tcPr>
          <w:p>
            <w:r>
              <w:t>荆牧云</w:t>
            </w:r>
          </w:p>
        </w:tc>
        <w:tc>
          <w:tcPr>
            <w:tcW w:type="dxa" w:w="665"/>
          </w:tcPr>
          <w:p>
            <w:r>
              <w:t>360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0</w:t>
            </w:r>
          </w:p>
        </w:tc>
        <w:tc>
          <w:tcPr>
            <w:tcW w:type="dxa" w:w="665"/>
          </w:tcPr>
          <w:p>
            <w:r>
              <w:t>370</w:t>
            </w:r>
          </w:p>
        </w:tc>
        <w:tc>
          <w:tcPr>
            <w:tcW w:type="dxa" w:w="665"/>
          </w:tcPr>
          <w:p>
            <w:r>
              <w:t>候补3</w:t>
            </w:r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  <w:tc>
          <w:tcPr>
            <w:tcW w:type="dxa" w:w="665"/>
          </w:tcPr>
          <w:p/>
        </w:tc>
      </w:tr>
    </w:tbl>
    <w:p>
      <w:r>
        <w:t>公示时间：2022年9月19日-9月29日</w:t>
      </w:r>
    </w:p>
    <w:p>
      <w:r>
        <w:t>在学院公示期间对学院初选推荐名单有异议者，可以实名向学院2023年推荐免试研究生工作领导小组提出申述，受理申述截止时间为学院公示截止时间。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