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关于推荐免试研究生参加中国青年志愿者扶贫接力计划第二十三届研究生支教团的公示</w:t>
      </w:r>
    </w:p>
    <w:p>
      <w:r>
        <w:t>按照团中央《关于组建中国青年志愿者扶贫接力计划第23届（2021 — 2022年度）研究生支教团有关工作的通知》（全国项目办发〔2020〕6号）、《苏州大学招募推荐免试研究生参加中国青年志愿者扶贫接力计划研究生支教团工作实施办法》（苏大〔2009〕43号）、《苏州大学推荐优秀应届本科毕业生免试攻读硕士学位研究生工作实施办法（修订稿）》（苏大教〔2015〕28号)的文件精神，经学生申请、资格审查、现拟推荐同学参加我校第二十三届研究生支教团的选拔，予以公示：</w:t>
      </w:r>
    </w:p>
    <w:p>
      <w:r>
        <w:t>能源学院2017级能源与动力工程专业樊开</w:t>
      </w:r>
    </w:p>
    <w:p>
      <w:r>
        <w:t>对以上人员如有异议，请于本公示发布后10日内与学院团委联系，联系人：张振华老师，电话：67164166，邮箱：zzhua @suda.。</w:t>
      </w:r>
    </w:p>
    <w:p>
      <w:r>
        <w:t>共青团苏州大学能源学院委员会</w:t>
      </w:r>
    </w:p>
    <w:p>
      <w:r>
        <w:t>2020年9月23日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