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关于纳米科学技术学院推免面试的通知</w:t>
      </w:r>
    </w:p>
    <w:p>
      <w:r>
        <w:t>医学部有关学院、办公室及班级学生：</w:t>
      </w:r>
    </w:p>
    <w:p>
      <w:r>
        <w:t>纳米科学技术学院部分推免指标面向医学部学生开放。2019届符合学校推免条件的学生，如对到纳米科学技术学院（FUNSOM）读研感兴趣，可以向该学院提交申请，填写《苏州大学推荐免试攻读硕士研究生申请表》，附成绩单、相应证明材料，于9月15日（周六）上午9:00参加该学院的推免面试。</w:t>
      </w:r>
    </w:p>
    <w:p>
      <w:r>
        <w:t>联系人：蔡梦婷</w:t>
      </w:r>
    </w:p>
    <w:p>
      <w:r>
        <w:t>联系电话：65882671</w:t>
      </w:r>
    </w:p>
    <w:p>
      <w:r>
        <w:t>邮箱：zengcheng@suda.edu.cn</w:t>
      </w:r>
    </w:p>
    <w:p>
      <w:r>
        <w:t>办公地点：独墅湖校区一期909号楼C厅/D厅</w:t>
      </w:r>
    </w:p>
    <w:p>
      <w:r>
        <w:t>特此通知。</w:t>
      </w:r>
    </w:p>
    <w:p>
      <w:r>
        <w:t>医学部教学办公室</w:t>
      </w:r>
    </w:p>
    <w:p>
      <w:r>
        <w:t>2018年9月14日</w:t>
      </w:r>
    </w:p>
    <w:p>
      <w:r>
        <w:t>(教学办公室)</w:t>
      </w:r>
    </w:p>
    <w:p>
      <w:r>
        <w:t>起草人：钟慧发布人：钟慧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