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红十字国际学院（社会学院） 推荐2027届优秀应届本科毕业生免试攻读研究生 工作实施细则</w:t>
      </w:r>
    </w:p>
    <w:p>
      <w:r>
        <w:t>为做好我院2026年推荐免试攻读硕士研究生工作，根据《全国高等学校推荐优秀应届本科毕业生免试攻读研究生工作管理规定》（教学厅〔2026〕1号）、《苏州大学推荐优秀应届本科毕业生免试攻读研究生实施办法》（苏大教〔2025〕50号）和《关于组织开展推荐2027年优秀应届本科毕业生免试攻读研究生工作的通知》(教字〔2026〕181号)，结合我院实际情况，制定本实施细则。</w:t>
      </w:r>
    </w:p>
    <w:p>
      <w:r>
        <w:t>一、组织机构</w:t>
      </w:r>
    </w:p>
    <w:p>
      <w:r>
        <w:t>（一）推免工作小组</w:t>
      </w:r>
    </w:p>
    <w:p>
      <w:r>
        <w:t>学院成立以主要党政负责人为组长的推免工作小组，负责制定本单位推免工作细则，并组织与实施具体工作，含解读推免政策、成立材料审核专家组、开展综合评价与遴选、调查处理异议反馈等。推免相关重要事项须学院推免工作小组集体决策，并由党政联席会议进行审定。</w:t>
      </w:r>
    </w:p>
    <w:p>
      <w:r>
        <w:t>（二）材料审核专家组</w:t>
      </w:r>
    </w:p>
    <w:p>
      <w:r>
        <w:t>学院推免工作小组组织成立材料审核专家组，负责对申请推免学生发展素质材料的真实性、原创性进行审核鉴定，并对申报科研成果、竞赛获奖等加分项目的学生组织公开答辩。材料审核专家组根据材料审核鉴定、学生公开答辩等情况进行审核评价，给出明确审核意见并签字存档。相关记录、审核意见、录音录像等交由学院教务办公室集中保存。</w:t>
      </w:r>
    </w:p>
    <w:p>
      <w:r>
        <w:t>二、申请对象及条件</w:t>
      </w:r>
    </w:p>
    <w:p>
      <w:r>
        <w:t>（一）申请对象</w:t>
      </w:r>
    </w:p>
    <w:p>
      <w:r>
        <w:t>1．2023级四年制专业在读，且预计能于2027年6月正常毕业并获得学士学位的学生；</w:t>
      </w:r>
    </w:p>
    <w:p>
      <w:r>
        <w:t>2．在校期间曾因休学等原因延长学年，将于2027年6月首次进入毕业环节，且预计能正常毕业并获得学士学位的学生。</w:t>
      </w:r>
    </w:p>
    <w:p>
      <w:r>
        <w:t>特别提醒：上述第2类学生应由本人于9月8日（周二）10:00前，向学院教学科研办公室提出拟参加此次推免的申请，经学院查实学籍异动记录等信息，确认符合条件后，由学院于9月8日（周二）14:00前将相应名单报至教务处学籍管理科（邮件发送至wbo@suda.edu.cn）。教务处完成信息复核后，再由学生本人于推免申请时间截止（9月9日17:00）前登录申请系统完成自主申请。</w:t>
      </w:r>
    </w:p>
    <w:p>
      <w:r>
        <w:t>（二）申请条件</w:t>
      </w:r>
    </w:p>
    <w:p>
      <w:r>
        <w:t>推免工作坚持德智体美劳全面衡量，以德为先，择优选拔，申请推免的学生须满足以下条件：</w:t>
      </w:r>
    </w:p>
    <w:p>
      <w:r>
        <w:t>1．拥护党的领导，坚定社会主义信仰，具有高尚的爱国主义情操和集体主义精神，社会责任感强，遵纪守法，积极向上，身心健康；品行表现优良，无任何违法违纪受处分记录；诚实守信、学风端正，无任何剽窃他人学术成果等学术不端记录。</w:t>
      </w:r>
    </w:p>
    <w:p>
      <w:r>
        <w:t>2．纳入国家普通本科招生计划录取，未曾计入历年应届本科毕业生范围、未曾参与过推免环节的应届本科毕业生（不含第二学士学位学生）；不属于委托培养、定向生、免费医学生等招生时即明确不得报考研究生的情形。</w:t>
      </w:r>
    </w:p>
    <w:p>
      <w:r>
        <w:t>3．具有学术研究的兴趣和潜力，学习刻苦、勤奋，且成绩优秀。已修课程成绩全部合格，即记录百分制的课程成绩达60分及以上、记录等级的课程成绩达D及以上等级（体育保健班学生体育课程标注为“保健”）；取得毕业要求总学分的四分之三以上（含四分之三）学分；须完成修读前三学年（五年制为前四学年）所属专业指导性教学计划中规定的所有必修类课程（因学校课程安排等造成的客观原因除外）；课程平均学分绩点（GPA）在本专业排名50%及以上，外语水平优秀。</w:t>
      </w:r>
    </w:p>
    <w:p>
      <w:r>
        <w:t>三、工作流程</w:t>
      </w:r>
    </w:p>
    <w:p>
      <w:r>
        <w:t>（一）执行回避与报备制度</w:t>
      </w:r>
    </w:p>
    <w:p>
      <w:r>
        <w:t>建立健全回避制度，推免遴选相关工作人员，如有直系亲属或其他利益相关者报名参加学校推免，应主动向学院报备并全程回避；如有非直系亲属等报名参加学校推免，应主动向学院报备。相关学生申请参加推免遴选时也应主动报备。学校中层及以上领导干部，若子女在学校参加推免，应主动向子女所在学院（部）报备并全程回避。</w:t>
      </w:r>
    </w:p>
    <w:p>
      <w:r>
        <w:t>（二）流程安排</w:t>
      </w:r>
    </w:p>
    <w:p>
      <w:r>
        <w:t>1．动员和公告：2026年9月2日（周三）起，学院在应届本科毕业生中进行动员，宣传上级主管部门及学校各项推免政策、条件。学院着手制定学院推免工作程序和学院推免工作实施细则，于9月4日（周五）17:00前报送经党政联席会议审议的推免实施细则至教务处学籍管理科，于9月7日（周一）前在学院网站发布经教务处同意的实施细则。</w:t>
      </w:r>
    </w:p>
    <w:p>
      <w:r>
        <w:t>2．学生申请：9月7日（周一）10:00至9月9日（周三）17: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申请时间截止后系统将自动关闭，学生不能再申请。学生只需要在系统中完成申请报名，相关证明材料按要求线下提交至学院。此次申请的学生应在推免申请系统中选择“普通计划”类型；申请参加“研究生支教团”计划的学生按校团委相关工作通知执行。</w:t>
      </w:r>
    </w:p>
    <w:p>
      <w:r>
        <w:t>3．审核学生申请资格：推免申请期间，学院可随时登录“苏州大学本科生推免申请系统”对照推免申请条件，审看学生的资格（与缓考成绩相关的条件须待9月10日之后成绩数据稳定后方可审核）。教务处将于缓考成绩录入完成后，于9月10日（周四）晚统一刷新推免申请系统中的成绩及排名等信息，即为用于此次推免工作综合评价及遴选的学生成绩。学生提交推免申请时网页界面显示的GPA及排名仅供参考。9月11日（周五）8:00至16:00在系统中完成最终资格的审批。学生可于9月12日（周六）起在推免系统内查询本人申请资格审核结果。</w:t>
      </w:r>
    </w:p>
    <w:p>
      <w:r>
        <w:t>4．学生申请材料报送：申请学生须在网上提交推免申请的同时，同步向学院递交发展素质相关证明材料及推免申请承诺书，作为综合评价的依据。其中发展素质证明材料包括学生参军入伍服兵役、参加有组织的志愿服务、参加有组织的国际组织实习、科研成果、竞赛获奖，与此无关的材料无需提供。承诺书须由申请学生本人手写签名（不得使用电子签名）。相关材料于9月8日（周二）下午17:00前，提交至学院教学科研办公室（1005-5408）。提交材料须确保真实无误，弄虚作假者取消推免资格，并记入个人诚信记录，取消今后评奖评优资格。</w:t>
      </w:r>
    </w:p>
    <w:p>
      <w:r>
        <w:t>5．材料审核及赋分：9月11日（周五），学院推免工作小组组织材料审核专家组对申请学生提交的申请材料进行审核鉴定，并对申报科研成果、竞赛获奖等加分项目的学生组织公开答辩。材料审核专家组根据材料审核鉴定、学生公开答辩等情况进行审核评价，给出明确审核意见并签字存档，完成发展素质项目审核及赋分，形成初步综合评价成绩。初步综合评价成绩（含加分项明细）在学院申请推免并资格审核通过的学生范围内进行公示，学生如有异议可向学院推免工作小组进行申诉和反馈。</w:t>
      </w:r>
    </w:p>
    <w:p>
      <w:r>
        <w:t>6．综合评价及遴选：9月12日（周六）起，学院推免工作小组整理汇总资格审核通过学生的学业成绩、发展素质成绩结果，生成综合评价成绩（学业成绩与发展素质成绩之和）。根据申请学生的综合评价成绩，按专业从高到低排序，按推荐名额1:1确定初步推荐名单。参照各专业升学率高低确定1-2名候补人员。9月13日（周日）12:00前，本科教务秘书在“推免申请系统”中录入初选学生、候补学生的综合评价成绩等信息，并完成电子和纸质文本报送工作。初选及候补名单自推免申请系统中上报之日起，在学院网站公示7日（9月13日至9月19日），如有异议，须于公示期间实名向学院教学科研办公室反映。</w:t>
      </w:r>
    </w:p>
    <w:p>
      <w:r>
        <w:t>7．学校审定：9月19日（周六）前，学校完成推免初选名单的审定，在校内通知中予以公示，并按要求在教育部推免管理服务系统内报送推免生信息。</w:t>
      </w:r>
    </w:p>
    <w:p>
      <w:r>
        <w:t>（三）后续工作提醒</w:t>
      </w:r>
    </w:p>
    <w:p>
      <w:r>
        <w:t>1．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2．经学校审定获得推免资格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四、名额分配</w:t>
      </w:r>
    </w:p>
    <w:p>
      <w:r>
        <w:t>普通计划指标9人，其中劳动与社会保障专业4人、社会学专业5人。</w:t>
      </w:r>
    </w:p>
    <w:p>
      <w:r>
        <w:t>五、综合评价及遴选办法</w:t>
      </w:r>
    </w:p>
    <w:p>
      <w:r>
        <w:t>综合评价成绩的计算办法如下：</w:t>
      </w:r>
    </w:p>
    <w:p>
      <w:r>
        <w:t>（一）综合评价成绩（满分500分）=学业成绩（GPA*100）+发展素质成绩（满分100分）。学业成绩按入学后前三学年（四年制专业）或前四学年（五年制专业）全部课程、首次修读成绩计算，其中，发展素质成绩按以下五项计分：参军入伍服兵役（最高20分）、有组织的志愿服务（最高10分）、有组织的国际组织实习（最高10分）、科研成果（最高30分）、竞赛获奖（最高30分）。具体遴选指标及所占权重及单项指标上限分值，详见附件。</w:t>
      </w:r>
    </w:p>
    <w:p>
      <w:r>
        <w:t>（二）学生在某一加分指标中有多项加分情况时，只取一项。不得为仅符合单一或部分遴选指标的学生单列计划或破格推荐。每个项目的具体打分标准详见附件。学生申报时须提供证明材料，由专家审核小组进行审核。</w:t>
      </w:r>
    </w:p>
    <w:p>
      <w:r>
        <w:t>（三）综合评价所用GPA的课程成绩为首次修读成绩，计算与记载方式按照我校学籍管理办法执行，以开展综合评价时学校教务系统中的数值为准（精确到小数点后两位）。同一专业综合评价成绩完全相等的同学，以GPA高者排名在前；同一专业综合评价成绩完全相等、同时GPA也完全相同的，将精确计算该生的GPA至小数点后三位，以高者排名在前。若采取上述办法仍不能区分前后，则精确计算该生专业核心课程的GPA至小数点后三位，数值高者排名在前；仍相同者，再精确计算该生学科基础课程的GPA至小数点后三位，数值高者排名在前；若仍相同者，将以百分制的专业核心课程及学科基础课程的平均分高低为依据进行排名。</w:t>
      </w:r>
    </w:p>
    <w:p>
      <w:r>
        <w:t>六、工作纪律、回避报备与材料归档</w:t>
      </w:r>
    </w:p>
    <w:p>
      <w:r>
        <w:t>（一）回避与报备</w:t>
      </w:r>
    </w:p>
    <w:p>
      <w:r>
        <w:t>按照《苏州大学推荐优秀应届本科毕业生免试攻读研究生实施办法》（苏大教〔2025〕50号）规定精神，学院回避报备情况须报教务处备案，对未按规定报备声明回避关系的推免相关工作人员，学校将依规依纪严肃处理；对未按规定报备声明回避关系且影响推免过程和结果公平公正的学生，学校将取消其推免资格。工作人员回避情况或报备情况请于9月8日（周二）12:00前主动以书面形式报教学科研办公室张老师，申请推免学生报备情况请于9月8日（周二）12:00前主动以书面形式报学生工作办公室朱老师。</w:t>
      </w:r>
    </w:p>
    <w:p>
      <w:r>
        <w:t>（二）加分指标认定审核</w:t>
      </w:r>
    </w:p>
    <w:p>
      <w:r>
        <w:t>学院材料审核专家组根据申请学生提交的材料进行审核鉴定，并对申报科研成果、竞赛获奖等加分项目的学生组织公开答辩。材料审核专家组根据材料审核鉴定、学生公开答辩等情况进行认定加分。申请材料包括学生参军入伍服兵役、参加有组织的志愿服务、参加有组织的国际组织实习、科研成果、竞赛获奖，证明材料参照附件。认定加分结果经公示无异议后报学院推免工作小组审议，未通过认定审核的加分项目不得计分。</w:t>
      </w:r>
    </w:p>
    <w:p>
      <w:r>
        <w:t>（三）材料归档</w:t>
      </w:r>
    </w:p>
    <w:p>
      <w:r>
        <w:t>学院教学科研办公室负责保存推免工作全过程材料，归档范围包括但不限于学生报名申请材料及资格审核记录，加分项目原始证明材料及认定审核、赋分依据，学业成绩与综合评价成绩合成、排序底稿，答辩评分记录和录音录像，推免工作小组会议记录，公示文档及异议、申诉受理与处理记录，回避报备记录。纸质材料保留不少于1年，电子扫描版和录音录像等电子材料保留不少于5年，涉及在办信访、举报或诉讼事项的延长至事项办结后2年。所有纸质材料均须电子扫描保存，按届别建立归档台账，并将材料清单报教务处备案。</w:t>
      </w:r>
    </w:p>
    <w:p>
      <w:r>
        <w:t>七、咨询及申诉渠道</w:t>
      </w:r>
    </w:p>
    <w:p>
      <w:r>
        <w:t>本实施细则未尽事宜，按学校规定执行。如果有任何异议，可及时向学院推免工作小组进行申诉和反馈，联系人：黄老师，联系电话：0512-65232018，邮箱yrhuang@suda.edu.cn。若对学院意见不服，可继续向学校教务处实名申诉，联系方式：电话0512-67163652；邮箱xlhu@suda.edu.cn。</w:t>
      </w:r>
    </w:p>
    <w:p>
      <w:r>
        <w:t>反映情况和问题必须实名，须实事求是、客观公正。凡匿名、冒名或超出期限的异议不予受理。</w:t>
      </w:r>
    </w:p>
    <w:p>
      <w:r>
        <w:t>八、其他事项说明</w:t>
      </w:r>
    </w:p>
    <w:p>
      <w:r>
        <w:t>以上工作安排若有变化，以上级部门的最新工作通知为准。</w:t>
      </w:r>
    </w:p>
    <w:p>
      <w:r>
        <w:t>苏州大学红十字国际学院（社会学院）</w:t>
      </w:r>
    </w:p>
    <w:p>
      <w:r>
        <w:t>2026年9月3日</w:t>
      </w:r>
    </w:p>
    <w:p>
      <w:r>
        <w:t>附件1</w:t>
      </w:r>
    </w:p>
    <w:p>
      <w:r>
        <w:t>综合评价成绩指标说明</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一级指标</w:t>
            </w:r>
          </w:p>
        </w:tc>
        <w:tc>
          <w:tcPr>
            <w:tcW w:type="dxa" w:w="2160"/>
          </w:tcPr>
          <w:p>
            <w:r>
              <w:t>二级指标</w:t>
            </w:r>
          </w:p>
        </w:tc>
        <w:tc>
          <w:tcPr>
            <w:tcW w:type="dxa" w:w="2160"/>
          </w:tcPr>
          <w:p>
            <w:r>
              <w:t>三级指标</w:t>
            </w:r>
          </w:p>
        </w:tc>
        <w:tc>
          <w:tcPr>
            <w:tcW w:type="dxa" w:w="2160"/>
          </w:tcPr>
          <w:p>
            <w:r>
              <w:t>分值</w:t>
            </w:r>
          </w:p>
        </w:tc>
      </w:tr>
      <w:tr>
        <w:tc>
          <w:tcPr>
            <w:tcW w:type="dxa" w:w="2160"/>
          </w:tcPr>
          <w:p>
            <w:r>
              <w:t>入伍服兵役（20分）</w:t>
            </w:r>
          </w:p>
        </w:tc>
        <w:tc>
          <w:tcPr>
            <w:tcW w:type="dxa" w:w="2160"/>
          </w:tcPr>
          <w:p>
            <w:r>
              <w:t>完成义务兵役（20分）</w:t>
            </w:r>
          </w:p>
        </w:tc>
        <w:tc>
          <w:tcPr>
            <w:tcW w:type="dxa" w:w="2160"/>
          </w:tcPr>
          <w:p>
            <w:r/>
          </w:p>
        </w:tc>
        <w:tc>
          <w:tcPr>
            <w:tcW w:type="dxa" w:w="2160"/>
          </w:tcPr>
          <w:p>
            <w:r>
              <w:t>20</w:t>
            </w:r>
          </w:p>
        </w:tc>
      </w:tr>
      <w:tr>
        <w:tc>
          <w:tcPr>
            <w:tcW w:type="dxa" w:w="2160"/>
          </w:tcPr>
          <w:p>
            <w:r>
              <w:t>志愿服务（10分）</w:t>
            </w:r>
          </w:p>
        </w:tc>
        <w:tc>
          <w:tcPr>
            <w:tcW w:type="dxa" w:w="2160"/>
          </w:tcPr>
          <w:p>
            <w:r>
              <w:t>志愿服务时长（10分）</w:t>
            </w:r>
          </w:p>
        </w:tc>
        <w:tc>
          <w:tcPr>
            <w:tcW w:type="dxa" w:w="2160"/>
          </w:tcPr>
          <w:p>
            <w:r>
              <w:t>在本专业申请推免的同学中，经学院认定的志愿服务时长排名前20%（含20%）</w:t>
            </w:r>
          </w:p>
        </w:tc>
        <w:tc>
          <w:tcPr>
            <w:tcW w:type="dxa" w:w="2160"/>
          </w:tcPr>
          <w:p>
            <w:r>
              <w:t>10</w:t>
            </w:r>
          </w:p>
        </w:tc>
      </w:tr>
      <w:tr>
        <w:tc>
          <w:tcPr>
            <w:tcW w:type="dxa" w:w="2160"/>
          </w:tcPr>
          <w:p>
            <w:r>
              <w:t>在本专业申请推免的同学中，经学院认定的志愿服务时长排名前20%-50%（含50%）</w:t>
            </w:r>
          </w:p>
        </w:tc>
        <w:tc>
          <w:tcPr>
            <w:tcW w:type="dxa" w:w="2160"/>
          </w:tcPr>
          <w:p>
            <w:r>
              <w:t>8</w:t>
            </w:r>
          </w:p>
        </w:tc>
        <w:tc>
          <w:tcPr>
            <w:tcW w:type="dxa" w:w="2160"/>
          </w:tcPr>
          <w:p/>
        </w:tc>
        <w:tc>
          <w:tcPr>
            <w:tcW w:type="dxa" w:w="2160"/>
          </w:tcPr>
          <w:p/>
        </w:tc>
      </w:tr>
      <w:tr>
        <w:tc>
          <w:tcPr>
            <w:tcW w:type="dxa" w:w="2160"/>
          </w:tcPr>
          <w:p>
            <w:r>
              <w:t>有志愿服务经历，在本专业申请推免的同学中，经学院认定的志愿服务时长排名50%以下。</w:t>
            </w:r>
          </w:p>
        </w:tc>
        <w:tc>
          <w:tcPr>
            <w:tcW w:type="dxa" w:w="2160"/>
          </w:tcPr>
          <w:p>
            <w:r>
              <w:t>6</w:t>
            </w:r>
          </w:p>
        </w:tc>
        <w:tc>
          <w:tcPr>
            <w:tcW w:type="dxa" w:w="2160"/>
          </w:tcPr>
          <w:p/>
        </w:tc>
        <w:tc>
          <w:tcPr>
            <w:tcW w:type="dxa" w:w="2160"/>
          </w:tcPr>
          <w:p/>
        </w:tc>
      </w:tr>
      <w:tr>
        <w:tc>
          <w:tcPr>
            <w:tcW w:type="dxa" w:w="2160"/>
          </w:tcPr>
          <w:p>
            <w:r>
              <w:t>国际组织实习（10分）</w:t>
            </w:r>
          </w:p>
        </w:tc>
        <w:tc>
          <w:tcPr>
            <w:tcW w:type="dxa" w:w="2160"/>
          </w:tcPr>
          <w:p>
            <w:r>
              <w:t>实习时长（5分）</w:t>
            </w:r>
          </w:p>
        </w:tc>
        <w:tc>
          <w:tcPr>
            <w:tcW w:type="dxa" w:w="2160"/>
          </w:tcPr>
          <w:p>
            <w:r>
              <w:t>实习时间3个月及以上</w:t>
            </w:r>
          </w:p>
        </w:tc>
        <w:tc>
          <w:tcPr>
            <w:tcW w:type="dxa" w:w="2160"/>
          </w:tcPr>
          <w:p>
            <w:r>
              <w:t>5</w:t>
            </w:r>
          </w:p>
        </w:tc>
      </w:tr>
      <w:tr>
        <w:tc>
          <w:tcPr>
            <w:tcW w:type="dxa" w:w="2160"/>
          </w:tcPr>
          <w:p>
            <w:r>
              <w:t>实习时间1个月及以上，3个月以内</w:t>
            </w:r>
          </w:p>
        </w:tc>
        <w:tc>
          <w:tcPr>
            <w:tcW w:type="dxa" w:w="2160"/>
          </w:tcPr>
          <w:p>
            <w:r>
              <w:t>4</w:t>
            </w:r>
          </w:p>
        </w:tc>
        <w:tc>
          <w:tcPr>
            <w:tcW w:type="dxa" w:w="2160"/>
          </w:tcPr>
          <w:p/>
        </w:tc>
        <w:tc>
          <w:tcPr>
            <w:tcW w:type="dxa" w:w="2160"/>
          </w:tcPr>
          <w:p/>
        </w:tc>
      </w:tr>
      <w:tr>
        <w:tc>
          <w:tcPr>
            <w:tcW w:type="dxa" w:w="2160"/>
          </w:tcPr>
          <w:p>
            <w:r>
              <w:t>有实习经历，但实习时间在1个月以内</w:t>
            </w:r>
          </w:p>
        </w:tc>
        <w:tc>
          <w:tcPr>
            <w:tcW w:type="dxa" w:w="2160"/>
          </w:tcPr>
          <w:p>
            <w:r>
              <w:t>3</w:t>
            </w:r>
          </w:p>
        </w:tc>
        <w:tc>
          <w:tcPr>
            <w:tcW w:type="dxa" w:w="2160"/>
          </w:tcPr>
          <w:p/>
        </w:tc>
        <w:tc>
          <w:tcPr>
            <w:tcW w:type="dxa" w:w="2160"/>
          </w:tcPr>
          <w:p/>
        </w:tc>
      </w:tr>
      <w:tr>
        <w:tc>
          <w:tcPr>
            <w:tcW w:type="dxa" w:w="2160"/>
          </w:tcPr>
          <w:p>
            <w:r>
              <w:t>实习质量（5分）</w:t>
            </w:r>
          </w:p>
        </w:tc>
        <w:tc>
          <w:tcPr>
            <w:tcW w:type="dxa" w:w="2160"/>
          </w:tcPr>
          <w:p>
            <w:r>
              <w:t>实习工作受到国际组织认可，获得个人类的表彰</w:t>
            </w:r>
          </w:p>
        </w:tc>
        <w:tc>
          <w:tcPr>
            <w:tcW w:type="dxa" w:w="2160"/>
          </w:tcPr>
          <w:p>
            <w:r>
              <w:t>5</w:t>
            </w:r>
          </w:p>
        </w:tc>
        <w:tc>
          <w:tcPr>
            <w:tcW w:type="dxa" w:w="2160"/>
          </w:tcPr>
          <w:p/>
        </w:tc>
      </w:tr>
      <w:tr>
        <w:tc>
          <w:tcPr>
            <w:tcW w:type="dxa" w:w="2160"/>
          </w:tcPr>
          <w:p>
            <w:r>
              <w:t>实习工作受到国际组织认可，作为成员获得团体类的表彰</w:t>
            </w:r>
          </w:p>
        </w:tc>
        <w:tc>
          <w:tcPr>
            <w:tcW w:type="dxa" w:w="2160"/>
          </w:tcPr>
          <w:p>
            <w:r>
              <w:t>4</w:t>
            </w:r>
          </w:p>
        </w:tc>
        <w:tc>
          <w:tcPr>
            <w:tcW w:type="dxa" w:w="2160"/>
          </w:tcPr>
          <w:p/>
        </w:tc>
        <w:tc>
          <w:tcPr>
            <w:tcW w:type="dxa" w:w="2160"/>
          </w:tcPr>
          <w:p/>
        </w:tc>
      </w:tr>
      <w:tr>
        <w:tc>
          <w:tcPr>
            <w:tcW w:type="dxa" w:w="2160"/>
          </w:tcPr>
          <w:p>
            <w:r>
              <w:t>实习工作受到国际组织认可，有书面证明的</w:t>
            </w:r>
          </w:p>
        </w:tc>
        <w:tc>
          <w:tcPr>
            <w:tcW w:type="dxa" w:w="2160"/>
          </w:tcPr>
          <w:p>
            <w:r>
              <w:t>3</w:t>
            </w:r>
          </w:p>
        </w:tc>
        <w:tc>
          <w:tcPr>
            <w:tcW w:type="dxa" w:w="2160"/>
          </w:tcPr>
          <w:p/>
        </w:tc>
        <w:tc>
          <w:tcPr>
            <w:tcW w:type="dxa" w:w="2160"/>
          </w:tcPr>
          <w:p/>
        </w:tc>
      </w:tr>
      <w:tr>
        <w:tc>
          <w:tcPr>
            <w:tcW w:type="dxa" w:w="2160"/>
          </w:tcPr>
          <w:p>
            <w:r>
              <w:t>科研成果（30分）</w:t>
            </w:r>
          </w:p>
        </w:tc>
        <w:tc>
          <w:tcPr>
            <w:tcW w:type="dxa" w:w="2160"/>
          </w:tcPr>
          <w:p>
            <w:r>
              <w:t>科研项目（18分）</w:t>
            </w:r>
          </w:p>
        </w:tc>
        <w:tc>
          <w:tcPr>
            <w:tcW w:type="dxa" w:w="2160"/>
          </w:tcPr>
          <w:p>
            <w:r>
              <w:t>见附件2</w:t>
            </w:r>
          </w:p>
        </w:tc>
        <w:tc>
          <w:tcPr>
            <w:tcW w:type="dxa" w:w="2160"/>
          </w:tcPr>
          <w:p>
            <w:r>
              <w:t>18</w:t>
            </w:r>
          </w:p>
        </w:tc>
      </w:tr>
      <w:tr>
        <w:tc>
          <w:tcPr>
            <w:tcW w:type="dxa" w:w="2160"/>
          </w:tcPr>
          <w:p>
            <w:r>
              <w:t>科研论文或专利（12分）</w:t>
            </w:r>
          </w:p>
        </w:tc>
        <w:tc>
          <w:tcPr>
            <w:tcW w:type="dxa" w:w="2160"/>
          </w:tcPr>
          <w:p>
            <w:r>
              <w:t>见附件3</w:t>
            </w:r>
          </w:p>
        </w:tc>
        <w:tc>
          <w:tcPr>
            <w:tcW w:type="dxa" w:w="2160"/>
          </w:tcPr>
          <w:p>
            <w:r>
              <w:t>12</w:t>
            </w:r>
          </w:p>
        </w:tc>
        <w:tc>
          <w:tcPr>
            <w:tcW w:type="dxa" w:w="2160"/>
          </w:tcPr>
          <w:p/>
        </w:tc>
      </w:tr>
      <w:tr>
        <w:tc>
          <w:tcPr>
            <w:tcW w:type="dxa" w:w="2160"/>
          </w:tcPr>
          <w:p>
            <w:r>
              <w:t>竞赛获奖（30分）</w:t>
            </w:r>
          </w:p>
        </w:tc>
        <w:tc>
          <w:tcPr>
            <w:tcW w:type="dxa" w:w="2160"/>
          </w:tcPr>
          <w:p>
            <w:r>
              <w:t>学科竞赛（18分）</w:t>
            </w:r>
          </w:p>
        </w:tc>
        <w:tc>
          <w:tcPr>
            <w:tcW w:type="dxa" w:w="2160"/>
          </w:tcPr>
          <w:p>
            <w:r>
              <w:t>见附件4</w:t>
            </w:r>
          </w:p>
        </w:tc>
        <w:tc>
          <w:tcPr>
            <w:tcW w:type="dxa" w:w="2160"/>
          </w:tcPr>
          <w:p>
            <w:r>
              <w:t>18</w:t>
            </w:r>
          </w:p>
        </w:tc>
      </w:tr>
      <w:tr>
        <w:tc>
          <w:tcPr>
            <w:tcW w:type="dxa" w:w="2160"/>
          </w:tcPr>
          <w:p>
            <w:r>
              <w:t>非学科竞赛（12分）</w:t>
            </w:r>
          </w:p>
        </w:tc>
        <w:tc>
          <w:tcPr>
            <w:tcW w:type="dxa" w:w="2160"/>
          </w:tcPr>
          <w:p>
            <w:r>
              <w:t>见附件5</w:t>
            </w:r>
          </w:p>
        </w:tc>
        <w:tc>
          <w:tcPr>
            <w:tcW w:type="dxa" w:w="2160"/>
          </w:tcPr>
          <w:p>
            <w:r>
              <w:t>12</w:t>
            </w:r>
          </w:p>
        </w:tc>
        <w:tc>
          <w:tcPr>
            <w:tcW w:type="dxa" w:w="2160"/>
          </w:tcPr>
          <w:p/>
        </w:tc>
      </w:tr>
    </w:tbl>
    <w:p>
      <w:r>
        <w:t>其他：</w:t>
      </w:r>
    </w:p>
    <w:p>
      <w:r>
        <w:t>1．相关材料的认定时效截止于本规则发布之日；</w:t>
      </w:r>
    </w:p>
    <w:p>
      <w:r>
        <w:t>2．表中未涵盖的其他科研成果，经专家审核小组评议后，可酌情加分；</w:t>
      </w:r>
    </w:p>
    <w:p>
      <w:r>
        <w:t>3．在某一指标中有多项加分情况时，原则上只取一项；</w:t>
      </w:r>
    </w:p>
    <w:p>
      <w:r>
        <w:t>4．国际组织实习须为参加有组织的国际组织实习，并且国际组织须在名录范围内。</w:t>
      </w:r>
    </w:p>
    <w:p>
      <w:r>
        <w:t>国际组织名录，参见人力资源和社会保障部国际组织人才服务信息网的“了解国际组织”栏目，网站链接：http://io.mohrss.gov.cn/col/1002/index.html。</w:t>
      </w:r>
    </w:p>
    <w:p>
      <w:r>
        <w:t>5．未尽事宜，由专家审核小组评议并报学院推免工作小组议定。</w:t>
      </w:r>
    </w:p>
    <w:p>
      <w:r>
        <w:t>附件2</w:t>
      </w:r>
    </w:p>
    <w:p>
      <w:r>
        <w:t>科研项目</w:t>
      </w:r>
    </w:p>
    <w:p>
      <w:r>
        <w:t>（18分）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w:t>
            </w:r>
          </w:p>
        </w:tc>
        <w:tc>
          <w:tcPr>
            <w:tcW w:type="dxa" w:w="1728"/>
          </w:tcPr>
          <w:p>
            <w:r>
              <w:t>级别</w:t>
            </w:r>
          </w:p>
        </w:tc>
        <w:tc>
          <w:tcPr>
            <w:tcW w:type="dxa" w:w="1728"/>
          </w:tcPr>
          <w:p>
            <w:r>
              <w:t>位次</w:t>
            </w:r>
          </w:p>
        </w:tc>
        <w:tc>
          <w:tcPr>
            <w:tcW w:type="dxa" w:w="1728"/>
          </w:tcPr>
          <w:p>
            <w:r>
              <w:t>分值</w:t>
            </w:r>
          </w:p>
        </w:tc>
        <w:tc>
          <w:tcPr>
            <w:tcW w:type="dxa" w:w="1728"/>
          </w:tcPr>
          <w:p>
            <w:r>
              <w:t>备注</w:t>
            </w:r>
          </w:p>
        </w:tc>
      </w:tr>
      <w:tr>
        <w:tc>
          <w:tcPr>
            <w:tcW w:type="dxa" w:w="1728"/>
          </w:tcPr>
          <w:p>
            <w:r>
              <w:t>大学生创新性实验计划项目</w:t>
            </w:r>
          </w:p>
        </w:tc>
        <w:tc>
          <w:tcPr>
            <w:tcW w:type="dxa" w:w="1728"/>
          </w:tcPr>
          <w:p>
            <w:r>
              <w:t>国家级</w:t>
            </w:r>
          </w:p>
        </w:tc>
        <w:tc>
          <w:tcPr>
            <w:tcW w:type="dxa" w:w="1728"/>
          </w:tcPr>
          <w:p>
            <w:r>
              <w:t>主持人</w:t>
            </w:r>
          </w:p>
        </w:tc>
        <w:tc>
          <w:tcPr>
            <w:tcW w:type="dxa" w:w="1728"/>
          </w:tcPr>
          <w:p>
            <w:r>
              <w:t>18</w:t>
            </w:r>
          </w:p>
        </w:tc>
        <w:tc>
          <w:tcPr>
            <w:tcW w:type="dxa" w:w="1728"/>
          </w:tcPr>
          <w:p>
            <w:r>
              <w:t>所有项目均需通过结题验收或中期检查合格</w:t>
            </w:r>
          </w:p>
        </w:tc>
      </w:tr>
      <w:tr>
        <w:tc>
          <w:tcPr>
            <w:tcW w:type="dxa" w:w="1728"/>
          </w:tcPr>
          <w:p>
            <w:r>
              <w:t>项目组其他成员（排名第2、3）</w:t>
            </w:r>
          </w:p>
        </w:tc>
        <w:tc>
          <w:tcPr>
            <w:tcW w:type="dxa" w:w="1728"/>
          </w:tcPr>
          <w:p>
            <w:r>
              <w:t>12</w:t>
            </w:r>
          </w:p>
        </w:tc>
        <w:tc>
          <w:tcPr>
            <w:tcW w:type="dxa" w:w="1728"/>
          </w:tcPr>
          <w:p/>
        </w:tc>
        <w:tc>
          <w:tcPr>
            <w:tcW w:type="dxa" w:w="1728"/>
          </w:tcPr>
          <w:p/>
        </w:tc>
        <w:tc>
          <w:tcPr>
            <w:tcW w:type="dxa" w:w="1728"/>
          </w:tcPr>
          <w:p/>
        </w:tc>
      </w:tr>
      <w:tr>
        <w:tc>
          <w:tcPr>
            <w:tcW w:type="dxa" w:w="1728"/>
          </w:tcPr>
          <w:p>
            <w:r>
              <w:t>省级</w:t>
            </w:r>
          </w:p>
        </w:tc>
        <w:tc>
          <w:tcPr>
            <w:tcW w:type="dxa" w:w="1728"/>
          </w:tcPr>
          <w:p>
            <w:r>
              <w:t>主持人</w:t>
            </w:r>
          </w:p>
        </w:tc>
        <w:tc>
          <w:tcPr>
            <w:tcW w:type="dxa" w:w="1728"/>
          </w:tcPr>
          <w:p>
            <w:r>
              <w:t>14</w:t>
            </w:r>
          </w:p>
        </w:tc>
        <w:tc>
          <w:tcPr>
            <w:tcW w:type="dxa" w:w="1728"/>
          </w:tcPr>
          <w:p/>
        </w:tc>
        <w:tc>
          <w:tcPr>
            <w:tcW w:type="dxa" w:w="1728"/>
          </w:tcPr>
          <w:p/>
        </w:tc>
      </w:tr>
      <w:tr>
        <w:tc>
          <w:tcPr>
            <w:tcW w:type="dxa" w:w="1728"/>
          </w:tcPr>
          <w:p>
            <w:r>
              <w:t>项目组其他成员（排名第2）</w:t>
            </w:r>
          </w:p>
        </w:tc>
        <w:tc>
          <w:tcPr>
            <w:tcW w:type="dxa" w:w="1728"/>
          </w:tcPr>
          <w:p>
            <w:r>
              <w:t>10</w:t>
            </w:r>
          </w:p>
        </w:tc>
        <w:tc>
          <w:tcPr>
            <w:tcW w:type="dxa" w:w="1728"/>
          </w:tcPr>
          <w:p/>
        </w:tc>
        <w:tc>
          <w:tcPr>
            <w:tcW w:type="dxa" w:w="1728"/>
          </w:tcPr>
          <w:p/>
        </w:tc>
        <w:tc>
          <w:tcPr>
            <w:tcW w:type="dxa" w:w="1728"/>
          </w:tcPr>
          <w:p/>
        </w:tc>
      </w:tr>
      <w:tr>
        <w:tc>
          <w:tcPr>
            <w:tcW w:type="dxa" w:w="1728"/>
          </w:tcPr>
          <w:p>
            <w:r>
              <w:t>校级</w:t>
            </w:r>
          </w:p>
        </w:tc>
        <w:tc>
          <w:tcPr>
            <w:tcW w:type="dxa" w:w="1728"/>
          </w:tcPr>
          <w:p>
            <w:r>
              <w:t>主持人</w:t>
            </w:r>
          </w:p>
        </w:tc>
        <w:tc>
          <w:tcPr>
            <w:tcW w:type="dxa" w:w="1728"/>
          </w:tcPr>
          <w:p>
            <w:r>
              <w:t>11</w:t>
            </w:r>
          </w:p>
        </w:tc>
        <w:tc>
          <w:tcPr>
            <w:tcW w:type="dxa" w:w="1728"/>
          </w:tcPr>
          <w:p/>
        </w:tc>
        <w:tc>
          <w:tcPr>
            <w:tcW w:type="dxa" w:w="1728"/>
          </w:tcPr>
          <w:p/>
        </w:tc>
      </w:tr>
      <w:tr>
        <w:tc>
          <w:tcPr>
            <w:tcW w:type="dxa" w:w="1728"/>
          </w:tcPr>
          <w:p>
            <w:r>
              <w:t>莙政学者</w:t>
            </w:r>
          </w:p>
        </w:tc>
        <w:tc>
          <w:tcPr>
            <w:tcW w:type="dxa" w:w="1728"/>
          </w:tcPr>
          <w:p>
            <w:r>
              <w:t>/</w:t>
            </w:r>
          </w:p>
        </w:tc>
        <w:tc>
          <w:tcPr>
            <w:tcW w:type="dxa" w:w="1728"/>
          </w:tcPr>
          <w:p>
            <w:r>
              <w:t>18</w:t>
            </w:r>
          </w:p>
        </w:tc>
        <w:tc>
          <w:tcPr>
            <w:tcW w:type="dxa" w:w="1728"/>
          </w:tcPr>
          <w:p/>
        </w:tc>
        <w:tc>
          <w:tcPr>
            <w:tcW w:type="dxa" w:w="1728"/>
          </w:tcPr>
          <w:p/>
        </w:tc>
      </w:tr>
      <w:tr>
        <w:tc>
          <w:tcPr>
            <w:tcW w:type="dxa" w:w="1728"/>
          </w:tcPr>
          <w:p>
            <w:r>
              <w:t>苏州大学课外学术科研基金</w:t>
            </w:r>
          </w:p>
        </w:tc>
        <w:tc>
          <w:tcPr>
            <w:tcW w:type="dxa" w:w="1728"/>
          </w:tcPr>
          <w:p>
            <w:r>
              <w:t>重大项目</w:t>
            </w:r>
          </w:p>
        </w:tc>
        <w:tc>
          <w:tcPr>
            <w:tcW w:type="dxa" w:w="1728"/>
          </w:tcPr>
          <w:p>
            <w:r>
              <w:t>主持人</w:t>
            </w:r>
          </w:p>
        </w:tc>
        <w:tc>
          <w:tcPr>
            <w:tcW w:type="dxa" w:w="1728"/>
          </w:tcPr>
          <w:p>
            <w:r>
              <w:t>14</w:t>
            </w:r>
          </w:p>
        </w:tc>
        <w:tc>
          <w:tcPr>
            <w:tcW w:type="dxa" w:w="1728"/>
          </w:tcPr>
          <w:p/>
        </w:tc>
      </w:tr>
      <w:tr>
        <w:tc>
          <w:tcPr>
            <w:tcW w:type="dxa" w:w="1728"/>
          </w:tcPr>
          <w:p>
            <w:r>
              <w:t>项目组其他成员（排名第2）</w:t>
            </w:r>
          </w:p>
        </w:tc>
        <w:tc>
          <w:tcPr>
            <w:tcW w:type="dxa" w:w="1728"/>
          </w:tcPr>
          <w:p>
            <w:r>
              <w:t>10</w:t>
            </w:r>
          </w:p>
        </w:tc>
        <w:tc>
          <w:tcPr>
            <w:tcW w:type="dxa" w:w="1728"/>
          </w:tcPr>
          <w:p/>
        </w:tc>
        <w:tc>
          <w:tcPr>
            <w:tcW w:type="dxa" w:w="1728"/>
          </w:tcPr>
          <w:p/>
        </w:tc>
        <w:tc>
          <w:tcPr>
            <w:tcW w:type="dxa" w:w="1728"/>
          </w:tcPr>
          <w:p/>
        </w:tc>
      </w:tr>
      <w:tr>
        <w:tc>
          <w:tcPr>
            <w:tcW w:type="dxa" w:w="1728"/>
          </w:tcPr>
          <w:p>
            <w:r>
              <w:t>重点项目</w:t>
            </w:r>
          </w:p>
        </w:tc>
        <w:tc>
          <w:tcPr>
            <w:tcW w:type="dxa" w:w="1728"/>
          </w:tcPr>
          <w:p>
            <w:r>
              <w:t>主持人</w:t>
            </w:r>
          </w:p>
        </w:tc>
        <w:tc>
          <w:tcPr>
            <w:tcW w:type="dxa" w:w="1728"/>
          </w:tcPr>
          <w:p>
            <w:r>
              <w:t>11</w:t>
            </w:r>
          </w:p>
        </w:tc>
        <w:tc>
          <w:tcPr>
            <w:tcW w:type="dxa" w:w="1728"/>
          </w:tcPr>
          <w:p/>
        </w:tc>
        <w:tc>
          <w:tcPr>
            <w:tcW w:type="dxa" w:w="1728"/>
          </w:tcPr>
          <w:p/>
        </w:tc>
      </w:tr>
      <w:tr>
        <w:tc>
          <w:tcPr>
            <w:tcW w:type="dxa" w:w="1728"/>
          </w:tcPr>
          <w:p>
            <w:r>
              <w:t>一般项目</w:t>
            </w:r>
          </w:p>
        </w:tc>
        <w:tc>
          <w:tcPr>
            <w:tcW w:type="dxa" w:w="1728"/>
          </w:tcPr>
          <w:p>
            <w:r>
              <w:t>主持人</w:t>
            </w:r>
          </w:p>
        </w:tc>
        <w:tc>
          <w:tcPr>
            <w:tcW w:type="dxa" w:w="1728"/>
          </w:tcPr>
          <w:p>
            <w:r>
              <w:t>6</w:t>
            </w:r>
          </w:p>
        </w:tc>
        <w:tc>
          <w:tcPr>
            <w:tcW w:type="dxa" w:w="1728"/>
          </w:tcPr>
          <w:p/>
        </w:tc>
        <w:tc>
          <w:tcPr>
            <w:tcW w:type="dxa" w:w="1728"/>
          </w:tcPr>
          <w:p/>
        </w:tc>
      </w:tr>
    </w:tbl>
    <w:p>
      <w:r>
        <w:t>说明：</w:t>
      </w:r>
    </w:p>
    <w:p>
      <w:r>
        <w:t>表格列举以外的其他项目，由专家审核小组依据材料，审定所属的级别、位次和分值。</w:t>
      </w:r>
    </w:p>
    <w:p>
      <w:r>
        <w:t>附件3</w:t>
      </w:r>
    </w:p>
    <w:p>
      <w:r>
        <w:t>科研论文或专利</w:t>
      </w:r>
    </w:p>
    <w:p>
      <w:r>
        <w:t>（12分）</w:t>
      </w:r>
    </w:p>
    <w:tbl>
      <w:tblPr>
        <w:tblStyle w:val="TableGrid"/>
        <w:tblW w:type="auto" w:w="0"/>
        <w:tblLook w:firstColumn="1" w:firstRow="1" w:lastColumn="0" w:lastRow="0" w:noHBand="0" w:noVBand="1" w:val="04A0"/>
      </w:tblPr>
      <w:tblGrid>
        <w:gridCol w:w="2880"/>
        <w:gridCol w:w="2880"/>
        <w:gridCol w:w="2880"/>
      </w:tblGrid>
      <w:tr>
        <w:tc>
          <w:tcPr>
            <w:tcW w:type="dxa" w:w="2880"/>
          </w:tcPr>
          <w:p>
            <w:r>
              <w:t>级别</w:t>
            </w:r>
          </w:p>
        </w:tc>
        <w:tc>
          <w:tcPr>
            <w:tcW w:type="dxa" w:w="2880"/>
          </w:tcPr>
          <w:p>
            <w:r>
              <w:t>分值</w:t>
            </w:r>
          </w:p>
        </w:tc>
        <w:tc>
          <w:tcPr>
            <w:tcW w:type="dxa" w:w="2880"/>
          </w:tcPr>
          <w:p>
            <w:r>
              <w:t>备注</w:t>
            </w:r>
          </w:p>
        </w:tc>
      </w:tr>
      <w:tr>
        <w:tc>
          <w:tcPr>
            <w:tcW w:type="dxa" w:w="2880"/>
          </w:tcPr>
          <w:p>
            <w:r>
              <w:t>一类核心刊物（苏州大学人文社会科学处认定）或SCI第一分区论文或SSCI、A&amp;HCI来源期刊收录</w:t>
            </w:r>
          </w:p>
        </w:tc>
        <w:tc>
          <w:tcPr>
            <w:tcW w:type="dxa" w:w="2880"/>
          </w:tcPr>
          <w:p>
            <w:r>
              <w:t>12</w:t>
            </w:r>
          </w:p>
        </w:tc>
        <w:tc>
          <w:tcPr>
            <w:tcW w:type="dxa" w:w="2880"/>
          </w:tcPr>
          <w:p>
            <w:r>
              <w:t>论文需和自身学科领域相关，且为第一作者</w:t>
            </w:r>
          </w:p>
        </w:tc>
      </w:tr>
      <w:tr>
        <w:tc>
          <w:tcPr>
            <w:tcW w:type="dxa" w:w="2880"/>
          </w:tcPr>
          <w:p>
            <w:r>
              <w:t>二类核心刊物（苏州大学人文社会科学处认定）或SCI第二分区论文</w:t>
            </w:r>
          </w:p>
        </w:tc>
        <w:tc>
          <w:tcPr>
            <w:tcW w:type="dxa" w:w="2880"/>
          </w:tcPr>
          <w:p>
            <w:r>
              <w:t>10</w:t>
            </w:r>
          </w:p>
        </w:tc>
        <w:tc>
          <w:tcPr>
            <w:tcW w:type="dxa" w:w="2880"/>
          </w:tcPr>
          <w:p/>
        </w:tc>
      </w:tr>
      <w:tr>
        <w:tc>
          <w:tcPr>
            <w:tcW w:type="dxa" w:w="2880"/>
          </w:tcPr>
          <w:p>
            <w:r>
              <w:t>三类核心刊物（苏州大学人文社会科学处认定）或SCI第三、四分区论文</w:t>
            </w:r>
          </w:p>
        </w:tc>
        <w:tc>
          <w:tcPr>
            <w:tcW w:type="dxa" w:w="2880"/>
          </w:tcPr>
          <w:p>
            <w:r>
              <w:t>7</w:t>
            </w:r>
          </w:p>
        </w:tc>
        <w:tc>
          <w:tcPr>
            <w:tcW w:type="dxa" w:w="2880"/>
          </w:tcPr>
          <w:p/>
        </w:tc>
      </w:tr>
      <w:tr>
        <w:tc>
          <w:tcPr>
            <w:tcW w:type="dxa" w:w="2880"/>
          </w:tcPr>
          <w:p>
            <w:r>
              <w:t>CSSCI来源期刊</w:t>
            </w:r>
          </w:p>
        </w:tc>
        <w:tc>
          <w:tcPr>
            <w:tcW w:type="dxa" w:w="2880"/>
          </w:tcPr>
          <w:p>
            <w:r>
              <w:t>6</w:t>
            </w:r>
          </w:p>
        </w:tc>
        <w:tc>
          <w:tcPr>
            <w:tcW w:type="dxa" w:w="2880"/>
          </w:tcPr>
          <w:p/>
        </w:tc>
      </w:tr>
      <w:tr>
        <w:tc>
          <w:tcPr>
            <w:tcW w:type="dxa" w:w="2880"/>
          </w:tcPr>
          <w:p>
            <w:r>
              <w:t>北京大学图书馆中文核心期刊、EI期刊收录论文</w:t>
            </w:r>
          </w:p>
        </w:tc>
        <w:tc>
          <w:tcPr>
            <w:tcW w:type="dxa" w:w="2880"/>
          </w:tcPr>
          <w:p>
            <w:r>
              <w:t>5</w:t>
            </w:r>
          </w:p>
        </w:tc>
        <w:tc>
          <w:tcPr>
            <w:tcW w:type="dxa" w:w="2880"/>
          </w:tcPr>
          <w:p>
            <w:r/>
          </w:p>
        </w:tc>
      </w:tr>
      <w:tr>
        <w:tc>
          <w:tcPr>
            <w:tcW w:type="dxa" w:w="2880"/>
          </w:tcPr>
          <w:p>
            <w:r>
              <w:t>普通公开刊物（不包括增刊）</w:t>
            </w:r>
          </w:p>
        </w:tc>
        <w:tc>
          <w:tcPr>
            <w:tcW w:type="dxa" w:w="2880"/>
          </w:tcPr>
          <w:p>
            <w:r>
              <w:t>4</w:t>
            </w:r>
          </w:p>
        </w:tc>
        <w:tc>
          <w:tcPr>
            <w:tcW w:type="dxa" w:w="2880"/>
          </w:tcPr>
          <w:p/>
        </w:tc>
      </w:tr>
      <w:tr>
        <w:tc>
          <w:tcPr>
            <w:tcW w:type="dxa" w:w="2880"/>
          </w:tcPr>
          <w:p>
            <w:r>
              <w:t>国内外发明专利</w:t>
            </w:r>
          </w:p>
        </w:tc>
        <w:tc>
          <w:tcPr>
            <w:tcW w:type="dxa" w:w="2880"/>
          </w:tcPr>
          <w:p>
            <w:r>
              <w:t>3</w:t>
            </w:r>
          </w:p>
        </w:tc>
        <w:tc>
          <w:tcPr>
            <w:tcW w:type="dxa" w:w="2880"/>
          </w:tcPr>
          <w:p>
            <w:r>
              <w:t>需和自身学科领域密切相关，且为第一发明人</w:t>
            </w:r>
          </w:p>
        </w:tc>
      </w:tr>
      <w:tr>
        <w:tc>
          <w:tcPr>
            <w:tcW w:type="dxa" w:w="2880"/>
          </w:tcPr>
          <w:p>
            <w:r>
              <w:t>国内外实用新型、计算机软件著作权、集成电路布图设计权</w:t>
            </w:r>
          </w:p>
        </w:tc>
        <w:tc>
          <w:tcPr>
            <w:tcW w:type="dxa" w:w="2880"/>
          </w:tcPr>
          <w:p>
            <w:r>
              <w:t>2</w:t>
            </w:r>
          </w:p>
        </w:tc>
        <w:tc>
          <w:tcPr>
            <w:tcW w:type="dxa" w:w="2880"/>
          </w:tcPr>
          <w:p/>
        </w:tc>
      </w:tr>
      <w:tr>
        <w:tc>
          <w:tcPr>
            <w:tcW w:type="dxa" w:w="2880"/>
          </w:tcPr>
          <w:p>
            <w:r>
              <w:t>国内外外观设计专利</w:t>
            </w:r>
          </w:p>
        </w:tc>
        <w:tc>
          <w:tcPr>
            <w:tcW w:type="dxa" w:w="2880"/>
          </w:tcPr>
          <w:p>
            <w:r>
              <w:t>1</w:t>
            </w:r>
          </w:p>
        </w:tc>
        <w:tc>
          <w:tcPr>
            <w:tcW w:type="dxa" w:w="2880"/>
          </w:tcPr>
          <w:p/>
        </w:tc>
      </w:tr>
      <w:tr>
        <w:tc>
          <w:tcPr>
            <w:tcW w:type="dxa" w:w="2880"/>
          </w:tcPr>
          <w:p>
            <w:r>
              <w:t>参会论文（国家级学会主办）</w:t>
            </w:r>
          </w:p>
        </w:tc>
        <w:tc>
          <w:tcPr>
            <w:tcW w:type="dxa" w:w="2880"/>
          </w:tcPr>
          <w:p>
            <w:r>
              <w:t>2</w:t>
            </w:r>
          </w:p>
        </w:tc>
        <w:tc>
          <w:tcPr>
            <w:tcW w:type="dxa" w:w="2880"/>
          </w:tcPr>
          <w:p>
            <w:r/>
          </w:p>
        </w:tc>
      </w:tr>
      <w:tr>
        <w:tc>
          <w:tcPr>
            <w:tcW w:type="dxa" w:w="2880"/>
          </w:tcPr>
          <w:p>
            <w:r>
              <w:t>参会论文（省级学会主办）</w:t>
            </w:r>
          </w:p>
        </w:tc>
        <w:tc>
          <w:tcPr>
            <w:tcW w:type="dxa" w:w="2880"/>
          </w:tcPr>
          <w:p>
            <w:r>
              <w:t>1</w:t>
            </w:r>
          </w:p>
        </w:tc>
        <w:tc>
          <w:tcPr>
            <w:tcW w:type="dxa" w:w="2880"/>
          </w:tcPr>
          <w:p/>
        </w:tc>
      </w:tr>
    </w:tbl>
    <w:p>
      <w:r>
        <w:t>说明：</w:t>
      </w:r>
    </w:p>
    <w:p>
      <w:r>
        <w:t>1．表格列举以外的其他科研论文或专利，由专家审核小组依据材料审定所属的级别和分值，用稿通知不计分。</w:t>
      </w:r>
    </w:p>
    <w:p>
      <w:r>
        <w:t>2．专利情况在正式提交材料前，由各系系主任组织本系教师先行审核，审核无误后提交学院审核。</w:t>
      </w:r>
    </w:p>
    <w:p>
      <w:r>
        <w:t>附件4</w:t>
      </w:r>
    </w:p>
    <w:p>
      <w:r>
        <w:t>学科竞赛</w:t>
      </w:r>
    </w:p>
    <w:p>
      <w:r>
        <w:t>（18分）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分值</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18</w:t>
            </w:r>
          </w:p>
        </w:tc>
        <w:tc>
          <w:tcPr>
            <w:tcW w:type="dxa" w:w="1728"/>
          </w:tcPr>
          <w:p>
            <w:r>
              <w:t>获奖者需提供相关奖状或证明，级别以证书盖章单位为准进行认定</w:t>
            </w:r>
          </w:p>
        </w:tc>
      </w:tr>
      <w:tr>
        <w:tc>
          <w:tcPr>
            <w:tcW w:type="dxa" w:w="1728"/>
          </w:tcPr>
          <w:p>
            <w:r>
              <w:t>团队成员（排名第2、3）</w:t>
            </w:r>
          </w:p>
        </w:tc>
        <w:tc>
          <w:tcPr>
            <w:tcW w:type="dxa" w:w="1728"/>
          </w:tcPr>
          <w:p>
            <w:r>
              <w:t>14</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14</w:t>
            </w:r>
          </w:p>
        </w:tc>
        <w:tc>
          <w:tcPr>
            <w:tcW w:type="dxa" w:w="1728"/>
          </w:tcPr>
          <w:p/>
        </w:tc>
        <w:tc>
          <w:tcPr>
            <w:tcW w:type="dxa" w:w="1728"/>
          </w:tcPr>
          <w:p/>
        </w:tc>
      </w:tr>
      <w:tr>
        <w:tc>
          <w:tcPr>
            <w:tcW w:type="dxa" w:w="1728"/>
          </w:tcPr>
          <w:p>
            <w:r>
              <w:t>团队成员（排名第2、3）</w:t>
            </w:r>
          </w:p>
        </w:tc>
        <w:tc>
          <w:tcPr>
            <w:tcW w:type="dxa" w:w="1728"/>
          </w:tcPr>
          <w:p>
            <w:r>
              <w:t>12</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团队成员（排名第2、3）</w:t>
            </w:r>
          </w:p>
        </w:tc>
        <w:tc>
          <w:tcPr>
            <w:tcW w:type="dxa" w:w="1728"/>
          </w:tcPr>
          <w:p>
            <w:r>
              <w:t>10</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10</w:t>
            </w:r>
          </w:p>
        </w:tc>
        <w:tc>
          <w:tcPr>
            <w:tcW w:type="dxa" w:w="1728"/>
          </w:tcPr>
          <w:p/>
        </w:tc>
        <w:tc>
          <w:tcPr>
            <w:tcW w:type="dxa" w:w="1728"/>
          </w:tcPr>
          <w:p/>
        </w:tc>
      </w:tr>
      <w:tr>
        <w:tc>
          <w:tcPr>
            <w:tcW w:type="dxa" w:w="1728"/>
          </w:tcPr>
          <w:p>
            <w:r>
              <w:t>团队成员（排名第2、3）</w:t>
            </w:r>
          </w:p>
        </w:tc>
        <w:tc>
          <w:tcPr>
            <w:tcW w:type="dxa" w:w="1728"/>
          </w:tcPr>
          <w:p>
            <w:r>
              <w:t>7</w:t>
            </w:r>
          </w:p>
        </w:tc>
        <w:tc>
          <w:tcPr>
            <w:tcW w:type="dxa" w:w="1728"/>
          </w:tcPr>
          <w:p/>
        </w:tc>
        <w:tc>
          <w:tcPr>
            <w:tcW w:type="dxa" w:w="1728"/>
          </w:tcPr>
          <w:p/>
        </w:tc>
        <w:tc>
          <w:tcPr>
            <w:tcW w:type="dxa" w:w="1728"/>
          </w:tcPr>
          <w:p/>
        </w:tc>
      </w:tr>
      <w:tr>
        <w:tc>
          <w:tcPr>
            <w:tcW w:type="dxa" w:w="1728"/>
          </w:tcPr>
          <w:p>
            <w:r>
              <w:t>省部级</w:t>
            </w:r>
          </w:p>
        </w:tc>
        <w:tc>
          <w:tcPr>
            <w:tcW w:type="dxa" w:w="1728"/>
          </w:tcPr>
          <w:p>
            <w:r>
              <w:t>最高等级</w:t>
            </w:r>
          </w:p>
        </w:tc>
        <w:tc>
          <w:tcPr>
            <w:tcW w:type="dxa" w:w="1728"/>
          </w:tcPr>
          <w:p>
            <w:r>
              <w:t>个人或团队负责人</w:t>
            </w:r>
          </w:p>
        </w:tc>
        <w:tc>
          <w:tcPr>
            <w:tcW w:type="dxa" w:w="1728"/>
          </w:tcPr>
          <w:p>
            <w:r>
              <w:t>14</w:t>
            </w:r>
          </w:p>
        </w:tc>
        <w:tc>
          <w:tcPr>
            <w:tcW w:type="dxa" w:w="1728"/>
          </w:tcPr>
          <w:p/>
        </w:tc>
      </w:tr>
      <w:tr>
        <w:tc>
          <w:tcPr>
            <w:tcW w:type="dxa" w:w="1728"/>
          </w:tcPr>
          <w:p>
            <w:r>
              <w:t>团队成员（排名第2）</w:t>
            </w:r>
          </w:p>
        </w:tc>
        <w:tc>
          <w:tcPr>
            <w:tcW w:type="dxa" w:w="1728"/>
          </w:tcPr>
          <w:p>
            <w:r>
              <w:t>12</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团队成员（排名第2）</w:t>
            </w:r>
          </w:p>
        </w:tc>
        <w:tc>
          <w:tcPr>
            <w:tcW w:type="dxa" w:w="1728"/>
          </w:tcPr>
          <w:p>
            <w:r>
              <w:t>10</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10</w:t>
            </w:r>
          </w:p>
        </w:tc>
        <w:tc>
          <w:tcPr>
            <w:tcW w:type="dxa" w:w="1728"/>
          </w:tcPr>
          <w:p/>
        </w:tc>
        <w:tc>
          <w:tcPr>
            <w:tcW w:type="dxa" w:w="1728"/>
          </w:tcPr>
          <w:p/>
        </w:tc>
      </w:tr>
      <w:tr>
        <w:tc>
          <w:tcPr>
            <w:tcW w:type="dxa" w:w="1728"/>
          </w:tcPr>
          <w:p>
            <w:r>
              <w:t>团队成员（排名第2）</w:t>
            </w:r>
          </w:p>
        </w:tc>
        <w:tc>
          <w:tcPr>
            <w:tcW w:type="dxa" w:w="1728"/>
          </w:tcPr>
          <w:p>
            <w:r>
              <w:t>7</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团队成员（排名第2）</w:t>
            </w:r>
          </w:p>
        </w:tc>
        <w:tc>
          <w:tcPr>
            <w:tcW w:type="dxa" w:w="1728"/>
          </w:tcPr>
          <w:p>
            <w:r>
              <w:t>5</w:t>
            </w:r>
          </w:p>
        </w:tc>
        <w:tc>
          <w:tcPr>
            <w:tcW w:type="dxa" w:w="1728"/>
          </w:tcPr>
          <w:p/>
        </w:tc>
        <w:tc>
          <w:tcPr>
            <w:tcW w:type="dxa" w:w="1728"/>
          </w:tcPr>
          <w:p/>
        </w:tc>
        <w:tc>
          <w:tcPr>
            <w:tcW w:type="dxa" w:w="1728"/>
          </w:tcPr>
          <w:p/>
        </w:tc>
      </w:tr>
    </w:tbl>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奖项级别</w:t>
            </w:r>
          </w:p>
        </w:tc>
        <w:tc>
          <w:tcPr>
            <w:tcW w:type="dxa" w:w="1440"/>
          </w:tcPr>
          <w:p>
            <w:r>
              <w:t>获奖等级</w:t>
            </w:r>
          </w:p>
        </w:tc>
        <w:tc>
          <w:tcPr>
            <w:tcW w:type="dxa" w:w="1440"/>
          </w:tcPr>
          <w:p>
            <w:r>
              <w:t>位次</w:t>
            </w:r>
          </w:p>
        </w:tc>
        <w:tc>
          <w:tcPr>
            <w:tcW w:type="dxa" w:w="1440"/>
          </w:tcPr>
          <w:p>
            <w:r>
              <w:t>综合奖</w:t>
            </w:r>
          </w:p>
        </w:tc>
        <w:tc>
          <w:tcPr>
            <w:tcW w:type="dxa" w:w="1440"/>
          </w:tcPr>
          <w:p>
            <w:r>
              <w:t>单项奖</w:t>
            </w:r>
          </w:p>
        </w:tc>
        <w:tc>
          <w:tcPr>
            <w:tcW w:type="dxa" w:w="1440"/>
          </w:tcPr>
          <w:p>
            <w:r>
              <w:t>备注</w:t>
            </w:r>
          </w:p>
        </w:tc>
      </w:tr>
      <w:tr>
        <w:tc>
          <w:tcPr>
            <w:tcW w:type="dxa" w:w="1440"/>
          </w:tcPr>
          <w:p>
            <w:r>
              <w:t>校级</w:t>
            </w:r>
          </w:p>
        </w:tc>
        <w:tc>
          <w:tcPr>
            <w:tcW w:type="dxa" w:w="1440"/>
          </w:tcPr>
          <w:p>
            <w:r>
              <w:t>最高等级</w:t>
            </w:r>
          </w:p>
        </w:tc>
        <w:tc>
          <w:tcPr>
            <w:tcW w:type="dxa" w:w="1440"/>
          </w:tcPr>
          <w:p>
            <w:r>
              <w:t>个人或团队负责人</w:t>
            </w:r>
          </w:p>
        </w:tc>
        <w:tc>
          <w:tcPr>
            <w:tcW w:type="dxa" w:w="1440"/>
          </w:tcPr>
          <w:p>
            <w:r>
              <w:t>10</w:t>
            </w:r>
          </w:p>
        </w:tc>
        <w:tc>
          <w:tcPr>
            <w:tcW w:type="dxa" w:w="1440"/>
          </w:tcPr>
          <w:p>
            <w:r>
              <w:t>5</w:t>
            </w:r>
          </w:p>
        </w:tc>
        <w:tc>
          <w:tcPr>
            <w:tcW w:type="dxa" w:w="1440"/>
          </w:tcPr>
          <w:p>
            <w:r>
              <w:t>同上</w:t>
            </w:r>
          </w:p>
        </w:tc>
      </w:tr>
      <w:tr>
        <w:tc>
          <w:tcPr>
            <w:tcW w:type="dxa" w:w="1440"/>
          </w:tcPr>
          <w:p>
            <w:r>
              <w:t>第二等级</w:t>
            </w:r>
          </w:p>
        </w:tc>
        <w:tc>
          <w:tcPr>
            <w:tcW w:type="dxa" w:w="1440"/>
          </w:tcPr>
          <w:p>
            <w:r>
              <w:t>个人或团队负责人</w:t>
            </w:r>
          </w:p>
        </w:tc>
        <w:tc>
          <w:tcPr>
            <w:tcW w:type="dxa" w:w="1440"/>
          </w:tcPr>
          <w:p>
            <w:r>
              <w:t>7</w:t>
            </w:r>
          </w:p>
        </w:tc>
        <w:tc>
          <w:tcPr>
            <w:tcW w:type="dxa" w:w="1440"/>
          </w:tcPr>
          <w:p>
            <w:r>
              <w:t>2</w:t>
            </w:r>
          </w:p>
        </w:tc>
        <w:tc>
          <w:tcPr>
            <w:tcW w:type="dxa" w:w="1440"/>
          </w:tcPr>
          <w:p/>
        </w:tc>
        <w:tc>
          <w:tcPr>
            <w:tcW w:type="dxa" w:w="1440"/>
          </w:tcPr>
          <w:p/>
        </w:tc>
      </w:tr>
      <w:tr>
        <w:tc>
          <w:tcPr>
            <w:tcW w:type="dxa" w:w="1440"/>
          </w:tcPr>
          <w:p>
            <w:r>
              <w:t>第三等级</w:t>
            </w:r>
          </w:p>
        </w:tc>
        <w:tc>
          <w:tcPr>
            <w:tcW w:type="dxa" w:w="1440"/>
          </w:tcPr>
          <w:p>
            <w:r>
              <w:t>个人或团队负责人</w:t>
            </w:r>
          </w:p>
        </w:tc>
        <w:tc>
          <w:tcPr>
            <w:tcW w:type="dxa" w:w="1440"/>
          </w:tcPr>
          <w:p>
            <w:r>
              <w:t>5</w:t>
            </w:r>
          </w:p>
        </w:tc>
        <w:tc>
          <w:tcPr>
            <w:tcW w:type="dxa" w:w="1440"/>
          </w:tcPr>
          <w:p>
            <w:r>
              <w:t>1</w:t>
            </w:r>
          </w:p>
        </w:tc>
        <w:tc>
          <w:tcPr>
            <w:tcW w:type="dxa" w:w="1440"/>
          </w:tcPr>
          <w:p/>
        </w:tc>
        <w:tc>
          <w:tcPr>
            <w:tcW w:type="dxa" w:w="1440"/>
          </w:tcPr>
          <w:p/>
        </w:tc>
      </w:tr>
      <w:tr>
        <w:tc>
          <w:tcPr>
            <w:tcW w:type="dxa" w:w="1440"/>
          </w:tcPr>
          <w:p>
            <w:r>
              <w:t>第四等级</w:t>
            </w:r>
          </w:p>
        </w:tc>
        <w:tc>
          <w:tcPr>
            <w:tcW w:type="dxa" w:w="1440"/>
          </w:tcPr>
          <w:p>
            <w:r>
              <w:t>个人或团队负责人</w:t>
            </w:r>
          </w:p>
        </w:tc>
        <w:tc>
          <w:tcPr>
            <w:tcW w:type="dxa" w:w="1440"/>
          </w:tcPr>
          <w:p>
            <w:r>
              <w:t>2</w:t>
            </w:r>
          </w:p>
        </w:tc>
        <w:tc>
          <w:tcPr>
            <w:tcW w:type="dxa" w:w="1440"/>
          </w:tcPr>
          <w:p>
            <w:r/>
          </w:p>
        </w:tc>
        <w:tc>
          <w:tcPr>
            <w:tcW w:type="dxa" w:w="1440"/>
          </w:tcPr>
          <w:p/>
        </w:tc>
        <w:tc>
          <w:tcPr>
            <w:tcW w:type="dxa" w:w="1440"/>
          </w:tcPr>
          <w:p/>
        </w:tc>
      </w:tr>
    </w:tbl>
    <w:p>
      <w:r>
        <w:t>提示：</w:t>
      </w:r>
    </w:p>
    <w:p>
      <w:r>
        <w:t>自2025级学生起，校级奖励不再认定为学科竞赛的赋分项。</w:t>
      </w:r>
    </w:p>
    <w:p>
      <w:r>
        <w:t>附件5</w:t>
      </w:r>
    </w:p>
    <w:p>
      <w:r>
        <w:t>非学科竞赛</w:t>
      </w:r>
    </w:p>
    <w:p>
      <w:r>
        <w:t>（12分）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分值</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12</w:t>
            </w:r>
          </w:p>
        </w:tc>
        <w:tc>
          <w:tcPr>
            <w:tcW w:type="dxa" w:w="1728"/>
          </w:tcPr>
          <w:p>
            <w:r>
              <w:t>获奖者需提供相关奖状或证明，级别以证书盖章单位为准进行认定</w:t>
            </w:r>
          </w:p>
        </w:tc>
      </w:tr>
      <w:tr>
        <w:tc>
          <w:tcPr>
            <w:tcW w:type="dxa" w:w="1728"/>
          </w:tcPr>
          <w:p>
            <w:r>
              <w:t>团队成员（排名第2、3）</w:t>
            </w:r>
          </w:p>
        </w:tc>
        <w:tc>
          <w:tcPr>
            <w:tcW w:type="dxa" w:w="1728"/>
          </w:tcPr>
          <w:p>
            <w:r>
              <w:t>10</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10</w:t>
            </w:r>
          </w:p>
        </w:tc>
        <w:tc>
          <w:tcPr>
            <w:tcW w:type="dxa" w:w="1728"/>
          </w:tcPr>
          <w:p/>
        </w:tc>
        <w:tc>
          <w:tcPr>
            <w:tcW w:type="dxa" w:w="1728"/>
          </w:tcPr>
          <w:p/>
        </w:tc>
      </w:tr>
      <w:tr>
        <w:tc>
          <w:tcPr>
            <w:tcW w:type="dxa" w:w="1728"/>
          </w:tcPr>
          <w:p>
            <w:r>
              <w:t>团队成员（排名第2、3）</w:t>
            </w:r>
          </w:p>
        </w:tc>
        <w:tc>
          <w:tcPr>
            <w:tcW w:type="dxa" w:w="1728"/>
          </w:tcPr>
          <w:p>
            <w:r>
              <w:t>7</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团队成员（排名第2、3）</w:t>
            </w:r>
          </w:p>
        </w:tc>
        <w:tc>
          <w:tcPr>
            <w:tcW w:type="dxa" w:w="1728"/>
          </w:tcPr>
          <w:p>
            <w:r>
              <w:t>5</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团队成员（排名第2、3）</w:t>
            </w:r>
          </w:p>
        </w:tc>
        <w:tc>
          <w:tcPr>
            <w:tcW w:type="dxa" w:w="1728"/>
          </w:tcPr>
          <w:p>
            <w:r>
              <w:t>2</w:t>
            </w:r>
          </w:p>
        </w:tc>
        <w:tc>
          <w:tcPr>
            <w:tcW w:type="dxa" w:w="1728"/>
          </w:tcPr>
          <w:p/>
        </w:tc>
        <w:tc>
          <w:tcPr>
            <w:tcW w:type="dxa" w:w="1728"/>
          </w:tcPr>
          <w:p/>
        </w:tc>
        <w:tc>
          <w:tcPr>
            <w:tcW w:type="dxa" w:w="1728"/>
          </w:tcPr>
          <w:p/>
        </w:tc>
      </w:tr>
      <w:tr>
        <w:tc>
          <w:tcPr>
            <w:tcW w:type="dxa" w:w="1728"/>
          </w:tcPr>
          <w:p>
            <w:r>
              <w:t>省部级</w:t>
            </w:r>
          </w:p>
        </w:tc>
        <w:tc>
          <w:tcPr>
            <w:tcW w:type="dxa" w:w="1728"/>
          </w:tcPr>
          <w:p>
            <w:r>
              <w:t>最高等级</w:t>
            </w:r>
          </w:p>
        </w:tc>
        <w:tc>
          <w:tcPr>
            <w:tcW w:type="dxa" w:w="1728"/>
          </w:tcPr>
          <w:p>
            <w:r>
              <w:t>个人或团队负责人</w:t>
            </w:r>
          </w:p>
        </w:tc>
        <w:tc>
          <w:tcPr>
            <w:tcW w:type="dxa" w:w="1728"/>
          </w:tcPr>
          <w:p>
            <w:r>
              <w:t>10</w:t>
            </w:r>
          </w:p>
        </w:tc>
        <w:tc>
          <w:tcPr>
            <w:tcW w:type="dxa" w:w="1728"/>
          </w:tcPr>
          <w:p/>
        </w:tc>
      </w:tr>
      <w:tr>
        <w:tc>
          <w:tcPr>
            <w:tcW w:type="dxa" w:w="1728"/>
          </w:tcPr>
          <w:p>
            <w:r>
              <w:t>团队成员（排名第2）</w:t>
            </w:r>
          </w:p>
        </w:tc>
        <w:tc>
          <w:tcPr>
            <w:tcW w:type="dxa" w:w="1728"/>
          </w:tcPr>
          <w:p>
            <w:r>
              <w:t>7</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团队成员（排名第2）</w:t>
            </w:r>
          </w:p>
        </w:tc>
        <w:tc>
          <w:tcPr>
            <w:tcW w:type="dxa" w:w="1728"/>
          </w:tcPr>
          <w:p>
            <w:r>
              <w:t>5</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团队成员（排名第2）</w:t>
            </w:r>
          </w:p>
        </w:tc>
        <w:tc>
          <w:tcPr>
            <w:tcW w:type="dxa" w:w="1728"/>
          </w:tcPr>
          <w:p>
            <w:r>
              <w:t>2</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2</w:t>
            </w:r>
          </w:p>
        </w:tc>
        <w:tc>
          <w:tcPr>
            <w:tcW w:type="dxa" w:w="1728"/>
          </w:tcPr>
          <w:p/>
        </w:tc>
        <w:tc>
          <w:tcPr>
            <w:tcW w:type="dxa" w:w="1728"/>
          </w:tcPr>
          <w:p/>
        </w:tc>
      </w:tr>
      <w:tr>
        <w:tc>
          <w:tcPr>
            <w:tcW w:type="dxa" w:w="1728"/>
          </w:tcPr>
          <w:p>
            <w:r>
              <w:t>团队成员（排名第2）</w:t>
            </w:r>
          </w:p>
        </w:tc>
        <w:tc>
          <w:tcPr>
            <w:tcW w:type="dxa" w:w="1728"/>
          </w:tcPr>
          <w:p>
            <w:r>
              <w:t>1</w:t>
            </w:r>
          </w:p>
        </w:tc>
        <w:tc>
          <w:tcPr>
            <w:tcW w:type="dxa" w:w="1728"/>
          </w:tcPr>
          <w:p/>
        </w:tc>
        <w:tc>
          <w:tcPr>
            <w:tcW w:type="dxa" w:w="1728"/>
          </w:tcPr>
          <w:p/>
        </w:tc>
        <w:tc>
          <w:tcPr>
            <w:tcW w:type="dxa" w:w="1728"/>
          </w:tcPr>
          <w:p/>
        </w:tc>
      </w:tr>
      <w:tr>
        <w:tc>
          <w:tcPr>
            <w:tcW w:type="dxa" w:w="1728"/>
          </w:tcPr>
          <w:p>
            <w:r>
              <w:t>校级</w:t>
            </w:r>
          </w:p>
        </w:tc>
        <w:tc>
          <w:tcPr>
            <w:tcW w:type="dxa" w:w="1728"/>
          </w:tcPr>
          <w:p>
            <w:r>
              <w:t>最高等级</w:t>
            </w:r>
          </w:p>
        </w:tc>
        <w:tc>
          <w:tcPr>
            <w:tcW w:type="dxa" w:w="1728"/>
          </w:tcPr>
          <w:p>
            <w:r>
              <w:t>个人或团队负责人</w:t>
            </w:r>
          </w:p>
        </w:tc>
        <w:tc>
          <w:tcPr>
            <w:tcW w:type="dxa" w:w="1728"/>
          </w:tcPr>
          <w:p>
            <w:r>
              <w:t>7</w:t>
            </w:r>
          </w:p>
        </w:tc>
        <w:tc>
          <w:tcPr>
            <w:tcW w:type="dxa" w:w="1728"/>
          </w:tcPr>
          <w:p/>
        </w:tc>
      </w:tr>
      <w:tr>
        <w:tc>
          <w:tcPr>
            <w:tcW w:type="dxa" w:w="1728"/>
          </w:tcPr>
          <w:p>
            <w:r>
              <w:t>第二等级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2</w:t>
            </w: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1</w:t>
            </w:r>
          </w:p>
        </w:tc>
        <w:tc>
          <w:tcPr>
            <w:tcW w:type="dxa" w:w="1728"/>
          </w:tcPr>
          <w:p/>
        </w:tc>
        <w:tc>
          <w:tcPr>
            <w:tcW w:type="dxa" w:w="1728"/>
          </w:tcPr>
          <w:p/>
        </w:tc>
      </w:tr>
    </w:tbl>
    <w:p>
      <w:r>
        <w:t>提示：</w:t>
      </w:r>
    </w:p>
    <w:p>
      <w:r>
        <w:t>自2025级学生起，校级奖励不再认定为非学科竞赛的赋分项。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