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关于做好2026年研究生招生线上宣讲会与2027级推免预报名工作的通知</w:t>
      </w:r>
    </w:p>
    <w:p>
      <w:r>
        <w:t>为帮助全国高校优秀本科生深入了解苏州大学电子信息学院研究生招生政策、学科特色、师资力量等信息，我院将举办2026年研究生招生线上宣讲会，诚邀有志于在电子信息领域继续深造的优秀本科生参加。</w:t>
      </w:r>
    </w:p>
    <w:p>
      <w:r>
        <w:t>一、线上招生宣讲会安排</w:t>
      </w:r>
    </w:p>
    <w:p>
      <w:r>
        <w:t>1、宣讲时间：2026年8月22日（星期六）9:30-16:00</w:t>
      </w:r>
    </w:p>
    <w:p>
      <w:r>
        <w:t>2、宣讲平台：腾讯会议</w:t>
      </w:r>
    </w:p>
    <w:p>
      <w:r>
        <w:t>3、宣讲内容</w:t>
      </w:r>
    </w:p>
    <w:p>
      <w:r>
        <w:t>（1）学院院长介绍学院总体情况；</w:t>
      </w:r>
    </w:p>
    <w:p>
      <w:r>
        <w:t>（2）学院各科研团队介绍团队情况；</w:t>
      </w:r>
    </w:p>
    <w:p>
      <w:r>
        <w:t>（3）研究生代表经验分享；</w:t>
      </w:r>
    </w:p>
    <w:p>
      <w:r>
        <w:t>（4）学院辅导员介绍学院研究生就业情况；</w:t>
      </w:r>
    </w:p>
    <w:p>
      <w:r>
        <w:t>（5）学院老师与参加宣讲会的优秀本科毕业生交流；</w:t>
      </w:r>
    </w:p>
    <w:p>
      <w:r>
        <w:t>（6）学院党委书记作总结讲话。</w:t>
      </w:r>
    </w:p>
    <w:p>
      <w:r>
        <w:t>4、参与方式：线上腾讯会议（请提前下载并安装腾讯会议软件）。</w:t>
      </w:r>
    </w:p>
    <w:p>
      <w:r>
        <w:t>5、参加宣讲会的同学，请于8月20日前加入QQ群[827441459]，完成材料提交和核验后，将发布腾讯会议号和密码。</w:t>
      </w:r>
    </w:p>
    <w:p>
      <w:r>
        <w:t>二、预推免报名</w:t>
      </w:r>
    </w:p>
    <w:p>
      <w:r>
        <w:t>我院拟于2026年8月15日-9月15日开展推免研究生预报名工作，欢迎全国高校有望获得2027年推荐免试研究生资格的优秀应届本科毕业生登录苏州大学“研究生报考服务系统”（ht tp://gsas.yjs.suda.edu.cn/）报名。</w:t>
      </w:r>
    </w:p>
    <w:p>
      <w:r>
        <w:t>1、预推免报名时间：</w:t>
      </w:r>
    </w:p>
    <w:p>
      <w:r>
        <w:t>开始时间：2026年8月15日09:00</w:t>
      </w:r>
    </w:p>
    <w:p>
      <w:r>
        <w:t>截止时间：2026年9月15日23:59</w:t>
      </w:r>
    </w:p>
    <w:p>
      <w:r>
        <w:t>2、注意事项：请有意申请我院推荐免试研究生的同学务必在此时间段内完成网上报名，逾期系统将自动关闭，请密切关注苏州大学研究生院发布的最新通知，保持手机畅通，了解后续审核、复试（面试）等具体安排。</w:t>
      </w:r>
    </w:p>
    <w:p>
      <w:r>
        <w:t>三、咨询方式</w:t>
      </w:r>
    </w:p>
    <w:p>
      <w:r>
        <w:t>QQ咨询群：[827441459]（实名制加入，格式为：xx大学-姓名）</w:t>
      </w:r>
    </w:p>
    <w:p>
      <w:r>
        <w:t>热忱欢迎全国各高校优秀学子踊跃报名，积极参加线上宣讲会，深入了解苏州大学电子信息学院，期待与您在苏大相聚！</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