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苏州大学电子信息学院推荐2027届优秀应届本科毕业生免试攻读研究生初选名单公示</w:t>
      </w:r>
    </w:p>
    <w:p>
      <w:r>
        <w:t>学院动态</w:t>
      </w:r>
    </w:p>
    <w:p>
      <w:pPr>
        <w:pStyle w:val="ListBullet"/>
      </w:pPr>
      <w:r>
        <w:t>学院公告</w:t>
      </w:r>
    </w:p>
    <w:p>
      <w:pPr>
        <w:pStyle w:val="ListBullet"/>
      </w:pPr>
      <w:r>
        <w:t>新闻动态</w:t>
      </w:r>
    </w:p>
    <w:p>
      <w:pPr>
        <w:pStyle w:val="ListBullet"/>
      </w:pPr>
      <w:r>
        <w:t>学院发文</w:t>
      </w:r>
    </w:p>
    <w:p>
      <w:r>
        <w:t>首页»学院动态»学院公告</w:t>
      </w:r>
    </w:p>
    <w:p>
      <w:r>
        <w:t>发布时间：2026-09-13人气：4330</w:t>
      </w:r>
    </w:p>
    <w:p>
      <w:r>
        <w:t>根据《电子信息学院推荐2027届优秀应届本科毕业生免试攻读研究生工作实施细则》，电子信息学院推免工作小组对通过资格审查的72名学生进行综合评价和遴选，各专业按综合评价成绩从高到低确定推免初选名单，现将推荐202 7届优秀应届本科毕业生免试攻读研究生初选名单予以公示，详见下表。</w:t>
      </w:r>
    </w:p>
    <w:p>
      <w:r>
        <w:t>公示截止时间：202 6年9月19日12:00。如有异议，可致电：0512-67871161，联系人：苏老师。</w:t>
      </w:r>
    </w:p>
    <w:p>
      <w:r>
        <w:t>苏州大学电子信息学院版权所有CopyRight© 2017苏州市十梓街1号（215006）电话（传真）: 0512-67871211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