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电子信息学院2018届免试攻读硕士学位 研究生名单公示</w:t>
      </w:r>
    </w:p>
    <w:p>
      <w:r>
        <w:t>电子信息学院2018届免试攻读硕士学位</w:t>
      </w:r>
    </w:p>
    <w:p>
      <w:r>
        <w:t>研究生名单公示</w:t>
      </w:r>
    </w:p>
    <w:p>
      <w:r>
        <w:t>依照《电子信息学院2018届免试硕士研究生推荐办法》中有关免试推荐初选名单的确定规则与程序的要求，在兼顾专业均衡的前提下，各专业进入面试环节的同学严格按综合成绩从高到低确定免试初选名单。经学院推免小组决定，免试攻读硕士学位研究生名单公示如下：</w:t>
      </w:r>
    </w:p>
    <w:p>
      <w:r>
        <w:t>丁俊杰彭云祯黄文麒俞艳东臧佩琳刘益嘉</w:t>
      </w:r>
    </w:p>
    <w:p>
      <w:r>
        <w:t>孙思聪刘云晴王凯刘晨秀陈浩哲夏伯钧</w:t>
      </w:r>
    </w:p>
    <w:p>
      <w:r>
        <w:t>施若其刘平平郭宁宁钱渝吴雯秀陈敏</w:t>
      </w:r>
    </w:p>
    <w:p>
      <w:r>
        <w:t>陈婷婷温祖翔陆天海马盛元杜孟君孙梦莉</w:t>
      </w:r>
    </w:p>
    <w:p>
      <w:r>
        <w:t>李婉悦</w:t>
      </w:r>
    </w:p>
    <w:p>
      <w:r>
        <w:t>尹湘媛（候补1）李彬滨（候补2）</w:t>
      </w:r>
    </w:p>
    <w:p>
      <w:r>
        <w:t>特此公示，如有异议，请电话0512-67871161。</w:t>
      </w:r>
    </w:p>
    <w:p>
      <w:r>
        <w:t>电子信息学院</w:t>
      </w:r>
    </w:p>
    <w:p>
      <w:r>
        <w:t>2017年09月15日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