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电子信息学院2016届免试攻读硕士学位研究生名单公示</w:t>
      </w:r>
    </w:p>
    <w:p>
      <w:r>
        <w:t>学院动态</w:t>
      </w:r>
    </w:p>
    <w:p>
      <w:pPr>
        <w:pStyle w:val="ListBullet"/>
      </w:pPr>
      <w:r>
        <w:t>学院公告</w:t>
      </w:r>
    </w:p>
    <w:p>
      <w:pPr>
        <w:pStyle w:val="ListBullet"/>
      </w:pPr>
      <w:r>
        <w:t>新闻动态</w:t>
      </w:r>
    </w:p>
    <w:p>
      <w:pPr>
        <w:pStyle w:val="ListBullet"/>
      </w:pPr>
      <w:r>
        <w:t>学院发文</w:t>
      </w:r>
    </w:p>
    <w:p>
      <w:r>
        <w:t>首页»学院动态»新闻动态</w:t>
      </w:r>
    </w:p>
    <w:p>
      <w:r>
        <w:t>发布时间：2015-09-18人气：2417</w:t>
      </w:r>
    </w:p>
    <w:p>
      <w:r>
        <w:t>依照《电子信息学院2016届免试硕士研究生推荐办法》中有关免试推荐初选名单的确定规则与程序的要求，在兼顾专业均衡的前提下，各专业进入面试环节的同学严格按综合成绩从高到低确定免试初选名单。经学院推免小组决定，免试攻读硕士学位研究生名单公示如下：</w:t>
      </w:r>
    </w:p>
    <w:p>
      <w:r>
        <w:t>乐晨俊高婷孙忠茂胡磊许利特张宇馨</w:t>
      </w:r>
    </w:p>
    <w:p>
      <w:r>
        <w:t>潘安乐严继陈梦迟李杨蒋涵王悦斌周颖江弘九程彪蒋毅张远程梦梦赵春蕾周沛单雷孔晨晨</w:t>
      </w:r>
    </w:p>
    <w:p>
      <w:r>
        <w:t>张旭（候补1）李冒婷（候补2）马煜辉（候补3）</w:t>
      </w:r>
    </w:p>
    <w:p>
      <w:r>
        <w:t>特此公示10天，如有异议，请电话0512-67871161。</w:t>
      </w:r>
    </w:p>
    <w:p>
      <w:r>
        <w:t>电子信息学院</w:t>
      </w:r>
    </w:p>
    <w:p>
      <w:r>
        <w:t>2015年09月17日</w:t>
      </w:r>
    </w:p>
    <w:p>
      <w:r>
        <w:t>苏州大学电子信息学院版权所有CopyRight© 2017苏州市十梓街1号（215006）电话（传真）: 0512-67871211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