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王健法学院关于招募推荐免试研究生和在读研究生参加中国青年志愿者第29届研究生支教团拟推荐名单公示</w:t>
      </w:r>
    </w:p>
    <w:p>
      <w:r>
        <w:t>aside导航</w:t>
      </w:r>
    </w:p>
    <w:p>
      <w:r>
        <w:t>End||head</w:t>
      </w:r>
    </w:p>
    <w:p>
      <w:r>
        <w:t>Post Content</w:t>
      </w:r>
    </w:p>
    <w:p>
      <w:r>
        <w:t>时间: 2026-09-07作者:浏览次数: 149</w:t>
      </w:r>
    </w:p>
    <w:p>
      <w:r>
        <w:t>各团支部：</w:t>
      </w:r>
    </w:p>
    <w:p>
      <w:r>
        <w:t>根据团苏大委﹝ 2026 ﹞ 64号《关于招募推荐免试研究生和在读研究生参加中国青年志愿者第29届研究生支教团的通知》要求，经本人申请、学院评议，现将拟推荐名单公示如下：</w:t>
      </w:r>
    </w:p>
    <w:p>
      <w:r>
        <w:t>曹立远、康艺馨</w:t>
      </w:r>
    </w:p>
    <w:p>
      <w:r>
        <w:t>现予以公示，广大师生如对公示名单有异议，请于2026年9月9日前以邮件的形式向团委实名反馈。</w:t>
      </w:r>
    </w:p>
    <w:p>
      <w:r>
        <w:t>电子邮箱：szdxwjfxytw@163.com</w:t>
      </w:r>
    </w:p>
    <w:p>
      <w:r>
        <w:t>共青团苏州大学王健法学院委员会</w:t>
      </w:r>
    </w:p>
    <w:p>
      <w:r>
        <w:t>2026年9月7日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