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物理科学与技术学院2019年推荐优秀应届本科毕业生免试攻读硕士研究生面试公告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学号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专业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1608405002</w:t>
            </w:r>
          </w:p>
        </w:tc>
        <w:tc>
          <w:tcPr>
            <w:tcW w:type="dxa" w:w="2160"/>
          </w:tcPr>
          <w:p>
            <w:r>
              <w:t>李漪含</w:t>
            </w:r>
          </w:p>
        </w:tc>
        <w:tc>
          <w:tcPr>
            <w:tcW w:type="dxa" w:w="2160"/>
          </w:tcPr>
          <w:p>
            <w:r>
              <w:t>物理学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1608405072</w:t>
            </w:r>
          </w:p>
        </w:tc>
        <w:tc>
          <w:tcPr>
            <w:tcW w:type="dxa" w:w="2160"/>
          </w:tcPr>
          <w:p>
            <w:r>
              <w:t>梁美君</w:t>
            </w:r>
          </w:p>
        </w:tc>
        <w:tc>
          <w:tcPr>
            <w:tcW w:type="dxa" w:w="2160"/>
          </w:tcPr>
          <w:p>
            <w:r>
              <w:t>物理学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1629401151</w:t>
            </w:r>
          </w:p>
        </w:tc>
        <w:tc>
          <w:tcPr>
            <w:tcW w:type="dxa" w:w="2160"/>
          </w:tcPr>
          <w:p>
            <w:r>
              <w:t>王旭</w:t>
            </w:r>
          </w:p>
        </w:tc>
        <w:tc>
          <w:tcPr>
            <w:tcW w:type="dxa" w:w="2160"/>
          </w:tcPr>
          <w:p>
            <w:r>
              <w:t>物理学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1608405044</w:t>
            </w:r>
          </w:p>
        </w:tc>
        <w:tc>
          <w:tcPr>
            <w:tcW w:type="dxa" w:w="2160"/>
          </w:tcPr>
          <w:p>
            <w:r>
              <w:t>马欣然</w:t>
            </w:r>
          </w:p>
        </w:tc>
        <w:tc>
          <w:tcPr>
            <w:tcW w:type="dxa" w:w="2160"/>
          </w:tcPr>
          <w:p>
            <w:r>
              <w:t>物理学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1608405063</w:t>
            </w:r>
          </w:p>
        </w:tc>
        <w:tc>
          <w:tcPr>
            <w:tcW w:type="dxa" w:w="2160"/>
          </w:tcPr>
          <w:p>
            <w:r>
              <w:t>屠文强</w:t>
            </w:r>
          </w:p>
        </w:tc>
        <w:tc>
          <w:tcPr>
            <w:tcW w:type="dxa" w:w="2160"/>
          </w:tcPr>
          <w:p>
            <w:r>
              <w:t>物理学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1608405045</w:t>
            </w:r>
          </w:p>
        </w:tc>
        <w:tc>
          <w:tcPr>
            <w:tcW w:type="dxa" w:w="2160"/>
          </w:tcPr>
          <w:p>
            <w:r>
              <w:t>王艳湫</w:t>
            </w:r>
          </w:p>
        </w:tc>
        <w:tc>
          <w:tcPr>
            <w:tcW w:type="dxa" w:w="2160"/>
          </w:tcPr>
          <w:p>
            <w:r>
              <w:t>物理学（国际）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1608406017</w:t>
            </w:r>
          </w:p>
        </w:tc>
        <w:tc>
          <w:tcPr>
            <w:tcW w:type="dxa" w:w="2160"/>
          </w:tcPr>
          <w:p>
            <w:r>
              <w:t>朱雯琦</w:t>
            </w:r>
          </w:p>
        </w:tc>
        <w:tc>
          <w:tcPr>
            <w:tcW w:type="dxa" w:w="2160"/>
          </w:tcPr>
          <w:p>
            <w:r>
              <w:t>物理学（国际）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1608405007</w:t>
            </w:r>
          </w:p>
        </w:tc>
        <w:tc>
          <w:tcPr>
            <w:tcW w:type="dxa" w:w="2160"/>
          </w:tcPr>
          <w:p>
            <w:r>
              <w:t>罗海峰</w:t>
            </w:r>
          </w:p>
        </w:tc>
        <w:tc>
          <w:tcPr>
            <w:tcW w:type="dxa" w:w="2160"/>
          </w:tcPr>
          <w:p>
            <w:r>
              <w:t>物理学（国际）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1608406006</w:t>
            </w:r>
          </w:p>
        </w:tc>
        <w:tc>
          <w:tcPr>
            <w:tcW w:type="dxa" w:w="2160"/>
          </w:tcPr>
          <w:p>
            <w:r>
              <w:t>蒋昱宸</w:t>
            </w:r>
          </w:p>
        </w:tc>
        <w:tc>
          <w:tcPr>
            <w:tcW w:type="dxa" w:w="2160"/>
          </w:tcPr>
          <w:p>
            <w:r>
              <w:t>物理学（国际）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1608406004</w:t>
            </w:r>
          </w:p>
        </w:tc>
        <w:tc>
          <w:tcPr>
            <w:tcW w:type="dxa" w:w="2160"/>
          </w:tcPr>
          <w:p>
            <w:r>
              <w:t>项白絮</w:t>
            </w:r>
          </w:p>
        </w:tc>
        <w:tc>
          <w:tcPr>
            <w:tcW w:type="dxa" w:w="2160"/>
          </w:tcPr>
          <w:p>
            <w:r>
              <w:t>物理学（师范）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1608406015</w:t>
            </w:r>
          </w:p>
        </w:tc>
        <w:tc>
          <w:tcPr>
            <w:tcW w:type="dxa" w:w="2160"/>
          </w:tcPr>
          <w:p>
            <w:r>
              <w:t>鞠煜</w:t>
            </w:r>
          </w:p>
        </w:tc>
        <w:tc>
          <w:tcPr>
            <w:tcW w:type="dxa" w:w="2160"/>
          </w:tcPr>
          <w:p>
            <w:r>
              <w:t>物理学（师范）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1608406001</w:t>
            </w:r>
          </w:p>
        </w:tc>
        <w:tc>
          <w:tcPr>
            <w:tcW w:type="dxa" w:w="2160"/>
          </w:tcPr>
          <w:p>
            <w:r>
              <w:t>邱蕾</w:t>
            </w:r>
          </w:p>
        </w:tc>
        <w:tc>
          <w:tcPr>
            <w:tcW w:type="dxa" w:w="2160"/>
          </w:tcPr>
          <w:p>
            <w:r>
              <w:t>物理学（师范）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1608406005</w:t>
            </w:r>
          </w:p>
        </w:tc>
        <w:tc>
          <w:tcPr>
            <w:tcW w:type="dxa" w:w="2160"/>
          </w:tcPr>
          <w:p>
            <w:r>
              <w:t>肖月</w:t>
            </w:r>
          </w:p>
        </w:tc>
        <w:tc>
          <w:tcPr>
            <w:tcW w:type="dxa" w:w="2160"/>
          </w:tcPr>
          <w:p>
            <w:r>
              <w:t>物理学（师范）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1608406019</w:t>
            </w:r>
          </w:p>
        </w:tc>
        <w:tc>
          <w:tcPr>
            <w:tcW w:type="dxa" w:w="2160"/>
          </w:tcPr>
          <w:p>
            <w:r>
              <w:t>朱沁</w:t>
            </w:r>
          </w:p>
        </w:tc>
        <w:tc>
          <w:tcPr>
            <w:tcW w:type="dxa" w:w="2160"/>
          </w:tcPr>
          <w:p>
            <w:r>
              <w:t>物理学（师范）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1608406002</w:t>
            </w:r>
          </w:p>
        </w:tc>
        <w:tc>
          <w:tcPr>
            <w:tcW w:type="dxa" w:w="2160"/>
          </w:tcPr>
          <w:p>
            <w:r>
              <w:t>张颖</w:t>
            </w:r>
          </w:p>
        </w:tc>
        <w:tc>
          <w:tcPr>
            <w:tcW w:type="dxa" w:w="2160"/>
          </w:tcPr>
          <w:p>
            <w:r>
              <w:t>物理学（师范）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1608406014</w:t>
            </w:r>
          </w:p>
        </w:tc>
        <w:tc>
          <w:tcPr>
            <w:tcW w:type="dxa" w:w="2160"/>
          </w:tcPr>
          <w:p>
            <w:r>
              <w:t>居露</w:t>
            </w:r>
          </w:p>
        </w:tc>
        <w:tc>
          <w:tcPr>
            <w:tcW w:type="dxa" w:w="2160"/>
          </w:tcPr>
          <w:p>
            <w:r>
              <w:t>物理学（师范）</w:t>
            </w:r>
          </w:p>
        </w:tc>
      </w:tr>
    </w:tbl>
    <w:p>
      <w:r>
        <w:t>面试时间：2019年9月10日星期三下午2:00</w:t>
      </w:r>
    </w:p>
    <w:p>
      <w:r>
        <w:t>面试地点：博习楼213</w:t>
      </w:r>
    </w:p>
    <w:p>
      <w:r>
        <w:t>苏州大学物理科学与技术学院</w:t>
      </w:r>
    </w:p>
    <w:p>
      <w:r>
        <w:t>2019年9月10日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