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物理科学与技术学院推荐2027届优秀应届本科毕业生免试攻读研究生工作实施细则</w:t>
      </w:r>
    </w:p>
    <w:p>
      <w:r>
        <w:t>为促进学院推荐优秀应届本科毕业生免试攻读研究生（以下简称“推免生”）工作的健康发展，进一步提高研究生招生工作质量，引导学院全面实施素质教育，根据《全国高等学校推荐优秀应届本科毕业生免试攻读研究生工作管理规定》（教学厅〔2026〕1号）、《苏州大学推荐优秀应届本科毕业生免试攻读研究生实施办法》（苏大教〔2025〕50号）和学校《关于组织开展推荐2027届优秀应届本科毕业生免试攻读研究生工作的通知》（教字﹝ 2026 ﹞ 181号）、指标分配方案等有关文件精神，结合学院实际，围绕立德树人根本任务，坚持公平公正、择优录取的原则,制定本实施细则。</w:t>
      </w:r>
    </w:p>
    <w:p>
      <w:r>
        <w:t>一、组织机构</w:t>
      </w:r>
    </w:p>
    <w:p>
      <w:r>
        <w:t>（一）推免工作小组</w:t>
      </w:r>
    </w:p>
    <w:p>
      <w:r>
        <w:t>推免工作小组负责制定本单位推免工作细则，并组织与实施具体工作，含解读推免政策、成立材料审核专家组、开展综合评价与遴选、调查处理异议反馈等。</w:t>
      </w:r>
    </w:p>
    <w:p>
      <w:r>
        <w:t>（二）材料审核专家组</w:t>
      </w:r>
    </w:p>
    <w:p>
      <w:r>
        <w:t>材料审核专家组负责对申请推免学生的科研成果、竞赛获奖等的真实性、原创性进行审核鉴定，并对申报科研成果、竞赛获奖等加分项目的学生组织公开答辩。</w:t>
      </w:r>
    </w:p>
    <w:p>
      <w:r>
        <w:t>二、申请对象及条件</w:t>
      </w:r>
    </w:p>
    <w:p>
      <w:r>
        <w:t>申请对象：（1）2023级四年制专业在读，且预计能于2027年6月正常毕业并获得学士学位的学生；</w:t>
      </w:r>
    </w:p>
    <w:p>
      <w:r>
        <w:t>（2）在校期间曾因休学等原因延长学年，将于2027年6月首次进入毕业环节，且预计能正常毕业并获得学士学位的学生。</w:t>
      </w:r>
    </w:p>
    <w:p>
      <w:r>
        <w:t>上述第2类学生应由本人于9月8日上午10:00前，向学院教务办公室提出拟参加此次推免的申请，经学院查实学籍异动记录等信息，确认符合条件后报送教务处学籍管理科复核。</w:t>
      </w:r>
    </w:p>
    <w:p>
      <w:r>
        <w:t>基本条件：推免工作坚持德智体美劳全面衡量，以德为先，择优选拔，申请推免的学生须满足以下条件：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（2）纳入国家普通本科招生计划录取，未曾计入历年应届本科毕业生范围、未曾参与过推免环节的应届本科毕业生（不含第二学士学位学生）；不属于委托培养、定向生等招生时即明确不得报考研究生的情形。</w:t>
      </w:r>
    </w:p>
    <w:p>
      <w: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三、工作流程</w:t>
      </w:r>
    </w:p>
    <w:p>
      <w:r>
        <w:t>流程安排：9月6日（周日），学院在2027届本科预毕业生中进行动员，宣传学校各项推免政策及学院推免工作程序。</w:t>
      </w:r>
    </w:p>
    <w:p>
      <w:r>
        <w:t>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无需提交证明材料。</w:t>
      </w:r>
    </w:p>
    <w:p>
      <w:r>
        <w:t>9月7日（周一）下午17:00前，申请学生须按照学院要求，递交发展素质相关证明材料及推免申请承诺书，承诺书须由申请学生本人手写签名（不得使用电子签名），纸质材料交至博习楼228，电子版发送至chenm@suda.edu.cn。</w:t>
      </w:r>
    </w:p>
    <w:p>
      <w:r>
        <w:t>9月10日（周四）下午14:00开始，对申报科研成果、竞赛获奖等加分项目的学生组织公开答辩，答辩时间不超过5分钟。</w:t>
      </w:r>
    </w:p>
    <w:p>
      <w:r>
        <w:t>9月11日（周五）上午8:00至下午16:00前，学院在系统中完成最终资格的审批。</w:t>
      </w:r>
    </w:p>
    <w:p>
      <w:r>
        <w:t>9月12日（周六）起，学生可在推免申请系统中查询本人申请资格审核结果。</w:t>
      </w:r>
    </w:p>
    <w:p>
      <w:r>
        <w:t>9月12日（周六）至9月13日（周日）中午12:00前，学院对通过资格审核的学生进行综合评价，确定初选及候补学生名单。</w:t>
      </w:r>
    </w:p>
    <w:p>
      <w:r>
        <w:t>9月13日（周日）中午12:00前，学院在“推免申请系统”中录入初选和候补学生的综合评价成绩等信息，并做好候补顺序标注，完成初选名单电子文本的报送工作，并在学院网站的通知公告栏中公示7个工作日（9月13日至9月19日）。</w:t>
      </w:r>
    </w:p>
    <w:p>
      <w:r>
        <w:t>9月19日前，学校完成推免初选名单的审定，在校内通知中予以公示，并按要求在教育部推免管理服务系统内报送推免生信息。</w:t>
      </w:r>
    </w:p>
    <w:p>
      <w:r>
        <w:t>学生成绩单：教务处将于缓考成绩录入完成后，于9月10日晚统一刷新推免申请系统中的成绩及排名等信息，即为用于此次推免工作综合评价及遴选的学生成绩。学生提交推免申请时网页界面显示的GPA及排名仅供参考。</w:t>
      </w:r>
    </w:p>
    <w:p>
      <w:r>
        <w:t>四、名额分配</w:t>
      </w:r>
    </w:p>
    <w:p>
      <w:r>
        <w:t>根据学校分配的名额，结合各专业学生实际情况，经学院推免工作小组研究讨论决定，确定各专业推免指标为：普通计划共28人，其中物理学专业21人、物理学（师范）专业7人；国优计划共10人，其中物理学专业2人、物理学（师范）专业8人。</w:t>
      </w:r>
    </w:p>
    <w:p>
      <w:r>
        <w:t>五、综合评价及遴选办法（具体标准可另附页）</w:t>
      </w:r>
    </w:p>
    <w:p>
      <w:r>
        <w:t>9月12日起，对通过资格审核的学生进行综合评价，根据申请者的综合评价成绩，按照已公布的推免指标分配方案确定拟推荐学生初选名单（含以综合评价成绩由高到低排序的1-2名候补人员）。</w:t>
      </w:r>
    </w:p>
    <w:p>
      <w:r>
        <w:t>综合评价及遴选办法为：</w:t>
      </w:r>
    </w:p>
    <w:p>
      <w:r>
        <w:t>经学院推免工作小组充分研究讨论后，按《苏州大学推荐优秀应届本科毕业生免试攻读研究生工作实施办法（2025年修订）》、《关于组织开展推荐2027届优秀应届本科毕业生免试攻读研究生工作的通知》、《苏州大学本科生创新创业学分认定管理条例（2022年修订）》等相关文件精神，从学业成绩、发展素质两个方面形成综合评价成绩，以综合评价成绩作为推免生遴选的唯一标准。综合评价成绩（满分500分）=学业成绩（课程GPA*100，以学生课程首次考核成绩计算）+发展素质成绩（满分100分），其中，发展素质成绩按以下五项打分：参军入伍服兵役（最高20分）、参加志愿服务（最高10分）、参加国际组织实习（最高10分）、科研成果（最高30分）、竞赛获奖（最高30分）。参选学生综合评价时，课程GPA成绩按保留至小数点后两位计算，如综合评价成绩再有相同，继续考虑课程GPA成绩小数点两位以后的情况。</w:t>
      </w:r>
    </w:p>
    <w:p>
      <w:r>
        <w:t>（1）参军入伍服兵役（最高20分）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发展素质类别</w:t>
            </w:r>
          </w:p>
        </w:tc>
        <w:tc>
          <w:tcPr>
            <w:tcW w:type="dxa" w:w="2160"/>
          </w:tcPr>
          <w:p>
            <w:r>
              <w:t>赋分栏目</w:t>
            </w:r>
          </w:p>
        </w:tc>
        <w:tc>
          <w:tcPr>
            <w:tcW w:type="dxa" w:w="2160"/>
          </w:tcPr>
          <w:p>
            <w:r>
              <w:t>评选认定条件</w:t>
            </w:r>
          </w:p>
        </w:tc>
        <w:tc>
          <w:tcPr>
            <w:tcW w:type="dxa" w:w="2160"/>
          </w:tcPr>
          <w:p>
            <w:r>
              <w:t>分值</w:t>
            </w:r>
          </w:p>
        </w:tc>
      </w:tr>
      <w:tr>
        <w:tc>
          <w:tcPr>
            <w:tcW w:type="dxa" w:w="2160"/>
          </w:tcPr>
          <w:p>
            <w:r>
              <w:t>入伍服兵役</w:t>
            </w:r>
          </w:p>
        </w:tc>
        <w:tc>
          <w:tcPr>
            <w:tcW w:type="dxa" w:w="2160"/>
          </w:tcPr>
          <w:p>
            <w:r>
              <w:t>是否参军</w:t>
            </w:r>
          </w:p>
        </w:tc>
        <w:tc>
          <w:tcPr>
            <w:tcW w:type="dxa" w:w="2160"/>
          </w:tcPr>
          <w:p>
            <w:r>
              <w:t>完成义务兵役</w:t>
            </w:r>
          </w:p>
        </w:tc>
        <w:tc>
          <w:tcPr>
            <w:tcW w:type="dxa" w:w="2160"/>
          </w:tcPr>
          <w:p>
            <w:r>
              <w:t>20</w:t>
            </w:r>
          </w:p>
        </w:tc>
      </w:tr>
    </w:tbl>
    <w:p>
      <w:r>
        <w:t>（2）志愿服务（最高10分）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发展素质类别</w:t>
            </w:r>
          </w:p>
        </w:tc>
        <w:tc>
          <w:tcPr>
            <w:tcW w:type="dxa" w:w="2160"/>
          </w:tcPr>
          <w:p>
            <w:r>
              <w:t>赋分栏目</w:t>
            </w:r>
          </w:p>
        </w:tc>
        <w:tc>
          <w:tcPr>
            <w:tcW w:type="dxa" w:w="2160"/>
          </w:tcPr>
          <w:p>
            <w:r>
              <w:t>评选认定条件</w:t>
            </w:r>
          </w:p>
        </w:tc>
        <w:tc>
          <w:tcPr>
            <w:tcW w:type="dxa" w:w="2160"/>
          </w:tcPr>
          <w:p>
            <w:r>
              <w:t>分值</w:t>
            </w:r>
          </w:p>
        </w:tc>
      </w:tr>
      <w:tr>
        <w:tc>
          <w:tcPr>
            <w:tcW w:type="dxa" w:w="2160"/>
          </w:tcPr>
          <w:p>
            <w:r>
              <w:t>志愿服务</w:t>
            </w:r>
          </w:p>
        </w:tc>
        <w:tc>
          <w:tcPr>
            <w:tcW w:type="dxa" w:w="2160"/>
          </w:tcPr>
          <w:p>
            <w:r>
              <w:t>志愿服务时长（单位：小时）</w:t>
            </w:r>
          </w:p>
        </w:tc>
        <w:tc>
          <w:tcPr>
            <w:tcW w:type="dxa" w:w="2160"/>
          </w:tcPr>
          <w:p>
            <w:r>
              <w:t>30-49</w:t>
            </w:r>
          </w:p>
        </w:tc>
        <w:tc>
          <w:tcPr>
            <w:tcW w:type="dxa" w:w="2160"/>
          </w:tcPr>
          <w:p>
            <w:r>
              <w:t>1</w:t>
            </w:r>
          </w:p>
        </w:tc>
      </w:tr>
      <w:tr>
        <w:tc>
          <w:tcPr>
            <w:tcW w:type="dxa" w:w="2160"/>
          </w:tcPr>
          <w:p>
            <w:r>
              <w:t>50-69</w:t>
            </w:r>
          </w:p>
        </w:tc>
        <w:tc>
          <w:tcPr>
            <w:tcW w:type="dxa" w:w="2160"/>
          </w:tcPr>
          <w:p>
            <w:r>
              <w:t>2</w:t>
            </w:r>
          </w:p>
        </w:tc>
        <w:tc>
          <w:tcPr>
            <w:tcW w:type="dxa" w:w="2160"/>
          </w:tcPr>
          <w:p/>
        </w:tc>
        <w:tc>
          <w:tcPr>
            <w:tcW w:type="dxa" w:w="2160"/>
          </w:tcPr>
          <w:p/>
        </w:tc>
      </w:tr>
      <w:tr>
        <w:tc>
          <w:tcPr>
            <w:tcW w:type="dxa" w:w="2160"/>
          </w:tcPr>
          <w:p>
            <w:r>
              <w:t>70-89</w:t>
            </w:r>
          </w:p>
        </w:tc>
        <w:tc>
          <w:tcPr>
            <w:tcW w:type="dxa" w:w="2160"/>
          </w:tcPr>
          <w:p>
            <w:r>
              <w:t>3</w:t>
            </w:r>
          </w:p>
        </w:tc>
        <w:tc>
          <w:tcPr>
            <w:tcW w:type="dxa" w:w="2160"/>
          </w:tcPr>
          <w:p/>
        </w:tc>
        <w:tc>
          <w:tcPr>
            <w:tcW w:type="dxa" w:w="2160"/>
          </w:tcPr>
          <w:p/>
        </w:tc>
      </w:tr>
      <w:tr>
        <w:tc>
          <w:tcPr>
            <w:tcW w:type="dxa" w:w="2160"/>
          </w:tcPr>
          <w:p>
            <w:r>
              <w:t>90-109</w:t>
            </w:r>
          </w:p>
        </w:tc>
        <w:tc>
          <w:tcPr>
            <w:tcW w:type="dxa" w:w="2160"/>
          </w:tcPr>
          <w:p>
            <w:r>
              <w:t>4</w:t>
            </w:r>
          </w:p>
        </w:tc>
        <w:tc>
          <w:tcPr>
            <w:tcW w:type="dxa" w:w="2160"/>
          </w:tcPr>
          <w:p/>
        </w:tc>
        <w:tc>
          <w:tcPr>
            <w:tcW w:type="dxa" w:w="2160"/>
          </w:tcPr>
          <w:p/>
        </w:tc>
      </w:tr>
      <w:tr>
        <w:tc>
          <w:tcPr>
            <w:tcW w:type="dxa" w:w="2160"/>
          </w:tcPr>
          <w:p>
            <w:r>
              <w:t>110-129</w:t>
            </w:r>
          </w:p>
        </w:tc>
        <w:tc>
          <w:tcPr>
            <w:tcW w:type="dxa" w:w="2160"/>
          </w:tcPr>
          <w:p>
            <w:r>
              <w:t>5</w:t>
            </w:r>
          </w:p>
        </w:tc>
        <w:tc>
          <w:tcPr>
            <w:tcW w:type="dxa" w:w="2160"/>
          </w:tcPr>
          <w:p/>
        </w:tc>
        <w:tc>
          <w:tcPr>
            <w:tcW w:type="dxa" w:w="2160"/>
          </w:tcPr>
          <w:p/>
        </w:tc>
      </w:tr>
      <w:tr>
        <w:tc>
          <w:tcPr>
            <w:tcW w:type="dxa" w:w="2160"/>
          </w:tcPr>
          <w:p>
            <w:r>
              <w:t>130-149</w:t>
            </w:r>
          </w:p>
        </w:tc>
        <w:tc>
          <w:tcPr>
            <w:tcW w:type="dxa" w:w="2160"/>
          </w:tcPr>
          <w:p>
            <w:r>
              <w:t>6</w:t>
            </w:r>
          </w:p>
        </w:tc>
        <w:tc>
          <w:tcPr>
            <w:tcW w:type="dxa" w:w="2160"/>
          </w:tcPr>
          <w:p/>
        </w:tc>
        <w:tc>
          <w:tcPr>
            <w:tcW w:type="dxa" w:w="2160"/>
          </w:tcPr>
          <w:p/>
        </w:tc>
      </w:tr>
      <w:tr>
        <w:tc>
          <w:tcPr>
            <w:tcW w:type="dxa" w:w="2160"/>
          </w:tcPr>
          <w:p>
            <w:r>
              <w:t>150-169</w:t>
            </w:r>
          </w:p>
        </w:tc>
        <w:tc>
          <w:tcPr>
            <w:tcW w:type="dxa" w:w="2160"/>
          </w:tcPr>
          <w:p>
            <w:r>
              <w:t>7</w:t>
            </w:r>
          </w:p>
        </w:tc>
        <w:tc>
          <w:tcPr>
            <w:tcW w:type="dxa" w:w="2160"/>
          </w:tcPr>
          <w:p/>
        </w:tc>
        <w:tc>
          <w:tcPr>
            <w:tcW w:type="dxa" w:w="2160"/>
          </w:tcPr>
          <w:p/>
        </w:tc>
      </w:tr>
      <w:tr>
        <w:tc>
          <w:tcPr>
            <w:tcW w:type="dxa" w:w="2160"/>
          </w:tcPr>
          <w:p>
            <w:r>
              <w:t>170-189</w:t>
            </w:r>
          </w:p>
        </w:tc>
        <w:tc>
          <w:tcPr>
            <w:tcW w:type="dxa" w:w="2160"/>
          </w:tcPr>
          <w:p>
            <w:r>
              <w:t>8</w:t>
            </w:r>
          </w:p>
        </w:tc>
        <w:tc>
          <w:tcPr>
            <w:tcW w:type="dxa" w:w="2160"/>
          </w:tcPr>
          <w:p/>
        </w:tc>
        <w:tc>
          <w:tcPr>
            <w:tcW w:type="dxa" w:w="2160"/>
          </w:tcPr>
          <w:p/>
        </w:tc>
      </w:tr>
      <w:tr>
        <w:tc>
          <w:tcPr>
            <w:tcW w:type="dxa" w:w="2160"/>
          </w:tcPr>
          <w:p>
            <w:r>
              <w:t>190-209</w:t>
            </w:r>
          </w:p>
        </w:tc>
        <w:tc>
          <w:tcPr>
            <w:tcW w:type="dxa" w:w="2160"/>
          </w:tcPr>
          <w:p>
            <w:r>
              <w:t>9</w:t>
            </w:r>
          </w:p>
        </w:tc>
        <w:tc>
          <w:tcPr>
            <w:tcW w:type="dxa" w:w="2160"/>
          </w:tcPr>
          <w:p/>
        </w:tc>
        <w:tc>
          <w:tcPr>
            <w:tcW w:type="dxa" w:w="2160"/>
          </w:tcPr>
          <w:p/>
        </w:tc>
      </w:tr>
      <w:tr>
        <w:tc>
          <w:tcPr>
            <w:tcW w:type="dxa" w:w="2160"/>
          </w:tcPr>
          <w:p>
            <w:r>
              <w:t>210以上</w:t>
            </w:r>
          </w:p>
        </w:tc>
        <w:tc>
          <w:tcPr>
            <w:tcW w:type="dxa" w:w="2160"/>
          </w:tcPr>
          <w:p>
            <w:r>
              <w:t>10</w:t>
            </w:r>
          </w:p>
        </w:tc>
        <w:tc>
          <w:tcPr>
            <w:tcW w:type="dxa" w:w="2160"/>
          </w:tcPr>
          <w:p/>
        </w:tc>
        <w:tc>
          <w:tcPr>
            <w:tcW w:type="dxa" w:w="2160"/>
          </w:tcPr>
          <w:p/>
        </w:tc>
      </w:tr>
    </w:tbl>
    <w:p>
      <w:r>
        <w:t>（需出具学院青年志愿者服务中心志愿时长认定证明及明细表）</w:t>
      </w:r>
    </w:p>
    <w:p>
      <w:r>
        <w:t>（3）国际组织实习（最高10分）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发展素质类别</w:t>
            </w:r>
          </w:p>
        </w:tc>
        <w:tc>
          <w:tcPr>
            <w:tcW w:type="dxa" w:w="2160"/>
          </w:tcPr>
          <w:p>
            <w:r>
              <w:t>赋分栏目</w:t>
            </w:r>
          </w:p>
        </w:tc>
        <w:tc>
          <w:tcPr>
            <w:tcW w:type="dxa" w:w="2160"/>
          </w:tcPr>
          <w:p>
            <w:r>
              <w:t>评选认定条件</w:t>
            </w:r>
          </w:p>
        </w:tc>
        <w:tc>
          <w:tcPr>
            <w:tcW w:type="dxa" w:w="2160"/>
          </w:tcPr>
          <w:p>
            <w:r>
              <w:t>分值</w:t>
            </w:r>
          </w:p>
        </w:tc>
      </w:tr>
      <w:tr>
        <w:tc>
          <w:tcPr>
            <w:tcW w:type="dxa" w:w="2160"/>
          </w:tcPr>
          <w:p>
            <w:r>
              <w:t>国际组织实习</w:t>
            </w:r>
          </w:p>
        </w:tc>
        <w:tc>
          <w:tcPr>
            <w:tcW w:type="dxa" w:w="2160"/>
          </w:tcPr>
          <w:p>
            <w:r>
              <w:t>参与国际组织实习</w:t>
            </w:r>
          </w:p>
        </w:tc>
        <w:tc>
          <w:tcPr>
            <w:tcW w:type="dxa" w:w="2160"/>
          </w:tcPr>
          <w:p>
            <w:r>
              <w:t>参与联合国系统、国际科学理事会（ICSU）、国际标准化组织（ISO）、国际热核聚变实验堆计划(ITER)、国际天文学联合会（IAU）、国际理论与应用力学联盟（IUTAM）、国际纯粹与应用物理学联合会（IUPAP）、国际大地测量学和地球物理学联合会（IUGG）、国际纯粹与应用生物物理学联合会(IUPAB)、平方公里阵列射电望远镜（SKA）、国际晶体学联合会（IUCr）、世界先进材料大会（IUMRS）等物理学科相关国际组织</w:t>
            </w:r>
          </w:p>
        </w:tc>
        <w:tc>
          <w:tcPr>
            <w:tcW w:type="dxa" w:w="2160"/>
          </w:tcPr>
          <w:p>
            <w:r>
              <w:t>不超过10分</w:t>
            </w:r>
          </w:p>
        </w:tc>
      </w:tr>
    </w:tbl>
    <w:p>
      <w:r>
        <w:t>（需出具相关国际组织的证明文件、证书、出入境记录等证明文件以及本人提供的相关组织实习情况说明。由相关专家组认定具体赋分分值，最高赋分不超过10分）</w:t>
      </w:r>
    </w:p>
    <w:p>
      <w:r>
        <w:t>（4）科研成果（最高30分）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发展素质类别</w:t>
            </w:r>
          </w:p>
        </w:tc>
        <w:tc>
          <w:tcPr>
            <w:tcW w:type="dxa" w:w="2160"/>
          </w:tcPr>
          <w:p>
            <w:r>
              <w:t>赋分栏目</w:t>
            </w:r>
          </w:p>
        </w:tc>
        <w:tc>
          <w:tcPr>
            <w:tcW w:type="dxa" w:w="2160"/>
          </w:tcPr>
          <w:p>
            <w:r>
              <w:t>评选认定条件</w:t>
            </w:r>
          </w:p>
        </w:tc>
        <w:tc>
          <w:tcPr>
            <w:tcW w:type="dxa" w:w="2160"/>
          </w:tcPr>
          <w:p>
            <w:r>
              <w:t>分值</w:t>
            </w:r>
          </w:p>
        </w:tc>
      </w:tr>
      <w:tr>
        <w:tc>
          <w:tcPr>
            <w:tcW w:type="dxa" w:w="2160"/>
          </w:tcPr>
          <w:p>
            <w:r>
              <w:t>科研成果</w:t>
            </w:r>
          </w:p>
        </w:tc>
        <w:tc>
          <w:tcPr>
            <w:tcW w:type="dxa" w:w="2160"/>
          </w:tcPr>
          <w:p>
            <w:r>
              <w:t>公开发表论文（均需以第一作者正式录用）</w:t>
            </w:r>
          </w:p>
        </w:tc>
        <w:tc>
          <w:tcPr>
            <w:tcW w:type="dxa" w:w="2160"/>
          </w:tcPr>
          <w:p>
            <w:r>
              <w:t>发表顶级刊物1篇</w:t>
            </w:r>
          </w:p>
        </w:tc>
        <w:tc>
          <w:tcPr>
            <w:tcW w:type="dxa" w:w="2160"/>
          </w:tcPr>
          <w:p>
            <w:r>
              <w:t>30</w:t>
            </w:r>
          </w:p>
        </w:tc>
      </w:tr>
      <w:tr>
        <w:tc>
          <w:tcPr>
            <w:tcW w:type="dxa" w:w="2160"/>
          </w:tcPr>
          <w:p>
            <w:r>
              <w:t>本领域知名学术期刊1篇</w:t>
            </w:r>
          </w:p>
        </w:tc>
        <w:tc>
          <w:tcPr>
            <w:tcW w:type="dxa" w:w="2160"/>
          </w:tcPr>
          <w:p>
            <w:r>
              <w:t>24</w:t>
            </w:r>
          </w:p>
        </w:tc>
        <w:tc>
          <w:tcPr>
            <w:tcW w:type="dxa" w:w="2160"/>
          </w:tcPr>
          <w:p/>
        </w:tc>
        <w:tc>
          <w:tcPr>
            <w:tcW w:type="dxa" w:w="2160"/>
          </w:tcPr>
          <w:p/>
        </w:tc>
      </w:tr>
      <w:tr>
        <w:tc>
          <w:tcPr>
            <w:tcW w:type="dxa" w:w="2160"/>
          </w:tcPr>
          <w:p>
            <w:r>
              <w:t>本领域高质量学术期刊1篇</w:t>
            </w:r>
          </w:p>
        </w:tc>
        <w:tc>
          <w:tcPr>
            <w:tcW w:type="dxa" w:w="2160"/>
          </w:tcPr>
          <w:p>
            <w:r>
              <w:t>12</w:t>
            </w:r>
          </w:p>
        </w:tc>
        <w:tc>
          <w:tcPr>
            <w:tcW w:type="dxa" w:w="2160"/>
          </w:tcPr>
          <w:p/>
        </w:tc>
        <w:tc>
          <w:tcPr>
            <w:tcW w:type="dxa" w:w="2160"/>
          </w:tcPr>
          <w:p/>
        </w:tc>
      </w:tr>
      <w:tr>
        <w:tc>
          <w:tcPr>
            <w:tcW w:type="dxa" w:w="2160"/>
          </w:tcPr>
          <w:p>
            <w:r>
              <w:t>在中文核心期刊发表学术论文1篇</w:t>
            </w:r>
          </w:p>
        </w:tc>
        <w:tc>
          <w:tcPr>
            <w:tcW w:type="dxa" w:w="2160"/>
          </w:tcPr>
          <w:p>
            <w:r>
              <w:t>8</w:t>
            </w:r>
          </w:p>
        </w:tc>
        <w:tc>
          <w:tcPr>
            <w:tcW w:type="dxa" w:w="2160"/>
          </w:tcPr>
          <w:p/>
        </w:tc>
        <w:tc>
          <w:tcPr>
            <w:tcW w:type="dxa" w:w="2160"/>
          </w:tcPr>
          <w:p/>
        </w:tc>
      </w:tr>
      <w:tr>
        <w:tc>
          <w:tcPr>
            <w:tcW w:type="dxa" w:w="2160"/>
          </w:tcPr>
          <w:p>
            <w:r>
              <w:t>科研立项</w:t>
            </w:r>
          </w:p>
        </w:tc>
        <w:tc>
          <w:tcPr>
            <w:tcW w:type="dxa" w:w="2160"/>
          </w:tcPr>
          <w:p>
            <w:r>
              <w:t>大学生创新实验计划（国家级）（需结题验收或中期检查优秀）</w:t>
            </w:r>
          </w:p>
        </w:tc>
        <w:tc>
          <w:tcPr>
            <w:tcW w:type="dxa" w:w="2160"/>
          </w:tcPr>
          <w:p>
            <w:r>
              <w:t>8（项目负责人）</w:t>
            </w:r>
          </w:p>
        </w:tc>
        <w:tc>
          <w:tcPr>
            <w:tcW w:type="dxa" w:w="2160"/>
          </w:tcPr>
          <w:p/>
        </w:tc>
      </w:tr>
      <w:tr>
        <w:tc>
          <w:tcPr>
            <w:tcW w:type="dxa" w:w="2160"/>
          </w:tcPr>
          <w:p>
            <w:r>
              <w:t>4（排名第二）</w:t>
            </w:r>
          </w:p>
        </w:tc>
        <w:tc>
          <w:tcPr>
            <w:tcW w:type="dxa" w:w="2160"/>
          </w:tcPr>
          <w:p/>
        </w:tc>
        <w:tc>
          <w:tcPr>
            <w:tcW w:type="dxa" w:w="2160"/>
          </w:tcPr>
          <w:p/>
        </w:tc>
        <w:tc>
          <w:tcPr>
            <w:tcW w:type="dxa" w:w="2160"/>
          </w:tcPr>
          <w:p/>
        </w:tc>
      </w:tr>
      <w:tr>
        <w:tc>
          <w:tcPr>
            <w:tcW w:type="dxa" w:w="2160"/>
          </w:tcPr>
          <w:p>
            <w:r>
              <w:t>1（排名第三）</w:t>
            </w:r>
          </w:p>
        </w:tc>
        <w:tc>
          <w:tcPr>
            <w:tcW w:type="dxa" w:w="2160"/>
          </w:tcPr>
          <w:p/>
        </w:tc>
        <w:tc>
          <w:tcPr>
            <w:tcW w:type="dxa" w:w="2160"/>
          </w:tcPr>
          <w:p/>
        </w:tc>
        <w:tc>
          <w:tcPr>
            <w:tcW w:type="dxa" w:w="2160"/>
          </w:tcPr>
          <w:p/>
        </w:tc>
      </w:tr>
      <w:tr>
        <w:tc>
          <w:tcPr>
            <w:tcW w:type="dxa" w:w="2160"/>
          </w:tcPr>
          <w:p>
            <w:r>
              <w:t>大学生创新实验计划（省级）（需结题验收或中期检查优秀）</w:t>
            </w:r>
          </w:p>
        </w:tc>
        <w:tc>
          <w:tcPr>
            <w:tcW w:type="dxa" w:w="2160"/>
          </w:tcPr>
          <w:p>
            <w:r>
              <w:t>5（项目负责人）</w:t>
            </w:r>
          </w:p>
        </w:tc>
        <w:tc>
          <w:tcPr>
            <w:tcW w:type="dxa" w:w="2160"/>
          </w:tcPr>
          <w:p/>
        </w:tc>
        <w:tc>
          <w:tcPr>
            <w:tcW w:type="dxa" w:w="2160"/>
          </w:tcPr>
          <w:p/>
        </w:tc>
      </w:tr>
      <w:tr>
        <w:tc>
          <w:tcPr>
            <w:tcW w:type="dxa" w:w="2160"/>
          </w:tcPr>
          <w:p>
            <w:r>
              <w:t>2（排名第二）</w:t>
            </w:r>
          </w:p>
        </w:tc>
        <w:tc>
          <w:tcPr>
            <w:tcW w:type="dxa" w:w="2160"/>
          </w:tcPr>
          <w:p/>
        </w:tc>
        <w:tc>
          <w:tcPr>
            <w:tcW w:type="dxa" w:w="2160"/>
          </w:tcPr>
          <w:p/>
        </w:tc>
        <w:tc>
          <w:tcPr>
            <w:tcW w:type="dxa" w:w="2160"/>
          </w:tcPr>
          <w:p/>
        </w:tc>
      </w:tr>
      <w:tr>
        <w:tc>
          <w:tcPr>
            <w:tcW w:type="dxa" w:w="2160"/>
          </w:tcPr>
          <w:p>
            <w:r>
              <w:t>1（排名第三）</w:t>
            </w:r>
          </w:p>
        </w:tc>
        <w:tc>
          <w:tcPr>
            <w:tcW w:type="dxa" w:w="2160"/>
          </w:tcPr>
          <w:p/>
        </w:tc>
        <w:tc>
          <w:tcPr>
            <w:tcW w:type="dxa" w:w="2160"/>
          </w:tcPr>
          <w:p/>
        </w:tc>
        <w:tc>
          <w:tcPr>
            <w:tcW w:type="dxa" w:w="2160"/>
          </w:tcPr>
          <w:p/>
        </w:tc>
      </w:tr>
      <w:tr>
        <w:tc>
          <w:tcPr>
            <w:tcW w:type="dxa" w:w="2160"/>
          </w:tcPr>
          <w:p>
            <w:r>
              <w:t>莙政学者（以结题证书或学校发文为准）</w:t>
            </w:r>
          </w:p>
        </w:tc>
        <w:tc>
          <w:tcPr>
            <w:tcW w:type="dxa" w:w="2160"/>
          </w:tcPr>
          <w:p>
            <w:r>
              <w:t>结题优秀</w:t>
            </w:r>
          </w:p>
        </w:tc>
        <w:tc>
          <w:tcPr>
            <w:tcW w:type="dxa" w:w="2160"/>
          </w:tcPr>
          <w:p>
            <w:r>
              <w:t>8</w:t>
            </w:r>
          </w:p>
        </w:tc>
        <w:tc>
          <w:tcPr>
            <w:tcW w:type="dxa" w:w="2160"/>
          </w:tcPr>
          <w:p/>
        </w:tc>
      </w:tr>
      <w:tr>
        <w:tc>
          <w:tcPr>
            <w:tcW w:type="dxa" w:w="2160"/>
          </w:tcPr>
          <w:p>
            <w:r>
              <w:t>结题合格</w:t>
            </w:r>
          </w:p>
        </w:tc>
        <w:tc>
          <w:tcPr>
            <w:tcW w:type="dxa" w:w="2160"/>
          </w:tcPr>
          <w:p>
            <w:r>
              <w:t>3</w:t>
            </w:r>
          </w:p>
        </w:tc>
        <w:tc>
          <w:tcPr>
            <w:tcW w:type="dxa" w:w="2160"/>
          </w:tcPr>
          <w:p/>
        </w:tc>
        <w:tc>
          <w:tcPr>
            <w:tcW w:type="dxa" w:w="2160"/>
          </w:tcPr>
          <w:p/>
        </w:tc>
      </w:tr>
      <w:tr>
        <w:tc>
          <w:tcPr>
            <w:tcW w:type="dxa" w:w="2160"/>
          </w:tcPr>
          <w:p>
            <w:r>
              <w:t>发明创造（学生第一或者导师第一学生第二，以相关证书为准。</w:t>
            </w:r>
          </w:p>
        </w:tc>
        <w:tc>
          <w:tcPr>
            <w:tcW w:type="dxa" w:w="2160"/>
          </w:tcPr>
          <w:p>
            <w:r>
              <w:t>PTC国际专利</w:t>
            </w:r>
          </w:p>
        </w:tc>
        <w:tc>
          <w:tcPr>
            <w:tcW w:type="dxa" w:w="2160"/>
          </w:tcPr>
          <w:p>
            <w:r>
              <w:t>18</w:t>
            </w:r>
          </w:p>
        </w:tc>
        <w:tc>
          <w:tcPr>
            <w:tcW w:type="dxa" w:w="2160"/>
          </w:tcPr>
          <w:p/>
        </w:tc>
      </w:tr>
      <w:tr>
        <w:tc>
          <w:tcPr>
            <w:tcW w:type="dxa" w:w="2160"/>
          </w:tcPr>
          <w:p>
            <w:r>
              <w:t>发明专利</w:t>
            </w:r>
          </w:p>
        </w:tc>
        <w:tc>
          <w:tcPr>
            <w:tcW w:type="dxa" w:w="2160"/>
          </w:tcPr>
          <w:p>
            <w:r>
              <w:t>12</w:t>
            </w:r>
          </w:p>
        </w:tc>
        <w:tc>
          <w:tcPr>
            <w:tcW w:type="dxa" w:w="2160"/>
          </w:tcPr>
          <w:p/>
        </w:tc>
        <w:tc>
          <w:tcPr>
            <w:tcW w:type="dxa" w:w="2160"/>
          </w:tcPr>
          <w:p/>
        </w:tc>
      </w:tr>
      <w:tr>
        <w:tc>
          <w:tcPr>
            <w:tcW w:type="dxa" w:w="2160"/>
          </w:tcPr>
          <w:p>
            <w:r>
              <w:t>实用新型及外观设计专利</w:t>
            </w:r>
          </w:p>
        </w:tc>
        <w:tc>
          <w:tcPr>
            <w:tcW w:type="dxa" w:w="2160"/>
          </w:tcPr>
          <w:p>
            <w:r>
              <w:t>6</w:t>
            </w:r>
          </w:p>
        </w:tc>
        <w:tc>
          <w:tcPr>
            <w:tcW w:type="dxa" w:w="2160"/>
          </w:tcPr>
          <w:p/>
        </w:tc>
        <w:tc>
          <w:tcPr>
            <w:tcW w:type="dxa" w:w="2160"/>
          </w:tcPr>
          <w:p/>
        </w:tc>
      </w:tr>
    </w:tbl>
    <w:p>
      <w:r>
        <w:t>（论文档位由相关专家组认定，论文需提供全文（需正式录用），专利提供授权证书。科研立项/莙政学者等需提供公示及结题/中期报告）</w:t>
      </w:r>
    </w:p>
    <w:p>
      <w:r>
        <w:t>（5）竞赛获奖（最高30分）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等级</w:t>
            </w:r>
          </w:p>
        </w:tc>
        <w:tc>
          <w:tcPr>
            <w:tcW w:type="dxa" w:w="1440"/>
          </w:tcPr>
          <w:p>
            <w:r>
              <w:t>位次</w:t>
            </w:r>
          </w:p>
        </w:tc>
        <w:tc>
          <w:tcPr>
            <w:tcW w:type="dxa" w:w="1440"/>
          </w:tcPr>
          <w:p>
            <w:r>
              <w:t>对应分值</w:t>
            </w:r>
          </w:p>
        </w:tc>
        <w:tc>
          <w:tcPr>
            <w:tcW w:type="dxa" w:w="1440"/>
          </w:tcPr>
          <w:p>
            <w:r>
              <w:t>备注</w:t>
            </w:r>
          </w:p>
        </w:tc>
        <w:tc>
          <w:tcPr>
            <w:tcW w:type="dxa" w:w="1440"/>
          </w:tcPr>
          <w:p>
            <w:r/>
          </w:p>
        </w:tc>
      </w:tr>
      <w:tr>
        <w:tc>
          <w:tcPr>
            <w:tcW w:type="dxa" w:w="1440"/>
          </w:tcPr>
          <w:p>
            <w:r>
              <w:t>挑战杯全国大学生课外学术科技作品竞赛/全国互联网+大学生创新创业大赛/全国“创青春”创新创业大赛</w:t>
            </w:r>
          </w:p>
        </w:tc>
        <w:tc>
          <w:tcPr>
            <w:tcW w:type="dxa" w:w="1440"/>
          </w:tcPr>
          <w:p>
            <w:r>
              <w:t>特等奖</w:t>
            </w:r>
          </w:p>
        </w:tc>
        <w:tc>
          <w:tcPr>
            <w:tcW w:type="dxa" w:w="1440"/>
          </w:tcPr>
          <w:p>
            <w:r>
              <w:t>个人或团队负责人</w:t>
            </w:r>
          </w:p>
        </w:tc>
        <w:tc>
          <w:tcPr>
            <w:tcW w:type="dxa" w:w="1440"/>
          </w:tcPr>
          <w:p>
            <w:r>
              <w:t>30</w:t>
            </w:r>
          </w:p>
        </w:tc>
        <w:tc>
          <w:tcPr>
            <w:tcW w:type="dxa" w:w="1440"/>
          </w:tcPr>
          <w:p>
            <w:r>
              <w:t>/</w:t>
            </w:r>
          </w:p>
        </w:tc>
        <w:tc>
          <w:tcPr>
            <w:tcW w:type="dxa" w:w="1440"/>
          </w:tcPr>
          <w:p>
            <w:r/>
          </w:p>
        </w:tc>
      </w:tr>
      <w:tr>
        <w:tc>
          <w:tcPr>
            <w:tcW w:type="dxa" w:w="1440"/>
          </w:tcPr>
          <w:p>
            <w:r>
              <w:t>成员</w:t>
            </w:r>
          </w:p>
        </w:tc>
        <w:tc>
          <w:tcPr>
            <w:tcW w:type="dxa" w:w="1440"/>
          </w:tcPr>
          <w:p>
            <w:r>
              <w:t>24</w:t>
            </w:r>
          </w:p>
        </w:tc>
        <w:tc>
          <w:tcPr>
            <w:tcW w:type="dxa" w:w="1440"/>
          </w:tcPr>
          <w:p>
            <w:r/>
          </w:p>
        </w:tc>
        <w:tc>
          <w:tcPr>
            <w:tcW w:type="dxa" w:w="1440"/>
          </w:tcPr>
          <w:p/>
        </w:tc>
        <w:tc>
          <w:tcPr>
            <w:tcW w:type="dxa" w:w="1440"/>
          </w:tcPr>
          <w:p/>
        </w:tc>
        <w:tc>
          <w:tcPr>
            <w:tcW w:type="dxa" w:w="1440"/>
          </w:tcPr>
          <w:p/>
        </w:tc>
      </w:tr>
      <w:tr>
        <w:tc>
          <w:tcPr>
            <w:tcW w:type="dxa" w:w="1440"/>
          </w:tcPr>
          <w:p>
            <w:r>
              <w:t>一等奖</w:t>
            </w:r>
          </w:p>
        </w:tc>
        <w:tc>
          <w:tcPr>
            <w:tcW w:type="dxa" w:w="1440"/>
          </w:tcPr>
          <w:p>
            <w:r>
              <w:t>个人或团队负责人</w:t>
            </w:r>
          </w:p>
        </w:tc>
        <w:tc>
          <w:tcPr>
            <w:tcW w:type="dxa" w:w="1440"/>
          </w:tcPr>
          <w:p>
            <w:r>
              <w:t>24</w:t>
            </w:r>
          </w:p>
        </w:tc>
        <w:tc>
          <w:tcPr>
            <w:tcW w:type="dxa" w:w="1440"/>
          </w:tcPr>
          <w:p>
            <w:r/>
          </w:p>
        </w:tc>
        <w:tc>
          <w:tcPr>
            <w:tcW w:type="dxa" w:w="1440"/>
          </w:tcPr>
          <w:p/>
        </w:tc>
        <w:tc>
          <w:tcPr>
            <w:tcW w:type="dxa" w:w="1440"/>
          </w:tcPr>
          <w:p/>
        </w:tc>
      </w:tr>
      <w:tr>
        <w:tc>
          <w:tcPr>
            <w:tcW w:type="dxa" w:w="1440"/>
          </w:tcPr>
          <w:p>
            <w:r>
              <w:t>成员</w:t>
            </w:r>
          </w:p>
        </w:tc>
        <w:tc>
          <w:tcPr>
            <w:tcW w:type="dxa" w:w="1440"/>
          </w:tcPr>
          <w:p>
            <w:r>
              <w:t>18</w:t>
            </w:r>
          </w:p>
        </w:tc>
        <w:tc>
          <w:tcPr>
            <w:tcW w:type="dxa" w:w="1440"/>
          </w:tcPr>
          <w:p>
            <w:r/>
          </w:p>
        </w:tc>
        <w:tc>
          <w:tcPr>
            <w:tcW w:type="dxa" w:w="1440"/>
          </w:tcPr>
          <w:p/>
        </w:tc>
        <w:tc>
          <w:tcPr>
            <w:tcW w:type="dxa" w:w="1440"/>
          </w:tcPr>
          <w:p/>
        </w:tc>
        <w:tc>
          <w:tcPr>
            <w:tcW w:type="dxa" w:w="1440"/>
          </w:tcPr>
          <w:p/>
        </w:tc>
      </w:tr>
      <w:tr>
        <w:tc>
          <w:tcPr>
            <w:tcW w:type="dxa" w:w="1440"/>
          </w:tcPr>
          <w:p>
            <w:r>
              <w:t>二等奖</w:t>
            </w:r>
          </w:p>
        </w:tc>
        <w:tc>
          <w:tcPr>
            <w:tcW w:type="dxa" w:w="1440"/>
          </w:tcPr>
          <w:p>
            <w:r>
              <w:t>个人或团队负责人</w:t>
            </w:r>
          </w:p>
        </w:tc>
        <w:tc>
          <w:tcPr>
            <w:tcW w:type="dxa" w:w="1440"/>
          </w:tcPr>
          <w:p>
            <w:r>
              <w:t>18</w:t>
            </w:r>
          </w:p>
        </w:tc>
        <w:tc>
          <w:tcPr>
            <w:tcW w:type="dxa" w:w="1440"/>
          </w:tcPr>
          <w:p>
            <w:r/>
          </w:p>
        </w:tc>
        <w:tc>
          <w:tcPr>
            <w:tcW w:type="dxa" w:w="1440"/>
          </w:tcPr>
          <w:p/>
        </w:tc>
        <w:tc>
          <w:tcPr>
            <w:tcW w:type="dxa" w:w="1440"/>
          </w:tcPr>
          <w:p/>
        </w:tc>
      </w:tr>
      <w:tr>
        <w:tc>
          <w:tcPr>
            <w:tcW w:type="dxa" w:w="1440"/>
          </w:tcPr>
          <w:p>
            <w:r>
              <w:t>成员</w:t>
            </w:r>
          </w:p>
        </w:tc>
        <w:tc>
          <w:tcPr>
            <w:tcW w:type="dxa" w:w="1440"/>
          </w:tcPr>
          <w:p>
            <w:r>
              <w:t>12</w:t>
            </w:r>
          </w:p>
        </w:tc>
        <w:tc>
          <w:tcPr>
            <w:tcW w:type="dxa" w:w="1440"/>
          </w:tcPr>
          <w:p>
            <w:r/>
          </w:p>
        </w:tc>
        <w:tc>
          <w:tcPr>
            <w:tcW w:type="dxa" w:w="1440"/>
          </w:tcP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12</w:t>
            </w:r>
          </w:p>
        </w:tc>
        <w:tc>
          <w:tcPr>
            <w:tcW w:type="dxa" w:w="1440"/>
          </w:tcPr>
          <w:p>
            <w:r/>
          </w:p>
        </w:tc>
        <w:tc>
          <w:tcPr>
            <w:tcW w:type="dxa" w:w="1440"/>
          </w:tcPr>
          <w:p/>
        </w:tc>
        <w:tc>
          <w:tcPr>
            <w:tcW w:type="dxa" w:w="1440"/>
          </w:tcPr>
          <w:p/>
        </w:tc>
      </w:tr>
      <w:tr>
        <w:tc>
          <w:tcPr>
            <w:tcW w:type="dxa" w:w="1440"/>
          </w:tcPr>
          <w:p>
            <w:r>
              <w:t>成员</w:t>
            </w:r>
          </w:p>
        </w:tc>
        <w:tc>
          <w:tcPr>
            <w:tcW w:type="dxa" w:w="1440"/>
          </w:tcPr>
          <w:p>
            <w:r>
              <w:t>10</w:t>
            </w:r>
          </w:p>
        </w:tc>
        <w:tc>
          <w:tcPr>
            <w:tcW w:type="dxa" w:w="1440"/>
          </w:tcPr>
          <w:p>
            <w:r/>
          </w:p>
        </w:tc>
        <w:tc>
          <w:tcPr>
            <w:tcW w:type="dxa" w:w="1440"/>
          </w:tcPr>
          <w:p/>
        </w:tc>
        <w:tc>
          <w:tcPr>
            <w:tcW w:type="dxa" w:w="1440"/>
          </w:tcPr>
          <w:p/>
        </w:tc>
        <w:tc>
          <w:tcPr>
            <w:tcW w:type="dxa" w:w="1440"/>
          </w:tcPr>
          <w:p/>
        </w:tc>
      </w:tr>
      <w:tr>
        <w:tc>
          <w:tcPr>
            <w:tcW w:type="dxa" w:w="1440"/>
          </w:tcPr>
          <w:p>
            <w:r>
              <w:t>挑战杯江苏省大学生课外学术科技作品竞赛/江苏省互联网+大学生创新创业大赛/江苏省“创青春”创新创业大赛</w:t>
            </w:r>
          </w:p>
        </w:tc>
        <w:tc>
          <w:tcPr>
            <w:tcW w:type="dxa" w:w="1440"/>
          </w:tcPr>
          <w:p>
            <w:r>
              <w:t>特等奖</w:t>
            </w:r>
          </w:p>
        </w:tc>
        <w:tc>
          <w:tcPr>
            <w:tcW w:type="dxa" w:w="1440"/>
          </w:tcPr>
          <w:p>
            <w:r>
              <w:t>个人或团队负责人</w:t>
            </w:r>
          </w:p>
        </w:tc>
        <w:tc>
          <w:tcPr>
            <w:tcW w:type="dxa" w:w="1440"/>
          </w:tcPr>
          <w:p>
            <w:r>
              <w:t>18</w:t>
            </w:r>
          </w:p>
        </w:tc>
        <w:tc>
          <w:tcPr>
            <w:tcW w:type="dxa" w:w="1440"/>
          </w:tcPr>
          <w:p>
            <w:r>
              <w:t>/</w:t>
            </w:r>
          </w:p>
        </w:tc>
        <w:tc>
          <w:tcPr>
            <w:tcW w:type="dxa" w:w="1440"/>
          </w:tcPr>
          <w:p>
            <w:r/>
          </w:p>
        </w:tc>
      </w:tr>
      <w:tr>
        <w:tc>
          <w:tcPr>
            <w:tcW w:type="dxa" w:w="1440"/>
          </w:tcPr>
          <w:p>
            <w:r>
              <w:t>成员</w:t>
            </w:r>
          </w:p>
        </w:tc>
        <w:tc>
          <w:tcPr>
            <w:tcW w:type="dxa" w:w="1440"/>
          </w:tcPr>
          <w:p>
            <w:r>
              <w:t>15</w:t>
            </w:r>
          </w:p>
        </w:tc>
        <w:tc>
          <w:tcPr>
            <w:tcW w:type="dxa" w:w="1440"/>
          </w:tcPr>
          <w:p>
            <w:r/>
          </w:p>
        </w:tc>
        <w:tc>
          <w:tcPr>
            <w:tcW w:type="dxa" w:w="1440"/>
          </w:tcPr>
          <w:p/>
        </w:tc>
        <w:tc>
          <w:tcPr>
            <w:tcW w:type="dxa" w:w="1440"/>
          </w:tcPr>
          <w:p/>
        </w:tc>
        <w:tc>
          <w:tcPr>
            <w:tcW w:type="dxa" w:w="1440"/>
          </w:tcPr>
          <w:p/>
        </w:tc>
      </w:tr>
      <w:tr>
        <w:tc>
          <w:tcPr>
            <w:tcW w:type="dxa" w:w="1440"/>
          </w:tcPr>
          <w:p>
            <w:r>
              <w:t>一等奖</w:t>
            </w:r>
          </w:p>
        </w:tc>
        <w:tc>
          <w:tcPr>
            <w:tcW w:type="dxa" w:w="1440"/>
          </w:tcPr>
          <w:p>
            <w:r>
              <w:t>个人或团队负责人</w:t>
            </w:r>
          </w:p>
        </w:tc>
        <w:tc>
          <w:tcPr>
            <w:tcW w:type="dxa" w:w="1440"/>
          </w:tcPr>
          <w:p>
            <w:r>
              <w:t>15</w:t>
            </w:r>
          </w:p>
        </w:tc>
        <w:tc>
          <w:tcPr>
            <w:tcW w:type="dxa" w:w="1440"/>
          </w:tcPr>
          <w:p>
            <w:r/>
          </w:p>
        </w:tc>
        <w:tc>
          <w:tcPr>
            <w:tcW w:type="dxa" w:w="1440"/>
          </w:tcPr>
          <w:p/>
        </w:tc>
        <w:tc>
          <w:tcPr>
            <w:tcW w:type="dxa" w:w="1440"/>
          </w:tcPr>
          <w:p/>
        </w:tc>
      </w:tr>
      <w:tr>
        <w:tc>
          <w:tcPr>
            <w:tcW w:type="dxa" w:w="1440"/>
          </w:tcPr>
          <w:p>
            <w:r>
              <w:t>成员</w:t>
            </w:r>
          </w:p>
        </w:tc>
        <w:tc>
          <w:tcPr>
            <w:tcW w:type="dxa" w:w="1440"/>
          </w:tcPr>
          <w:p>
            <w:r>
              <w:t>11</w:t>
            </w:r>
          </w:p>
        </w:tc>
        <w:tc>
          <w:tcPr>
            <w:tcW w:type="dxa" w:w="1440"/>
          </w:tcPr>
          <w:p>
            <w:r/>
          </w:p>
        </w:tc>
        <w:tc>
          <w:tcPr>
            <w:tcW w:type="dxa" w:w="1440"/>
          </w:tcPr>
          <w:p/>
        </w:tc>
        <w:tc>
          <w:tcPr>
            <w:tcW w:type="dxa" w:w="1440"/>
          </w:tcPr>
          <w:p/>
        </w:tc>
        <w:tc>
          <w:tcPr>
            <w:tcW w:type="dxa" w:w="1440"/>
          </w:tcPr>
          <w:p/>
        </w:tc>
      </w:tr>
      <w:tr>
        <w:tc>
          <w:tcPr>
            <w:tcW w:type="dxa" w:w="1440"/>
          </w:tcPr>
          <w:p>
            <w:r>
              <w:t>二等奖</w:t>
            </w:r>
          </w:p>
        </w:tc>
        <w:tc>
          <w:tcPr>
            <w:tcW w:type="dxa" w:w="1440"/>
          </w:tcPr>
          <w:p>
            <w:r>
              <w:t>个人或团队负责人</w:t>
            </w:r>
          </w:p>
        </w:tc>
        <w:tc>
          <w:tcPr>
            <w:tcW w:type="dxa" w:w="1440"/>
          </w:tcPr>
          <w:p>
            <w:r>
              <w:t>11</w:t>
            </w:r>
          </w:p>
        </w:tc>
        <w:tc>
          <w:tcPr>
            <w:tcW w:type="dxa" w:w="1440"/>
          </w:tcPr>
          <w:p>
            <w:r/>
          </w:p>
        </w:tc>
        <w:tc>
          <w:tcPr>
            <w:tcW w:type="dxa" w:w="1440"/>
          </w:tcPr>
          <w:p/>
        </w:tc>
        <w:tc>
          <w:tcPr>
            <w:tcW w:type="dxa" w:w="1440"/>
          </w:tcPr>
          <w:p/>
        </w:tc>
      </w:tr>
      <w:tr>
        <w:tc>
          <w:tcPr>
            <w:tcW w:type="dxa" w:w="1440"/>
          </w:tcPr>
          <w:p>
            <w:r>
              <w:t>成员</w:t>
            </w:r>
          </w:p>
        </w:tc>
        <w:tc>
          <w:tcPr>
            <w:tcW w:type="dxa" w:w="1440"/>
          </w:tcPr>
          <w:p>
            <w:r>
              <w:t>7</w:t>
            </w:r>
          </w:p>
        </w:tc>
        <w:tc>
          <w:tcPr>
            <w:tcW w:type="dxa" w:w="1440"/>
          </w:tcPr>
          <w:p>
            <w:r/>
          </w:p>
        </w:tc>
        <w:tc>
          <w:tcPr>
            <w:tcW w:type="dxa" w:w="1440"/>
          </w:tcP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7</w:t>
            </w:r>
          </w:p>
        </w:tc>
        <w:tc>
          <w:tcPr>
            <w:tcW w:type="dxa" w:w="1440"/>
          </w:tcPr>
          <w:p>
            <w:r/>
          </w:p>
        </w:tc>
        <w:tc>
          <w:tcPr>
            <w:tcW w:type="dxa" w:w="1440"/>
          </w:tcPr>
          <w:p/>
        </w:tc>
        <w:tc>
          <w:tcPr>
            <w:tcW w:type="dxa" w:w="1440"/>
          </w:tcPr>
          <w:p/>
        </w:tc>
      </w:tr>
      <w:tr>
        <w:tc>
          <w:tcPr>
            <w:tcW w:type="dxa" w:w="1440"/>
          </w:tcPr>
          <w:p>
            <w:r>
              <w:t>成员</w:t>
            </w:r>
          </w:p>
        </w:tc>
        <w:tc>
          <w:tcPr>
            <w:tcW w:type="dxa" w:w="1440"/>
          </w:tcPr>
          <w:p>
            <w:r>
              <w:t>6</w:t>
            </w:r>
          </w:p>
        </w:tc>
        <w:tc>
          <w:tcPr>
            <w:tcW w:type="dxa" w:w="1440"/>
          </w:tcPr>
          <w:p>
            <w:r/>
          </w:p>
        </w:tc>
        <w:tc>
          <w:tcPr>
            <w:tcW w:type="dxa" w:w="1440"/>
          </w:tcPr>
          <w:p/>
        </w:tc>
        <w:tc>
          <w:tcPr>
            <w:tcW w:type="dxa" w:w="1440"/>
          </w:tcPr>
          <w:p/>
        </w:tc>
        <w:tc>
          <w:tcPr>
            <w:tcW w:type="dxa" w:w="1440"/>
          </w:tcPr>
          <w:p/>
        </w:tc>
      </w:tr>
      <w:tr>
        <w:tc>
          <w:tcPr>
            <w:tcW w:type="dxa" w:w="1440"/>
          </w:tcPr>
          <w:p>
            <w:r>
              <w:t>挑战杯苏州大学大学生课外学术科技作品竞赛/苏州大学互联网+大学生创新创业大赛/苏州大学“创青春”创新创业大赛</w:t>
            </w:r>
          </w:p>
        </w:tc>
        <w:tc>
          <w:tcPr>
            <w:tcW w:type="dxa" w:w="1440"/>
          </w:tcPr>
          <w:p>
            <w:r>
              <w:t>特等奖</w:t>
            </w:r>
          </w:p>
        </w:tc>
        <w:tc>
          <w:tcPr>
            <w:tcW w:type="dxa" w:w="1440"/>
          </w:tcPr>
          <w:p>
            <w:r>
              <w:t>个人或团队负责人</w:t>
            </w:r>
          </w:p>
        </w:tc>
        <w:tc>
          <w:tcPr>
            <w:tcW w:type="dxa" w:w="1440"/>
          </w:tcPr>
          <w:p>
            <w:r>
              <w:t>6</w:t>
            </w:r>
          </w:p>
        </w:tc>
        <w:tc>
          <w:tcPr>
            <w:tcW w:type="dxa" w:w="1440"/>
          </w:tcPr>
          <w:p>
            <w:r>
              <w:t>/</w:t>
            </w:r>
          </w:p>
        </w:tc>
        <w:tc>
          <w:tcPr>
            <w:tcW w:type="dxa" w:w="1440"/>
          </w:tcPr>
          <w:p>
            <w:r/>
          </w:p>
        </w:tc>
      </w:tr>
      <w:tr>
        <w:tc>
          <w:tcPr>
            <w:tcW w:type="dxa" w:w="1440"/>
          </w:tcPr>
          <w:p>
            <w:r>
              <w:t>成员</w:t>
            </w:r>
          </w:p>
        </w:tc>
        <w:tc>
          <w:tcPr>
            <w:tcW w:type="dxa" w:w="1440"/>
          </w:tcPr>
          <w:p>
            <w:r>
              <w:t>5</w:t>
            </w:r>
          </w:p>
        </w:tc>
        <w:tc>
          <w:tcPr>
            <w:tcW w:type="dxa" w:w="1440"/>
          </w:tcPr>
          <w:p>
            <w:r/>
          </w:p>
        </w:tc>
        <w:tc>
          <w:tcPr>
            <w:tcW w:type="dxa" w:w="1440"/>
          </w:tcPr>
          <w:p/>
        </w:tc>
        <w:tc>
          <w:tcPr>
            <w:tcW w:type="dxa" w:w="1440"/>
          </w:tcPr>
          <w:p/>
        </w:tc>
        <w:tc>
          <w:tcPr>
            <w:tcW w:type="dxa" w:w="1440"/>
          </w:tcPr>
          <w:p/>
        </w:tc>
      </w:tr>
      <w:tr>
        <w:tc>
          <w:tcPr>
            <w:tcW w:type="dxa" w:w="1440"/>
          </w:tcPr>
          <w:p>
            <w:r>
              <w:t>一等奖</w:t>
            </w:r>
          </w:p>
        </w:tc>
        <w:tc>
          <w:tcPr>
            <w:tcW w:type="dxa" w:w="1440"/>
          </w:tcPr>
          <w:p>
            <w:r>
              <w:t>个人或团队负责人</w:t>
            </w:r>
          </w:p>
        </w:tc>
        <w:tc>
          <w:tcPr>
            <w:tcW w:type="dxa" w:w="1440"/>
          </w:tcPr>
          <w:p>
            <w:r>
              <w:t>5</w:t>
            </w:r>
          </w:p>
        </w:tc>
        <w:tc>
          <w:tcPr>
            <w:tcW w:type="dxa" w:w="1440"/>
          </w:tcPr>
          <w:p>
            <w:r/>
          </w:p>
        </w:tc>
        <w:tc>
          <w:tcPr>
            <w:tcW w:type="dxa" w:w="1440"/>
          </w:tcPr>
          <w:p/>
        </w:tc>
        <w:tc>
          <w:tcPr>
            <w:tcW w:type="dxa" w:w="1440"/>
          </w:tcPr>
          <w:p/>
        </w:tc>
      </w:tr>
      <w:tr>
        <w:tc>
          <w:tcPr>
            <w:tcW w:type="dxa" w:w="1440"/>
          </w:tcPr>
          <w:p>
            <w:r>
              <w:t>成员</w:t>
            </w:r>
          </w:p>
        </w:tc>
        <w:tc>
          <w:tcPr>
            <w:tcW w:type="dxa" w:w="1440"/>
          </w:tcPr>
          <w:p>
            <w:r>
              <w:t>4</w:t>
            </w:r>
          </w:p>
        </w:tc>
        <w:tc>
          <w:tcPr>
            <w:tcW w:type="dxa" w:w="1440"/>
          </w:tcPr>
          <w:p>
            <w:r/>
          </w:p>
        </w:tc>
        <w:tc>
          <w:tcPr>
            <w:tcW w:type="dxa" w:w="1440"/>
          </w:tcPr>
          <w:p/>
        </w:tc>
        <w:tc>
          <w:tcPr>
            <w:tcW w:type="dxa" w:w="1440"/>
          </w:tcPr>
          <w:p/>
        </w:tc>
        <w:tc>
          <w:tcPr>
            <w:tcW w:type="dxa" w:w="1440"/>
          </w:tcPr>
          <w:p/>
        </w:tc>
      </w:tr>
      <w:tr>
        <w:tc>
          <w:tcPr>
            <w:tcW w:type="dxa" w:w="1440"/>
          </w:tcPr>
          <w:p>
            <w:r>
              <w:t>二等奖</w:t>
            </w:r>
          </w:p>
        </w:tc>
        <w:tc>
          <w:tcPr>
            <w:tcW w:type="dxa" w:w="1440"/>
          </w:tcPr>
          <w:p>
            <w:r>
              <w:t>个人或团队负责人</w:t>
            </w:r>
          </w:p>
        </w:tc>
        <w:tc>
          <w:tcPr>
            <w:tcW w:type="dxa" w:w="1440"/>
          </w:tcPr>
          <w:p>
            <w:r>
              <w:t>4</w:t>
            </w:r>
          </w:p>
        </w:tc>
        <w:tc>
          <w:tcPr>
            <w:tcW w:type="dxa" w:w="1440"/>
          </w:tcPr>
          <w:p>
            <w:r/>
          </w:p>
        </w:tc>
        <w:tc>
          <w:tcPr>
            <w:tcW w:type="dxa" w:w="1440"/>
          </w:tcPr>
          <w:p/>
        </w:tc>
        <w:tc>
          <w:tcPr>
            <w:tcW w:type="dxa" w:w="1440"/>
          </w:tcPr>
          <w:p/>
        </w:tc>
      </w:tr>
      <w:tr>
        <w:tc>
          <w:tcPr>
            <w:tcW w:type="dxa" w:w="1440"/>
          </w:tcPr>
          <w:p>
            <w:r>
              <w:t>成员</w:t>
            </w:r>
          </w:p>
        </w:tc>
        <w:tc>
          <w:tcPr>
            <w:tcW w:type="dxa" w:w="1440"/>
          </w:tcPr>
          <w:p>
            <w:r>
              <w:t>3</w:t>
            </w:r>
          </w:p>
        </w:tc>
        <w:tc>
          <w:tcPr>
            <w:tcW w:type="dxa" w:w="1440"/>
          </w:tcPr>
          <w:p>
            <w:r/>
          </w:p>
        </w:tc>
        <w:tc>
          <w:tcPr>
            <w:tcW w:type="dxa" w:w="1440"/>
          </w:tcP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3</w:t>
            </w:r>
          </w:p>
        </w:tc>
        <w:tc>
          <w:tcPr>
            <w:tcW w:type="dxa" w:w="1440"/>
          </w:tcPr>
          <w:p>
            <w:r/>
          </w:p>
        </w:tc>
        <w:tc>
          <w:tcPr>
            <w:tcW w:type="dxa" w:w="1440"/>
          </w:tcPr>
          <w:p/>
        </w:tc>
        <w:tc>
          <w:tcPr>
            <w:tcW w:type="dxa" w:w="1440"/>
          </w:tcPr>
          <w:p/>
        </w:tc>
      </w:tr>
      <w:tr>
        <w:tc>
          <w:tcPr>
            <w:tcW w:type="dxa" w:w="1440"/>
          </w:tcPr>
          <w:p>
            <w:r>
              <w:t>成员</w:t>
            </w:r>
          </w:p>
        </w:tc>
        <w:tc>
          <w:tcPr>
            <w:tcW w:type="dxa" w:w="1440"/>
          </w:tcPr>
          <w:p>
            <w:r>
              <w:t>2</w:t>
            </w:r>
          </w:p>
        </w:tc>
        <w:tc>
          <w:tcPr>
            <w:tcW w:type="dxa" w:w="1440"/>
          </w:tcPr>
          <w:p>
            <w:r/>
          </w:p>
        </w:tc>
        <w:tc>
          <w:tcPr>
            <w:tcW w:type="dxa" w:w="1440"/>
          </w:tcPr>
          <w:p/>
        </w:tc>
        <w:tc>
          <w:tcPr>
            <w:tcW w:type="dxa" w:w="1440"/>
          </w:tcPr>
          <w:p/>
        </w:tc>
        <w:tc>
          <w:tcPr>
            <w:tcW w:type="dxa" w:w="1440"/>
          </w:tcPr>
          <w:p/>
        </w:tc>
      </w:tr>
      <w:tr>
        <w:tc>
          <w:tcPr>
            <w:tcW w:type="dxa" w:w="1440"/>
          </w:tcPr>
          <w:p>
            <w:r>
              <w:t>全国大学生物理实验竞赛（教学赛）</w:t>
            </w:r>
          </w:p>
        </w:tc>
        <w:tc>
          <w:tcPr>
            <w:tcW w:type="dxa" w:w="1440"/>
          </w:tcPr>
          <w:p>
            <w:r>
              <w:t>一等奖</w:t>
            </w:r>
          </w:p>
        </w:tc>
        <w:tc>
          <w:tcPr>
            <w:tcW w:type="dxa" w:w="1440"/>
          </w:tcPr>
          <w:p>
            <w:r>
              <w:t>个人</w:t>
            </w:r>
          </w:p>
        </w:tc>
        <w:tc>
          <w:tcPr>
            <w:tcW w:type="dxa" w:w="1440"/>
          </w:tcPr>
          <w:p>
            <w:r>
              <w:t>18</w:t>
            </w:r>
          </w:p>
        </w:tc>
        <w:tc>
          <w:tcPr>
            <w:tcW w:type="dxa" w:w="1440"/>
          </w:tcPr>
          <w:p>
            <w:r>
              <w:t>/</w:t>
            </w:r>
          </w:p>
        </w:tc>
        <w:tc>
          <w:tcPr>
            <w:tcW w:type="dxa" w:w="1440"/>
          </w:tcPr>
          <w:p>
            <w:r/>
          </w:p>
        </w:tc>
      </w:tr>
      <w:tr>
        <w:tc>
          <w:tcPr>
            <w:tcW w:type="dxa" w:w="1440"/>
          </w:tcPr>
          <w:p>
            <w:r>
              <w:t>二等奖</w:t>
            </w:r>
          </w:p>
        </w:tc>
        <w:tc>
          <w:tcPr>
            <w:tcW w:type="dxa" w:w="1440"/>
          </w:tcPr>
          <w:p>
            <w:r>
              <w:t>个人</w:t>
            </w:r>
          </w:p>
        </w:tc>
        <w:tc>
          <w:tcPr>
            <w:tcW w:type="dxa" w:w="1440"/>
          </w:tcPr>
          <w:p>
            <w:r>
              <w:t>13</w:t>
            </w:r>
          </w:p>
        </w:tc>
        <w:tc>
          <w:tcPr>
            <w:tcW w:type="dxa" w:w="1440"/>
          </w:tcPr>
          <w:p>
            <w:r/>
          </w:p>
        </w:tc>
        <w:tc>
          <w:tcPr>
            <w:tcW w:type="dxa" w:w="1440"/>
          </w:tcPr>
          <w:p/>
        </w:tc>
        <w:tc>
          <w:tcPr>
            <w:tcW w:type="dxa" w:w="1440"/>
          </w:tcPr>
          <w:p/>
        </w:tc>
      </w:tr>
      <w:tr>
        <w:tc>
          <w:tcPr>
            <w:tcW w:type="dxa" w:w="1440"/>
          </w:tcPr>
          <w:p>
            <w:r>
              <w:t>三等奖</w:t>
            </w:r>
          </w:p>
        </w:tc>
        <w:tc>
          <w:tcPr>
            <w:tcW w:type="dxa" w:w="1440"/>
          </w:tcPr>
          <w:p>
            <w:r>
              <w:t>个人</w:t>
            </w:r>
          </w:p>
        </w:tc>
        <w:tc>
          <w:tcPr>
            <w:tcW w:type="dxa" w:w="1440"/>
          </w:tcPr>
          <w:p>
            <w:r>
              <w:t>8</w:t>
            </w:r>
          </w:p>
        </w:tc>
        <w:tc>
          <w:tcPr>
            <w:tcW w:type="dxa" w:w="1440"/>
          </w:tcPr>
          <w:p>
            <w:r/>
          </w:p>
        </w:tc>
        <w:tc>
          <w:tcPr>
            <w:tcW w:type="dxa" w:w="1440"/>
          </w:tcPr>
          <w:p/>
        </w:tc>
        <w:tc>
          <w:tcPr>
            <w:tcW w:type="dxa" w:w="1440"/>
          </w:tcPr>
          <w:p/>
        </w:tc>
      </w:tr>
      <w:tr>
        <w:tc>
          <w:tcPr>
            <w:tcW w:type="dxa" w:w="1440"/>
          </w:tcPr>
          <w:p>
            <w:r>
              <w:t>全国大学生物理实验竞赛（创新赛）</w:t>
            </w:r>
          </w:p>
        </w:tc>
        <w:tc>
          <w:tcPr>
            <w:tcW w:type="dxa" w:w="1440"/>
          </w:tcPr>
          <w:p>
            <w:r>
              <w:t>一等奖</w:t>
            </w:r>
          </w:p>
        </w:tc>
        <w:tc>
          <w:tcPr>
            <w:tcW w:type="dxa" w:w="1440"/>
          </w:tcPr>
          <w:p>
            <w:r>
              <w:t>个人或团队负责人</w:t>
            </w:r>
          </w:p>
        </w:tc>
        <w:tc>
          <w:tcPr>
            <w:tcW w:type="dxa" w:w="1440"/>
          </w:tcPr>
          <w:p>
            <w:r>
              <w:t>15</w:t>
            </w:r>
          </w:p>
        </w:tc>
        <w:tc>
          <w:tcPr>
            <w:tcW w:type="dxa" w:w="1440"/>
          </w:tcPr>
          <w:p>
            <w:r>
              <w:t>排名第二、三分别加10、7</w:t>
            </w:r>
          </w:p>
        </w:tc>
        <w:tc>
          <w:tcPr>
            <w:tcW w:type="dxa" w:w="1440"/>
          </w:tcPr>
          <w:p>
            <w:r/>
          </w:p>
        </w:tc>
      </w:tr>
      <w:tr>
        <w:tc>
          <w:tcPr>
            <w:tcW w:type="dxa" w:w="1440"/>
          </w:tcPr>
          <w:p>
            <w:r>
              <w:t>二等奖</w:t>
            </w:r>
          </w:p>
        </w:tc>
        <w:tc>
          <w:tcPr>
            <w:tcW w:type="dxa" w:w="1440"/>
          </w:tcPr>
          <w:p>
            <w:r>
              <w:t>个人或团队负责人</w:t>
            </w:r>
          </w:p>
        </w:tc>
        <w:tc>
          <w:tcPr>
            <w:tcW w:type="dxa" w:w="1440"/>
          </w:tcPr>
          <w:p>
            <w:r>
              <w:t>10</w:t>
            </w:r>
          </w:p>
        </w:tc>
        <w:tc>
          <w:tcPr>
            <w:tcW w:type="dxa" w:w="1440"/>
          </w:tcPr>
          <w:p>
            <w:r>
              <w:t>排名第二、三分别加7、5</w:t>
            </w:r>
          </w:p>
        </w:tc>
        <w:tc>
          <w:tcPr>
            <w:tcW w:type="dxa" w:w="1440"/>
          </w:tcPr>
          <w:p>
            <w:r/>
          </w:p>
        </w:tc>
        <w:tc>
          <w:tcPr>
            <w:tcW w:type="dxa" w:w="1440"/>
          </w:tcPr>
          <w:p/>
        </w:tc>
      </w:tr>
      <w:tr>
        <w:tc>
          <w:tcPr>
            <w:tcW w:type="dxa" w:w="1440"/>
          </w:tcPr>
          <w:p>
            <w:r>
              <w:t>三等奖</w:t>
            </w:r>
          </w:p>
        </w:tc>
        <w:tc>
          <w:tcPr>
            <w:tcW w:type="dxa" w:w="1440"/>
          </w:tcPr>
          <w:p>
            <w:r>
              <w:t>个人或团队负责人</w:t>
            </w:r>
          </w:p>
        </w:tc>
        <w:tc>
          <w:tcPr>
            <w:tcW w:type="dxa" w:w="1440"/>
          </w:tcPr>
          <w:p>
            <w:r>
              <w:t>7</w:t>
            </w:r>
          </w:p>
        </w:tc>
        <w:tc>
          <w:tcPr>
            <w:tcW w:type="dxa" w:w="1440"/>
          </w:tcPr>
          <w:p>
            <w:r>
              <w:t>排名第二、三分别加5、3</w:t>
            </w:r>
          </w:p>
        </w:tc>
        <w:tc>
          <w:tcPr>
            <w:tcW w:type="dxa" w:w="1440"/>
          </w:tcPr>
          <w:p>
            <w:r/>
          </w:p>
        </w:tc>
        <w:tc>
          <w:tcPr>
            <w:tcW w:type="dxa" w:w="1440"/>
          </w:tcPr>
          <w:p/>
        </w:tc>
      </w:tr>
      <w:tr>
        <w:tc>
          <w:tcPr>
            <w:tcW w:type="dxa" w:w="1440"/>
          </w:tcPr>
          <w:p>
            <w:r>
              <w:t>大学生物理学术竞赛</w:t>
            </w:r>
          </w:p>
        </w:tc>
        <w:tc>
          <w:tcPr>
            <w:tcW w:type="dxa" w:w="1440"/>
          </w:tcPr>
          <w:p>
            <w:r>
              <w:t>特等奖</w:t>
            </w:r>
          </w:p>
        </w:tc>
        <w:tc>
          <w:tcPr>
            <w:tcW w:type="dxa" w:w="1440"/>
          </w:tcPr>
          <w:p>
            <w:r>
              <w:t>团队成员</w:t>
            </w:r>
          </w:p>
        </w:tc>
        <w:tc>
          <w:tcPr>
            <w:tcW w:type="dxa" w:w="1440"/>
          </w:tcPr>
          <w:p>
            <w:r>
              <w:t>国赛30</w:t>
            </w:r>
          </w:p>
        </w:tc>
        <w:tc>
          <w:tcPr>
            <w:tcW w:type="dxa" w:w="1440"/>
          </w:tcPr>
          <w:p>
            <w:r>
              <w:t>/</w:t>
            </w:r>
          </w:p>
        </w:tc>
        <w:tc>
          <w:tcPr>
            <w:tcW w:type="dxa" w:w="1440"/>
          </w:tcPr>
          <w:p>
            <w: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区赛25</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一等奖</w:t>
            </w:r>
          </w:p>
        </w:tc>
        <w:tc>
          <w:tcPr>
            <w:tcW w:type="dxa" w:w="1440"/>
          </w:tcPr>
          <w:p>
            <w:r>
              <w:t>团队成员</w:t>
            </w:r>
          </w:p>
        </w:tc>
        <w:tc>
          <w:tcPr>
            <w:tcW w:type="dxa" w:w="1440"/>
          </w:tcPr>
          <w:p>
            <w:r>
              <w:t>国赛20</w:t>
            </w:r>
          </w:p>
        </w:tc>
        <w:tc>
          <w:tcPr>
            <w:tcW w:type="dxa" w:w="1440"/>
          </w:tcPr>
          <w:p>
            <w:r>
              <w:t>/</w:t>
            </w:r>
          </w:p>
        </w:tc>
        <w:tc>
          <w:tcPr>
            <w:tcW w:type="dxa" w:w="1440"/>
          </w:tcPr>
          <w:p>
            <w: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区赛15</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省赛5</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团队成员</w:t>
            </w:r>
          </w:p>
        </w:tc>
        <w:tc>
          <w:tcPr>
            <w:tcW w:type="dxa" w:w="1440"/>
          </w:tcPr>
          <w:p>
            <w:r>
              <w:t>国赛15</w:t>
            </w:r>
          </w:p>
        </w:tc>
        <w:tc>
          <w:tcPr>
            <w:tcW w:type="dxa" w:w="1440"/>
          </w:tcPr>
          <w:p>
            <w:r>
              <w:t>/</w:t>
            </w:r>
          </w:p>
        </w:tc>
        <w:tc>
          <w:tcPr>
            <w:tcW w:type="dxa" w:w="1440"/>
          </w:tcPr>
          <w:p>
            <w: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区赛12</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省赛3</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团队成员</w:t>
            </w:r>
          </w:p>
        </w:tc>
        <w:tc>
          <w:tcPr>
            <w:tcW w:type="dxa" w:w="1440"/>
          </w:tcPr>
          <w:p>
            <w:r>
              <w:t>国赛12</w:t>
            </w:r>
          </w:p>
        </w:tc>
        <w:tc>
          <w:tcPr>
            <w:tcW w:type="dxa" w:w="1440"/>
          </w:tcPr>
          <w:p>
            <w:r>
              <w:t>/</w:t>
            </w:r>
          </w:p>
        </w:tc>
        <w:tc>
          <w:tcPr>
            <w:tcW w:type="dxa" w:w="1440"/>
          </w:tcPr>
          <w:p>
            <w: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区赛10</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省赛2</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“田家炳杯”全国师范院校师范生教学技能竞赛</w:t>
            </w:r>
          </w:p>
        </w:tc>
        <w:tc>
          <w:tcPr>
            <w:tcW w:type="dxa" w:w="1440"/>
          </w:tcPr>
          <w:p>
            <w:r>
              <w:t>一等奖</w:t>
            </w:r>
          </w:p>
        </w:tc>
        <w:tc>
          <w:tcPr>
            <w:tcW w:type="dxa" w:w="1440"/>
          </w:tcPr>
          <w:p>
            <w:r>
              <w:t>个人</w:t>
            </w:r>
          </w:p>
        </w:tc>
        <w:tc>
          <w:tcPr>
            <w:tcW w:type="dxa" w:w="1440"/>
          </w:tcPr>
          <w:p>
            <w:r>
              <w:t>12</w:t>
            </w:r>
          </w:p>
        </w:tc>
        <w:tc>
          <w:tcPr>
            <w:tcW w:type="dxa" w:w="1440"/>
          </w:tcPr>
          <w:p>
            <w:r>
              <w:t>/</w:t>
            </w:r>
          </w:p>
        </w:tc>
        <w:tc>
          <w:tcPr>
            <w:tcW w:type="dxa" w:w="1440"/>
          </w:tcPr>
          <w:p>
            <w:r/>
          </w:p>
        </w:tc>
      </w:tr>
      <w:tr>
        <w:tc>
          <w:tcPr>
            <w:tcW w:type="dxa" w:w="1440"/>
          </w:tcPr>
          <w:p>
            <w:r>
              <w:t>二等奖</w:t>
            </w:r>
          </w:p>
        </w:tc>
        <w:tc>
          <w:tcPr>
            <w:tcW w:type="dxa" w:w="1440"/>
          </w:tcPr>
          <w:p>
            <w:r>
              <w:t>个人</w:t>
            </w:r>
          </w:p>
        </w:tc>
        <w:tc>
          <w:tcPr>
            <w:tcW w:type="dxa" w:w="1440"/>
          </w:tcPr>
          <w:p>
            <w:r>
              <w:t>10</w:t>
            </w:r>
          </w:p>
        </w:tc>
        <w:tc>
          <w:tcPr>
            <w:tcW w:type="dxa" w:w="1440"/>
          </w:tcPr>
          <w:p>
            <w:r/>
          </w:p>
        </w:tc>
        <w:tc>
          <w:tcPr>
            <w:tcW w:type="dxa" w:w="1440"/>
          </w:tcPr>
          <w:p/>
        </w:tc>
        <w:tc>
          <w:tcPr>
            <w:tcW w:type="dxa" w:w="1440"/>
          </w:tcPr>
          <w:p/>
        </w:tc>
      </w:tr>
      <w:tr>
        <w:tc>
          <w:tcPr>
            <w:tcW w:type="dxa" w:w="1440"/>
          </w:tcPr>
          <w:p>
            <w:r>
              <w:t>三等奖</w:t>
            </w:r>
          </w:p>
        </w:tc>
        <w:tc>
          <w:tcPr>
            <w:tcW w:type="dxa" w:w="1440"/>
          </w:tcPr>
          <w:p>
            <w:r>
              <w:t>个人</w:t>
            </w:r>
          </w:p>
        </w:tc>
        <w:tc>
          <w:tcPr>
            <w:tcW w:type="dxa" w:w="1440"/>
          </w:tcPr>
          <w:p>
            <w:r>
              <w:t>7</w:t>
            </w:r>
          </w:p>
        </w:tc>
        <w:tc>
          <w:tcPr>
            <w:tcW w:type="dxa" w:w="1440"/>
          </w:tcPr>
          <w:p>
            <w:r/>
          </w:p>
        </w:tc>
        <w:tc>
          <w:tcPr>
            <w:tcW w:type="dxa" w:w="1440"/>
          </w:tcPr>
          <w:p/>
        </w:tc>
        <w:tc>
          <w:tcPr>
            <w:tcW w:type="dxa" w:w="1440"/>
          </w:tcPr>
          <w:p/>
        </w:tc>
      </w:tr>
      <w:tr>
        <w:tc>
          <w:tcPr>
            <w:tcW w:type="dxa" w:w="1440"/>
          </w:tcPr>
          <w:p>
            <w:r>
              <w:t>全国大学生与研究生物理教学技能展示暨自制教具与设计实验展示活动（格致杯）</w:t>
            </w:r>
          </w:p>
        </w:tc>
        <w:tc>
          <w:tcPr>
            <w:tcW w:type="dxa" w:w="1440"/>
          </w:tcPr>
          <w:p>
            <w:r>
              <w:t>特等奖/一等奖</w:t>
            </w:r>
          </w:p>
        </w:tc>
        <w:tc>
          <w:tcPr>
            <w:tcW w:type="dxa" w:w="1440"/>
          </w:tcPr>
          <w:p>
            <w:r>
              <w:t>个人或团队负责人</w:t>
            </w:r>
          </w:p>
        </w:tc>
        <w:tc>
          <w:tcPr>
            <w:tcW w:type="dxa" w:w="1440"/>
          </w:tcPr>
          <w:p>
            <w:r>
              <w:t>12</w:t>
            </w:r>
          </w:p>
        </w:tc>
        <w:tc>
          <w:tcPr>
            <w:tcW w:type="dxa" w:w="1440"/>
          </w:tcPr>
          <w:p>
            <w:r>
              <w:t>排名第二加9</w:t>
            </w:r>
          </w:p>
        </w:tc>
        <w:tc>
          <w:tcPr>
            <w:tcW w:type="dxa" w:w="1440"/>
          </w:tcPr>
          <w:p>
            <w:r/>
          </w:p>
        </w:tc>
      </w:tr>
      <w:tr>
        <w:tc>
          <w:tcPr>
            <w:tcW w:type="dxa" w:w="1440"/>
          </w:tcPr>
          <w:p>
            <w:r>
              <w:t>二等奖</w:t>
            </w:r>
          </w:p>
        </w:tc>
        <w:tc>
          <w:tcPr>
            <w:tcW w:type="dxa" w:w="1440"/>
          </w:tcPr>
          <w:p>
            <w:r>
              <w:t>个人或团队负责人</w:t>
            </w:r>
          </w:p>
        </w:tc>
        <w:tc>
          <w:tcPr>
            <w:tcW w:type="dxa" w:w="1440"/>
          </w:tcPr>
          <w:p>
            <w:r>
              <w:t>10</w:t>
            </w:r>
          </w:p>
        </w:tc>
        <w:tc>
          <w:tcPr>
            <w:tcW w:type="dxa" w:w="1440"/>
          </w:tcPr>
          <w:p>
            <w:r>
              <w:t>排名第二加8</w:t>
            </w:r>
          </w:p>
        </w:tc>
        <w:tc>
          <w:tcPr>
            <w:tcW w:type="dxa" w:w="1440"/>
          </w:tcPr>
          <w:p>
            <w:r/>
          </w:p>
        </w:tc>
        <w:tc>
          <w:tcPr>
            <w:tcW w:type="dxa" w:w="1440"/>
          </w:tcPr>
          <w:p/>
        </w:tc>
      </w:tr>
      <w:tr>
        <w:tc>
          <w:tcPr>
            <w:tcW w:type="dxa" w:w="1440"/>
          </w:tcPr>
          <w:p>
            <w:r>
              <w:t>三等奖</w:t>
            </w:r>
          </w:p>
        </w:tc>
        <w:tc>
          <w:tcPr>
            <w:tcW w:type="dxa" w:w="1440"/>
          </w:tcPr>
          <w:p>
            <w:r>
              <w:t>个人或团队负责人</w:t>
            </w:r>
          </w:p>
        </w:tc>
        <w:tc>
          <w:tcPr>
            <w:tcW w:type="dxa" w:w="1440"/>
          </w:tcPr>
          <w:p>
            <w:r>
              <w:t>7</w:t>
            </w:r>
          </w:p>
        </w:tc>
        <w:tc>
          <w:tcPr>
            <w:tcW w:type="dxa" w:w="1440"/>
          </w:tcPr>
          <w:p>
            <w:r>
              <w:t>排名第二加6</w:t>
            </w:r>
          </w:p>
        </w:tc>
        <w:tc>
          <w:tcPr>
            <w:tcW w:type="dxa" w:w="1440"/>
          </w:tcPr>
          <w:p>
            <w:r/>
          </w:p>
        </w:tc>
        <w:tc>
          <w:tcPr>
            <w:tcW w:type="dxa" w:w="1440"/>
          </w:tcPr>
          <w:p/>
        </w:tc>
      </w:tr>
      <w:tr>
        <w:tc>
          <w:tcPr>
            <w:tcW w:type="dxa" w:w="1440"/>
          </w:tcPr>
          <w:p>
            <w:r>
              <w:t>江苏省高校大学生物理及实验科技作品创新竞赛</w:t>
            </w:r>
          </w:p>
        </w:tc>
        <w:tc>
          <w:tcPr>
            <w:tcW w:type="dxa" w:w="1440"/>
          </w:tcPr>
          <w:p>
            <w:r>
              <w:t>一等奖</w:t>
            </w:r>
          </w:p>
        </w:tc>
        <w:tc>
          <w:tcPr>
            <w:tcW w:type="dxa" w:w="1440"/>
          </w:tcPr>
          <w:p>
            <w:r>
              <w:t>个人或团队负责人</w:t>
            </w:r>
          </w:p>
        </w:tc>
        <w:tc>
          <w:tcPr>
            <w:tcW w:type="dxa" w:w="1440"/>
          </w:tcPr>
          <w:p>
            <w:r>
              <w:t>10</w:t>
            </w:r>
          </w:p>
        </w:tc>
        <w:tc>
          <w:tcPr>
            <w:tcW w:type="dxa" w:w="1440"/>
          </w:tcPr>
          <w:p>
            <w:r>
              <w:t>排名第二、第三分别加7、5</w:t>
            </w:r>
          </w:p>
        </w:tc>
        <w:tc>
          <w:tcPr>
            <w:tcW w:type="dxa" w:w="1440"/>
          </w:tcPr>
          <w:p>
            <w: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个人或团队负责人</w:t>
            </w:r>
          </w:p>
        </w:tc>
        <w:tc>
          <w:tcPr>
            <w:tcW w:type="dxa" w:w="1440"/>
          </w:tcPr>
          <w:p>
            <w:r>
              <w:t>7</w:t>
            </w:r>
          </w:p>
        </w:tc>
        <w:tc>
          <w:tcPr>
            <w:tcW w:type="dxa" w:w="1440"/>
          </w:tcPr>
          <w:p>
            <w:r>
              <w:t>排名第二、第三分别加5、3</w:t>
            </w:r>
          </w:p>
        </w:tc>
        <w:tc>
          <w:tcPr>
            <w:tcW w:type="dxa" w:w="1440"/>
          </w:tcPr>
          <w:p>
            <w:r/>
          </w:p>
        </w:tc>
        <w:tc>
          <w:tcPr>
            <w:tcW w:type="dxa" w:w="1440"/>
          </w:tcPr>
          <w:p/>
        </w:tc>
      </w:tr>
      <w:tr>
        <w:tc>
          <w:tcPr>
            <w:tcW w:type="dxa" w:w="1440"/>
          </w:tcPr>
          <w:p>
            <w:r>
              <w:t>三等奖</w:t>
            </w:r>
          </w:p>
        </w:tc>
        <w:tc>
          <w:tcPr>
            <w:tcW w:type="dxa" w:w="1440"/>
          </w:tcPr>
          <w:p>
            <w:r>
              <w:t>个人或团队负责人</w:t>
            </w:r>
          </w:p>
        </w:tc>
        <w:tc>
          <w:tcPr>
            <w:tcW w:type="dxa" w:w="1440"/>
          </w:tcPr>
          <w:p>
            <w:r>
              <w:t>5</w:t>
            </w:r>
          </w:p>
        </w:tc>
        <w:tc>
          <w:tcPr>
            <w:tcW w:type="dxa" w:w="1440"/>
          </w:tcPr>
          <w:p>
            <w:r>
              <w:t>排名第二、第三分别加3、2</w:t>
            </w:r>
          </w:p>
        </w:tc>
        <w:tc>
          <w:tcPr>
            <w:tcW w:type="dxa" w:w="1440"/>
          </w:tcPr>
          <w:p>
            <w:r/>
          </w:p>
        </w:tc>
        <w:tc>
          <w:tcPr>
            <w:tcW w:type="dxa" w:w="1440"/>
          </w:tcPr>
          <w:p/>
        </w:tc>
      </w:tr>
      <w:tr>
        <w:tc>
          <w:tcPr>
            <w:tcW w:type="dxa" w:w="1440"/>
          </w:tcPr>
          <w:p>
            <w:r>
              <w:t>全国大学生数学建模竞赛</w:t>
            </w:r>
          </w:p>
        </w:tc>
        <w:tc>
          <w:tcPr>
            <w:tcW w:type="dxa" w:w="1440"/>
          </w:tcPr>
          <w:p>
            <w:r>
              <w:t>一等奖</w:t>
            </w:r>
          </w:p>
        </w:tc>
        <w:tc>
          <w:tcPr>
            <w:tcW w:type="dxa" w:w="1440"/>
          </w:tcPr>
          <w:p>
            <w:r>
              <w:t>个人或团队成员</w:t>
            </w:r>
          </w:p>
        </w:tc>
        <w:tc>
          <w:tcPr>
            <w:tcW w:type="dxa" w:w="1440"/>
          </w:tcPr>
          <w:p>
            <w:r>
              <w:t>国赛20</w:t>
            </w:r>
          </w:p>
        </w:tc>
        <w:tc>
          <w:tcPr>
            <w:tcW w:type="dxa" w:w="1440"/>
          </w:tcPr>
          <w:p>
            <w:r>
              <w:t>/</w:t>
            </w:r>
          </w:p>
        </w:tc>
        <w:tc>
          <w:tcPr>
            <w:tcW w:type="dxa" w:w="1440"/>
          </w:tcPr>
          <w:p>
            <w:r/>
          </w:p>
        </w:tc>
      </w:tr>
      <w:tr>
        <w:tc>
          <w:tcPr>
            <w:tcW w:type="dxa" w:w="1440"/>
          </w:tcPr>
          <w:p>
            <w:r>
              <w:t>区赛15</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二等奖</w:t>
            </w:r>
          </w:p>
        </w:tc>
        <w:tc>
          <w:tcPr>
            <w:tcW w:type="dxa" w:w="1440"/>
          </w:tcPr>
          <w:p>
            <w:r>
              <w:t>个人或团队成员</w:t>
            </w:r>
          </w:p>
        </w:tc>
        <w:tc>
          <w:tcPr>
            <w:tcW w:type="dxa" w:w="1440"/>
          </w:tcPr>
          <w:p>
            <w:r>
              <w:t>国赛15</w:t>
            </w:r>
          </w:p>
        </w:tc>
        <w:tc>
          <w:tcPr>
            <w:tcW w:type="dxa" w:w="1440"/>
          </w:tcPr>
          <w:p>
            <w:r>
              <w:t>/</w:t>
            </w:r>
          </w:p>
        </w:tc>
        <w:tc>
          <w:tcPr>
            <w:tcW w:type="dxa" w:w="1440"/>
          </w:tcPr>
          <w:p>
            <w: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区赛12</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三等奖</w:t>
            </w:r>
          </w:p>
        </w:tc>
        <w:tc>
          <w:tcPr>
            <w:tcW w:type="dxa" w:w="1440"/>
          </w:tcPr>
          <w:p>
            <w:r>
              <w:t>个人或团队成员</w:t>
            </w:r>
          </w:p>
        </w:tc>
        <w:tc>
          <w:tcPr>
            <w:tcW w:type="dxa" w:w="1440"/>
          </w:tcPr>
          <w:p>
            <w:r>
              <w:t>国赛12</w:t>
            </w:r>
          </w:p>
        </w:tc>
        <w:tc>
          <w:tcPr>
            <w:tcW w:type="dxa" w:w="1440"/>
          </w:tcPr>
          <w:p>
            <w:r>
              <w:t>/</w:t>
            </w:r>
          </w:p>
        </w:tc>
        <w:tc>
          <w:tcPr>
            <w:tcW w:type="dxa" w:w="1440"/>
          </w:tcPr>
          <w:p>
            <w: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区赛10</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全国大学生光电设计竞赛</w:t>
            </w:r>
          </w:p>
        </w:tc>
        <w:tc>
          <w:tcPr>
            <w:tcW w:type="dxa" w:w="1440"/>
          </w:tcPr>
          <w:p>
            <w:r>
              <w:t>一等奖</w:t>
            </w:r>
          </w:p>
        </w:tc>
        <w:tc>
          <w:tcPr>
            <w:tcW w:type="dxa" w:w="1440"/>
          </w:tcPr>
          <w:p>
            <w:r>
              <w:t>个人或团队负责人</w:t>
            </w:r>
          </w:p>
        </w:tc>
        <w:tc>
          <w:tcPr>
            <w:tcW w:type="dxa" w:w="1440"/>
          </w:tcPr>
          <w:p>
            <w:r>
              <w:t>国赛15</w:t>
            </w:r>
          </w:p>
        </w:tc>
        <w:tc>
          <w:tcPr>
            <w:tcW w:type="dxa" w:w="1440"/>
          </w:tcPr>
          <w:p>
            <w:r>
              <w:t>排名第二、三分别加10、7</w:t>
            </w:r>
          </w:p>
        </w:tc>
        <w:tc>
          <w:tcPr>
            <w:tcW w:type="dxa" w:w="1440"/>
          </w:tcPr>
          <w:p>
            <w:r/>
          </w:p>
        </w:tc>
      </w:tr>
      <w:tr>
        <w:tc>
          <w:tcPr>
            <w:tcW w:type="dxa" w:w="1440"/>
          </w:tcPr>
          <w:p>
            <w:r>
              <w:t>区赛10</w:t>
            </w:r>
          </w:p>
        </w:tc>
        <w:tc>
          <w:tcPr>
            <w:tcW w:type="dxa" w:w="1440"/>
          </w:tcPr>
          <w:p>
            <w:r>
              <w:t>排名第二、第三分别加7、5</w:t>
            </w:r>
          </w:p>
        </w:tc>
        <w:tc>
          <w:tcPr>
            <w:tcW w:type="dxa" w:w="1440"/>
          </w:tcPr>
          <w:p>
            <w:r/>
          </w:p>
        </w:tc>
        <w:tc>
          <w:tcPr>
            <w:tcW w:type="dxa" w:w="1440"/>
          </w:tcPr>
          <w:p/>
        </w:tc>
        <w:tc>
          <w:tcPr>
            <w:tcW w:type="dxa" w:w="1440"/>
          </w:tcPr>
          <w:p/>
        </w:tc>
        <w:tc>
          <w:tcPr>
            <w:tcW w:type="dxa" w:w="1440"/>
          </w:tcPr>
          <w:p/>
        </w:tc>
      </w:tr>
      <w:tr>
        <w:tc>
          <w:tcPr>
            <w:tcW w:type="dxa" w:w="1440"/>
          </w:tcPr>
          <w:p>
            <w:r>
              <w:t>二等奖</w:t>
            </w:r>
          </w:p>
        </w:tc>
        <w:tc>
          <w:tcPr>
            <w:tcW w:type="dxa" w:w="1440"/>
          </w:tcPr>
          <w:p>
            <w:r>
              <w:t>个人或团队负责人</w:t>
            </w:r>
          </w:p>
        </w:tc>
        <w:tc>
          <w:tcPr>
            <w:tcW w:type="dxa" w:w="1440"/>
          </w:tcPr>
          <w:p>
            <w:r>
              <w:t>国赛10</w:t>
            </w:r>
          </w:p>
        </w:tc>
        <w:tc>
          <w:tcPr>
            <w:tcW w:type="dxa" w:w="1440"/>
          </w:tcPr>
          <w:p>
            <w:r>
              <w:t>排名第二、三分别加7、5</w:t>
            </w:r>
          </w:p>
        </w:tc>
        <w:tc>
          <w:tcPr>
            <w:tcW w:type="dxa" w:w="1440"/>
          </w:tcPr>
          <w:p>
            <w:r/>
          </w:p>
        </w:tc>
        <w:tc>
          <w:tcPr>
            <w:tcW w:type="dxa" w:w="1440"/>
          </w:tcPr>
          <w:p/>
        </w:tc>
      </w:tr>
      <w:tr>
        <w:tc>
          <w:tcPr>
            <w:tcW w:type="dxa" w:w="1440"/>
          </w:tcPr>
          <w:p>
            <w:r>
              <w:t>区赛7</w:t>
            </w:r>
          </w:p>
        </w:tc>
        <w:tc>
          <w:tcPr>
            <w:tcW w:type="dxa" w:w="1440"/>
          </w:tcPr>
          <w:p>
            <w:r>
              <w:t>排名第二、第三分别加5、3</w:t>
            </w:r>
          </w:p>
        </w:tc>
        <w:tc>
          <w:tcPr>
            <w:tcW w:type="dxa" w:w="1440"/>
          </w:tcPr>
          <w:p>
            <w:r/>
          </w:p>
        </w:tc>
        <w:tc>
          <w:tcPr>
            <w:tcW w:type="dxa" w:w="1440"/>
          </w:tcPr>
          <w:p/>
        </w:tc>
        <w:tc>
          <w:tcPr>
            <w:tcW w:type="dxa" w:w="1440"/>
          </w:tcPr>
          <w:p/>
        </w:tc>
        <w:tc>
          <w:tcPr>
            <w:tcW w:type="dxa" w:w="1440"/>
          </w:tcPr>
          <w:p/>
        </w:tc>
      </w:tr>
      <w:tr>
        <w:tc>
          <w:tcPr>
            <w:tcW w:type="dxa" w:w="1440"/>
          </w:tcPr>
          <w:p>
            <w:r>
              <w:t>三等奖</w:t>
            </w:r>
          </w:p>
        </w:tc>
        <w:tc>
          <w:tcPr>
            <w:tcW w:type="dxa" w:w="1440"/>
          </w:tcPr>
          <w:p>
            <w:r>
              <w:t>个人或团队负责人</w:t>
            </w:r>
          </w:p>
        </w:tc>
        <w:tc>
          <w:tcPr>
            <w:tcW w:type="dxa" w:w="1440"/>
          </w:tcPr>
          <w:p>
            <w:r>
              <w:t>国赛7</w:t>
            </w:r>
          </w:p>
        </w:tc>
        <w:tc>
          <w:tcPr>
            <w:tcW w:type="dxa" w:w="1440"/>
          </w:tcPr>
          <w:p>
            <w:r>
              <w:t>排名第二、三分别加5、3</w:t>
            </w:r>
          </w:p>
        </w:tc>
        <w:tc>
          <w:tcPr>
            <w:tcW w:type="dxa" w:w="1440"/>
          </w:tcPr>
          <w:p>
            <w:r/>
          </w:p>
        </w:tc>
        <w:tc>
          <w:tcPr>
            <w:tcW w:type="dxa" w:w="1440"/>
          </w:tcPr>
          <w:p/>
        </w:tc>
      </w:tr>
      <w:tr>
        <w:tc>
          <w:tcPr>
            <w:tcW w:type="dxa" w:w="1440"/>
          </w:tcPr>
          <w:p>
            <w:r>
              <w:t>区赛5</w:t>
            </w:r>
          </w:p>
        </w:tc>
        <w:tc>
          <w:tcPr>
            <w:tcW w:type="dxa" w:w="1440"/>
          </w:tcPr>
          <w:p>
            <w:r>
              <w:t>排名第二、第三分别加3、2</w:t>
            </w:r>
          </w:p>
        </w:tc>
        <w:tc>
          <w:tcPr>
            <w:tcW w:type="dxa" w:w="1440"/>
          </w:tcPr>
          <w:p>
            <w:r/>
          </w:p>
        </w:tc>
        <w:tc>
          <w:tcPr>
            <w:tcW w:type="dxa" w:w="1440"/>
          </w:tcPr>
          <w:p/>
        </w:tc>
        <w:tc>
          <w:tcPr>
            <w:tcW w:type="dxa" w:w="1440"/>
          </w:tcPr>
          <w:p/>
        </w:tc>
        <w:tc>
          <w:tcPr>
            <w:tcW w:type="dxa" w:w="1440"/>
          </w:tcPr>
          <w:p/>
        </w:tc>
      </w:tr>
      <w:tr>
        <w:tc>
          <w:tcPr>
            <w:tcW w:type="dxa" w:w="1440"/>
          </w:tcPr>
          <w:p>
            <w:r>
              <w:t>大学生数学竞赛</w:t>
            </w:r>
          </w:p>
        </w:tc>
        <w:tc>
          <w:tcPr>
            <w:tcW w:type="dxa" w:w="1440"/>
          </w:tcPr>
          <w:p>
            <w:r>
              <w:t>国家级</w:t>
            </w:r>
          </w:p>
        </w:tc>
        <w:tc>
          <w:tcPr>
            <w:tcW w:type="dxa" w:w="1440"/>
          </w:tcPr>
          <w:p>
            <w:r>
              <w:t>个人</w:t>
            </w:r>
          </w:p>
        </w:tc>
        <w:tc>
          <w:tcPr>
            <w:tcW w:type="dxa" w:w="1440"/>
          </w:tcPr>
          <w:p>
            <w:r>
              <w:t>15</w:t>
            </w:r>
          </w:p>
        </w:tc>
        <w:tc>
          <w:tcPr>
            <w:tcW w:type="dxa" w:w="1440"/>
          </w:tcPr>
          <w:p>
            <w:r>
              <w:t>一等、二等、三等依次递减为15、10、8</w:t>
            </w:r>
          </w:p>
        </w:tc>
        <w:tc>
          <w:tcPr>
            <w:tcW w:type="dxa" w:w="1440"/>
          </w:tcPr>
          <w:p>
            <w:r/>
          </w:p>
        </w:tc>
      </w:tr>
      <w:tr>
        <w:tc>
          <w:tcPr>
            <w:tcW w:type="dxa" w:w="1440"/>
          </w:tcPr>
          <w:p>
            <w:r>
              <w:t>省级</w:t>
            </w:r>
          </w:p>
        </w:tc>
        <w:tc>
          <w:tcPr>
            <w:tcW w:type="dxa" w:w="1440"/>
          </w:tcPr>
          <w:p>
            <w:r>
              <w:t>个人</w:t>
            </w:r>
          </w:p>
        </w:tc>
        <w:tc>
          <w:tcPr>
            <w:tcW w:type="dxa" w:w="1440"/>
          </w:tcPr>
          <w:p>
            <w:r>
              <w:t>10</w:t>
            </w:r>
          </w:p>
        </w:tc>
        <w:tc>
          <w:tcPr>
            <w:tcW w:type="dxa" w:w="1440"/>
          </w:tcPr>
          <w:p>
            <w:r>
              <w:t>一等、二等、三等依次递减为10、7、5</w:t>
            </w:r>
          </w:p>
        </w:tc>
        <w:tc>
          <w:tcPr>
            <w:tcW w:type="dxa" w:w="1440"/>
          </w:tcPr>
          <w:p>
            <w:r/>
          </w:p>
        </w:tc>
        <w:tc>
          <w:tcPr>
            <w:tcW w:type="dxa" w:w="1440"/>
          </w:tcPr>
          <w:p/>
        </w:tc>
      </w:tr>
      <w:tr>
        <w:tc>
          <w:tcPr>
            <w:tcW w:type="dxa" w:w="1440"/>
          </w:tcPr>
          <w:p>
            <w:r>
              <w:t>大学生英语竞赛</w:t>
            </w:r>
          </w:p>
        </w:tc>
        <w:tc>
          <w:tcPr>
            <w:tcW w:type="dxa" w:w="1440"/>
          </w:tcPr>
          <w:p>
            <w:r>
              <w:t>国家级</w:t>
            </w:r>
          </w:p>
        </w:tc>
        <w:tc>
          <w:tcPr>
            <w:tcW w:type="dxa" w:w="1440"/>
          </w:tcPr>
          <w:p>
            <w:r>
              <w:t>个人</w:t>
            </w:r>
          </w:p>
        </w:tc>
        <w:tc>
          <w:tcPr>
            <w:tcW w:type="dxa" w:w="1440"/>
          </w:tcPr>
          <w:p>
            <w:r>
              <w:t>15</w:t>
            </w:r>
          </w:p>
        </w:tc>
        <w:tc>
          <w:tcPr>
            <w:tcW w:type="dxa" w:w="1440"/>
          </w:tcPr>
          <w:p>
            <w:r>
              <w:t>按特等、一等、二等、三等依次递减为15、12、9、5</w:t>
            </w:r>
          </w:p>
        </w:tc>
        <w:tc>
          <w:tcPr>
            <w:tcW w:type="dxa" w:w="1440"/>
          </w:tcPr>
          <w:p>
            <w:r/>
          </w:p>
        </w:tc>
      </w:tr>
      <w:tr>
        <w:tc>
          <w:tcPr>
            <w:tcW w:type="dxa" w:w="1440"/>
          </w:tcPr>
          <w:p>
            <w:r>
              <w:t>省级</w:t>
            </w:r>
          </w:p>
        </w:tc>
        <w:tc>
          <w:tcPr>
            <w:tcW w:type="dxa" w:w="1440"/>
          </w:tcPr>
          <w:p>
            <w:r>
              <w:t>个人</w:t>
            </w:r>
          </w:p>
        </w:tc>
        <w:tc>
          <w:tcPr>
            <w:tcW w:type="dxa" w:w="1440"/>
          </w:tcPr>
          <w:p>
            <w:r>
              <w:t>8</w:t>
            </w:r>
          </w:p>
        </w:tc>
        <w:tc>
          <w:tcPr>
            <w:tcW w:type="dxa" w:w="1440"/>
          </w:tcPr>
          <w:p>
            <w:r>
              <w:t>按特等、一等、二等、三等依次递减为8、6、4、2</w:t>
            </w:r>
          </w:p>
        </w:tc>
        <w:tc>
          <w:tcPr>
            <w:tcW w:type="dxa" w:w="1440"/>
          </w:tcPr>
          <w:p>
            <w:r/>
          </w:p>
        </w:tc>
        <w:tc>
          <w:tcPr>
            <w:tcW w:type="dxa" w:w="1440"/>
          </w:tcPr>
          <w:p/>
        </w:tc>
      </w:tr>
      <w:tr>
        <w:tc>
          <w:tcPr>
            <w:tcW w:type="dxa" w:w="1440"/>
          </w:tcPr>
          <w:p>
            <w:r>
              <w:t>美国大学生数学建模和交叉学科竞赛</w:t>
            </w:r>
          </w:p>
        </w:tc>
        <w:tc>
          <w:tcPr>
            <w:tcW w:type="dxa" w:w="1440"/>
          </w:tcPr>
          <w:p>
            <w:r>
              <w:t>Outstanding Winner</w:t>
            </w:r>
          </w:p>
        </w:tc>
        <w:tc>
          <w:tcPr>
            <w:tcW w:type="dxa" w:w="1440"/>
          </w:tcPr>
          <w:p>
            <w:r>
              <w:t>个人或团队成员</w:t>
            </w:r>
          </w:p>
        </w:tc>
        <w:tc>
          <w:tcPr>
            <w:tcW w:type="dxa" w:w="1440"/>
          </w:tcPr>
          <w:p>
            <w:r>
              <w:t>10</w:t>
            </w:r>
          </w:p>
        </w:tc>
        <w:tc>
          <w:tcPr>
            <w:tcW w:type="dxa" w:w="1440"/>
          </w:tcPr>
          <w:p>
            <w:r>
              <w:t>/</w:t>
            </w:r>
          </w:p>
        </w:tc>
        <w:tc>
          <w:tcPr>
            <w:tcW w:type="dxa" w:w="1440"/>
          </w:tcPr>
          <w:p>
            <w:r/>
          </w:p>
        </w:tc>
      </w:tr>
      <w:tr>
        <w:tc>
          <w:tcPr>
            <w:tcW w:type="dxa" w:w="1440"/>
          </w:tcPr>
          <w:p>
            <w:r>
              <w:t>Finalist</w:t>
            </w:r>
          </w:p>
        </w:tc>
        <w:tc>
          <w:tcPr>
            <w:tcW w:type="dxa" w:w="1440"/>
          </w:tcPr>
          <w:p>
            <w:r>
              <w:t>个人或团队成员</w:t>
            </w:r>
          </w:p>
        </w:tc>
        <w:tc>
          <w:tcPr>
            <w:tcW w:type="dxa" w:w="1440"/>
          </w:tcPr>
          <w:p>
            <w:r>
              <w:t>8</w:t>
            </w:r>
          </w:p>
        </w:tc>
        <w:tc>
          <w:tcPr>
            <w:tcW w:type="dxa" w:w="1440"/>
          </w:tcPr>
          <w:p>
            <w:r/>
          </w:p>
        </w:tc>
        <w:tc>
          <w:tcPr>
            <w:tcW w:type="dxa" w:w="1440"/>
          </w:tcPr>
          <w:p/>
        </w:tc>
        <w:tc>
          <w:tcPr>
            <w:tcW w:type="dxa" w:w="1440"/>
          </w:tcPr>
          <w:p/>
        </w:tc>
      </w:tr>
      <w:tr>
        <w:tc>
          <w:tcPr>
            <w:tcW w:type="dxa" w:w="1440"/>
          </w:tcPr>
          <w:p>
            <w:r>
              <w:t>Meritorious Winner</w:t>
            </w:r>
          </w:p>
        </w:tc>
        <w:tc>
          <w:tcPr>
            <w:tcW w:type="dxa" w:w="1440"/>
          </w:tcPr>
          <w:p>
            <w:r>
              <w:t>个人或团队成员</w:t>
            </w:r>
          </w:p>
        </w:tc>
        <w:tc>
          <w:tcPr>
            <w:tcW w:type="dxa" w:w="1440"/>
          </w:tcPr>
          <w:p>
            <w:r>
              <w:t>6</w:t>
            </w:r>
          </w:p>
        </w:tc>
        <w:tc>
          <w:tcPr>
            <w:tcW w:type="dxa" w:w="1440"/>
          </w:tcPr>
          <w:p>
            <w:r/>
          </w:p>
        </w:tc>
        <w:tc>
          <w:tcPr>
            <w:tcW w:type="dxa" w:w="1440"/>
          </w:tcPr>
          <w:p/>
        </w:tc>
        <w:tc>
          <w:tcPr>
            <w:tcW w:type="dxa" w:w="1440"/>
          </w:tcPr>
          <w:p/>
        </w:tc>
      </w:tr>
      <w:tr>
        <w:tc>
          <w:tcPr>
            <w:tcW w:type="dxa" w:w="1440"/>
          </w:tcPr>
          <w:p>
            <w:r>
              <w:t>Honorable Mention</w:t>
            </w:r>
          </w:p>
        </w:tc>
        <w:tc>
          <w:tcPr>
            <w:tcW w:type="dxa" w:w="1440"/>
          </w:tcPr>
          <w:p>
            <w:r>
              <w:t>个人或团队成员</w:t>
            </w:r>
          </w:p>
        </w:tc>
        <w:tc>
          <w:tcPr>
            <w:tcW w:type="dxa" w:w="1440"/>
          </w:tcPr>
          <w:p>
            <w:r>
              <w:t>4</w:t>
            </w:r>
          </w:p>
        </w:tc>
        <w:tc>
          <w:tcPr>
            <w:tcW w:type="dxa" w:w="1440"/>
          </w:tcPr>
          <w:p>
            <w:r/>
          </w:p>
        </w:tc>
        <w:tc>
          <w:tcPr>
            <w:tcW w:type="dxa" w:w="1440"/>
          </w:tcPr>
          <w:p/>
        </w:tc>
        <w:tc>
          <w:tcPr>
            <w:tcW w:type="dxa" w:w="1440"/>
          </w:tcPr>
          <w:p/>
        </w:tc>
      </w:tr>
      <w:tr>
        <w:tc>
          <w:tcPr>
            <w:tcW w:type="dxa" w:w="1440"/>
          </w:tcPr>
          <w:p>
            <w:r>
              <w:t>Successful Participant</w:t>
            </w:r>
          </w:p>
        </w:tc>
        <w:tc>
          <w:tcPr>
            <w:tcW w:type="dxa" w:w="1440"/>
          </w:tcPr>
          <w:p>
            <w:r>
              <w:t>个人或团队成员</w:t>
            </w:r>
          </w:p>
        </w:tc>
        <w:tc>
          <w:tcPr>
            <w:tcW w:type="dxa" w:w="1440"/>
          </w:tcPr>
          <w:p>
            <w:r>
              <w:t>2</w:t>
            </w:r>
          </w:p>
        </w:tc>
        <w:tc>
          <w:tcPr>
            <w:tcW w:type="dxa" w:w="1440"/>
          </w:tcPr>
          <w:p>
            <w:r/>
          </w:p>
        </w:tc>
        <w:tc>
          <w:tcPr>
            <w:tcW w:type="dxa" w:w="1440"/>
          </w:tcPr>
          <w:p/>
        </w:tc>
        <w:tc>
          <w:tcPr>
            <w:tcW w:type="dxa" w:w="1440"/>
          </w:tcPr>
          <w:p/>
        </w:tc>
      </w:tr>
    </w:tbl>
    <w:p>
      <w:r>
        <w:t>注：</w:t>
      </w:r>
    </w:p>
    <w:p>
      <w:r>
        <w:t>同一发展素质类别（参军入伍服兵役、参加志愿服务、参加国际组织实习、科研成果）仅对最高分值赋分栏目进行赋分，不重复计算。竞赛获奖仅对某一项竞赛赋分。同一成果如参加不同发展素质类别，仅对最高分值赋分。成果如有单位，须以苏州大学为第一单位。</w:t>
      </w:r>
    </w:p>
    <w:p>
      <w:r>
        <w:t>根据《苏州大学推荐优秀应届本科毕业生免试攻读研究生工作实施办法（2025年修订）》，思想品德考核不合格者，一律不得录取。</w:t>
      </w:r>
    </w:p>
    <w:p>
      <w:r>
        <w:t>同时申请者的诚信考核作为推免生遴选的重要内容和录取重要依据，对虚假填报和学术诚信考核不合格者一票否决，不予推荐录取。</w:t>
      </w:r>
    </w:p>
    <w:p>
      <w:r>
        <w:t>六、工作纪律、回避报备与材料归档</w:t>
      </w:r>
    </w:p>
    <w:p>
      <w:r>
        <w:t>（一）回避与报备：推免遴选相关工作人员，如有直系亲属或其他利益相关者报名参加本校推免，应主动向所在学院（部）报备并全程回避；如有非直系亲属等报名参加本校推免，应主动向所在学院（部）报备。相关学生申请参加推免遴选时也应主动报备。本校中层及以上领导干部，若子女在本校参加推免，应主动向子女所在学院（部）报备并全程回避。</w:t>
      </w:r>
    </w:p>
    <w:p>
      <w:r>
        <w:t>9月3日（周四）下午17:00前，工作人员回避或报备报告报章老师（邮箱: zhx@suda.edu.cn），学生报备报告报单老师（邮箱: yjshan@suda.edu.cn）。</w:t>
      </w:r>
    </w:p>
    <w:p>
      <w:r>
        <w:t>（二）加分指标认定审核：由材料审核专家组成员负责对申请推免学生的科研成果、竞赛获奖等的真实性、原创性进行审核鉴定，并对申报科研成果、竞赛获奖等加分项目的学生组织公开答辩。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材料审核过程应规范、审慎，答辩全程录音录像。未通过认定审核的加分项目不得计分。</w:t>
      </w:r>
    </w:p>
    <w:p>
      <w:r>
        <w:t>（三）材料归档：归档范围：推免报名申请材料及资格审核记录、加分项目原始证明材料及认定审核、赋分依据；成绩合成与排序底稿；遴选推荐、综合考核各阶段答卷、评分记录和录音录像；学院推免工作小组会议记录及评议、答辩记录；公示文档（含公示网页截图）及异议、申诉受理与处理记录；回避报备记录等。保存年限：所有纸质材料均须电子扫描保存，纸质不少于1年，电子扫描版不少于5年，录音录像等不少于5年。涉及在办信访、举报或诉讼的，保存期延长至事项办结后2年。学院由教务办公室集中保管，按届别建立归档台账，并将材料清单报教务处备案。</w:t>
      </w:r>
    </w:p>
    <w:p>
      <w:r>
        <w:t>七、咨询及申诉渠道</w:t>
      </w:r>
    </w:p>
    <w:p>
      <w:r>
        <w:t>在学院公示期间对学院初选推荐名单有异议者，可以向学院推免工作小组提出申诉，受理申诉截止时间为学院公示截止时间。申诉联系人：单老师，地点：博习楼211，电话：0512 -67870196，邮箱: yjshan@suda.edu.cn。</w:t>
      </w:r>
    </w:p>
    <w:p>
      <w:r>
        <w:t>对学院相关情形解释不满的，可继续向苏州大学教务处实名申诉，电话：0512-67163652，邮箱：xlhu@suda.edu.cn。</w:t>
      </w:r>
    </w:p>
    <w:p>
      <w:r>
        <w:t>八、其他事项说明</w:t>
      </w:r>
    </w:p>
    <w:p>
      <w:r>
        <w:t>（1）本细则适用于全体参加物理科学与技术学院推荐2027届优秀应届本科毕业生免试攻读研究生的学生；</w:t>
      </w:r>
    </w:p>
    <w:p>
      <w:r>
        <w:t>（2）细则解释权归苏州大学物理科学与技术学院。</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