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物理科学与技术学院推荐优秀应届本科毕业生2019年免试攻读硕士研究生实施细则</w:t>
      </w:r>
    </w:p>
    <w:p>
      <w:r>
        <w:t>为促进学院推荐优秀应届本科毕业生免试攻读硕士学位研究生（以下简称“推免生”）工作的健康发展，进一步提高研究生招生工作质量，加大拔尖创新人才选拔培养力度，引导学院全面实施素质教育，根据教育部《关于做好2020年推荐优秀应届本科毕业生免试攻读研究生工作的通知》（教学司函[201 9 ] 105号）、《苏州大学推荐优秀应届本科毕业生免试攻读硕士学位研究生工作实施办法（修订稿）》（苏大教[2015]28号）等有关文件精神，并结合学院实际，特制定本实施细则。</w:t>
      </w:r>
    </w:p>
    <w:p>
      <w:r>
        <w:t>一、学院推免生遴选工作小组</w:t>
      </w:r>
    </w:p>
    <w:p>
      <w:r>
        <w:t>组长：高雷、孙德芬</w:t>
      </w:r>
    </w:p>
    <w:p>
      <w:r>
        <w:t>成员：方亮、赵承良、谢燕兰、须萍、杭志宏、江华、杨恺、冯岩、倪江锋、桑芝芳</w:t>
      </w:r>
    </w:p>
    <w:p>
      <w:r>
        <w:t>秘书：郭永坤、张宇航</w:t>
      </w:r>
    </w:p>
    <w:p>
      <w:r>
        <w:t>二、推免工作组织过程及时间节点</w:t>
      </w:r>
    </w:p>
    <w:p>
      <w:r>
        <w:t>（一）推免工作组织过程</w:t>
      </w:r>
    </w:p>
    <w:p>
      <w:r>
        <w:t>学院推免工作组织过程为：动员与公告→学生申请→学院初选→组织综合面试→上报教务部门审核。</w:t>
      </w:r>
    </w:p>
    <w:p>
      <w:r>
        <w:t>（二）时间节点</w:t>
      </w:r>
    </w:p>
    <w:p>
      <w:r>
        <w:t>1、动员和公告。学院在20 20届本科毕业生中进行动员，宣传学校各项推免政策、条件及学院的推免工作程序，于9月9日前公布学院推免工作实施细则。</w:t>
      </w:r>
    </w:p>
    <w:p>
      <w:r>
        <w:t>2、申请。符合条件的学生在学校自助打印机上打印本人成绩单，自愿向学院申请，并填写《苏州大学推荐免试攻读硕士研究生申请表》，提交相应证明材料。其中申请教授联名推荐的学生，需提供三名以上（含三名）本专业教授的推荐信及能证明其学术特长的有关材料。</w:t>
      </w:r>
    </w:p>
    <w:p>
      <w:r>
        <w:t>3、学院初选。学院学生工作办公室对申请者进行资格初审，确定可进入推免考核环节的初选名单，并于9月1 0日在学院网站公布。</w:t>
      </w:r>
    </w:p>
    <w:p>
      <w:r>
        <w:t>4、组织综合面试。按苏州大学研究生院推免生考核工作要求成立5-7人的面试小组，对列入初选名单的申请者组织面试，并根据申请者的综合考核成绩（综合考核成绩总分=（GPA×100）+综合面试成绩）按推荐名额的1:1确定初步推荐名单，于9月1 4日前在学院网站公示，公示10天。</w:t>
      </w:r>
    </w:p>
    <w:p>
      <w:r>
        <w:t>5、上报校教务部审核。学院将经公示无异议的初步推荐名单，以及列入名单者的学习成绩单、各种可证明其学术能力和潜力的材料上报校教务部审核。</w:t>
      </w:r>
    </w:p>
    <w:p>
      <w:r>
        <w:t>三、推免生基本条件</w:t>
      </w:r>
    </w:p>
    <w:p>
      <w:r>
        <w:t>（一）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二）具有学术研究的兴趣和潜力，学习刻苦、勤奋，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三）对有特殊学术专长或具有突出培养潜质者（以下简称“学术特长生”），经三名以上本校本专业教授联名推荐，经学院推免生遴选工作小组严格审查，学校推免生遴选工作领导小组复审，可不受上述“（二）”的限制。学院推免生遴选工作小组是“学术特长生”审查的第一责任主体。“学术特长生”的具体条件按《关于教授联名推荐“学术特长生”免试攻读硕士学位研究生的有关说明》执行。</w:t>
      </w:r>
    </w:p>
    <w:p>
      <w:r>
        <w:t>四、综合考核及遴选办法</w:t>
      </w:r>
    </w:p>
    <w:p>
      <w:r>
        <w:t>（一）综合面试</w:t>
      </w:r>
    </w:p>
    <w:p>
      <w:r>
        <w:t>综合面试旨在考察申请人的本科学习基础，以及是否具有进入硕士学习的素养、潜能等综合能力。同时需考察申请人的思想品德。</w:t>
      </w:r>
    </w:p>
    <w:p>
      <w:r>
        <w:t>由面试小组对列入初选名单的申请者进行综合面试。每位申请者面试时间不少于15分钟（含审阅申请者资料、申请者陈述及专家提问）。</w:t>
      </w:r>
    </w:p>
    <w:p>
      <w:r>
        <w:t>综合面试总分200分，120分为合格。其中综合英语能力40分、沟通表达与逻辑思维能力40分、思想品德、专业素养与知识储备情况60分、科研与创新能力（含成果及科研能力）情况60分，共计200分。</w:t>
      </w:r>
    </w:p>
    <w:p>
      <w:r>
        <w:t>1、英语能力40分</w:t>
      </w:r>
    </w:p>
    <w:p>
      <w:r>
        <w:t>（1）CET6等级考试成绩20分，对应分数如下表：</w:t>
      </w:r>
    </w:p>
    <w:tbl>
      <w:tblPr>
        <w:tblStyle w:val="TableGrid"/>
        <w:tblW w:type="auto" w:w="0"/>
        <w:tblLook w:firstColumn="1" w:firstRow="1" w:lastColumn="0" w:lastRow="0" w:noHBand="0" w:noVBand="1" w:val="04A0"/>
      </w:tblPr>
      <w:tblGrid>
        <w:gridCol w:w="4320"/>
        <w:gridCol w:w="4320"/>
      </w:tblGrid>
      <w:tr>
        <w:tc>
          <w:tcPr>
            <w:tcW w:type="dxa" w:w="4320"/>
          </w:tcPr>
          <w:p>
            <w:r>
              <w:t>分数区间</w:t>
            </w:r>
          </w:p>
        </w:tc>
        <w:tc>
          <w:tcPr>
            <w:tcW w:type="dxa" w:w="4320"/>
          </w:tcPr>
          <w:p>
            <w:r>
              <w:t>对应分值</w:t>
            </w:r>
          </w:p>
        </w:tc>
      </w:tr>
      <w:tr>
        <w:tc>
          <w:tcPr>
            <w:tcW w:type="dxa" w:w="4320"/>
          </w:tcPr>
          <w:p>
            <w:r>
              <w:t>CET6分数＜425</w:t>
            </w:r>
          </w:p>
        </w:tc>
        <w:tc>
          <w:tcPr>
            <w:tcW w:type="dxa" w:w="4320"/>
          </w:tcPr>
          <w:p>
            <w:r>
              <w:t>0</w:t>
            </w:r>
          </w:p>
        </w:tc>
      </w:tr>
      <w:tr>
        <w:tc>
          <w:tcPr>
            <w:tcW w:type="dxa" w:w="4320"/>
          </w:tcPr>
          <w:p>
            <w:r>
              <w:t>425≤CET6分数＜450</w:t>
            </w:r>
          </w:p>
        </w:tc>
        <w:tc>
          <w:tcPr>
            <w:tcW w:type="dxa" w:w="4320"/>
          </w:tcPr>
          <w:p>
            <w:r>
              <w:t>2</w:t>
            </w:r>
          </w:p>
        </w:tc>
      </w:tr>
      <w:tr>
        <w:tc>
          <w:tcPr>
            <w:tcW w:type="dxa" w:w="4320"/>
          </w:tcPr>
          <w:p>
            <w:r>
              <w:t>450≤CET6分数＜475</w:t>
            </w:r>
          </w:p>
        </w:tc>
        <w:tc>
          <w:tcPr>
            <w:tcW w:type="dxa" w:w="4320"/>
          </w:tcPr>
          <w:p>
            <w:r>
              <w:t>4</w:t>
            </w:r>
          </w:p>
        </w:tc>
      </w:tr>
      <w:tr>
        <w:tc>
          <w:tcPr>
            <w:tcW w:type="dxa" w:w="4320"/>
          </w:tcPr>
          <w:p>
            <w:r>
              <w:t>475≤CET6分数＜500</w:t>
            </w:r>
          </w:p>
        </w:tc>
        <w:tc>
          <w:tcPr>
            <w:tcW w:type="dxa" w:w="4320"/>
          </w:tcPr>
          <w:p>
            <w:r>
              <w:t>8</w:t>
            </w:r>
          </w:p>
        </w:tc>
      </w:tr>
      <w:tr>
        <w:tc>
          <w:tcPr>
            <w:tcW w:type="dxa" w:w="4320"/>
          </w:tcPr>
          <w:p>
            <w:r>
              <w:t>500≤CET6分数＜525</w:t>
            </w:r>
          </w:p>
        </w:tc>
        <w:tc>
          <w:tcPr>
            <w:tcW w:type="dxa" w:w="4320"/>
          </w:tcPr>
          <w:p>
            <w:r>
              <w:t>12</w:t>
            </w:r>
          </w:p>
        </w:tc>
      </w:tr>
      <w:tr>
        <w:tc>
          <w:tcPr>
            <w:tcW w:type="dxa" w:w="4320"/>
          </w:tcPr>
          <w:p>
            <w:r>
              <w:t>525≤CET6分数＜550</w:t>
            </w:r>
          </w:p>
        </w:tc>
        <w:tc>
          <w:tcPr>
            <w:tcW w:type="dxa" w:w="4320"/>
          </w:tcPr>
          <w:p>
            <w:r>
              <w:t>16</w:t>
            </w:r>
          </w:p>
        </w:tc>
      </w:tr>
      <w:tr>
        <w:tc>
          <w:tcPr>
            <w:tcW w:type="dxa" w:w="4320"/>
          </w:tcPr>
          <w:p>
            <w:r>
              <w:t>CET6分数≥550</w:t>
            </w:r>
          </w:p>
        </w:tc>
        <w:tc>
          <w:tcPr>
            <w:tcW w:type="dxa" w:w="4320"/>
          </w:tcPr>
          <w:p>
            <w:r>
              <w:t>20</w:t>
            </w:r>
          </w:p>
        </w:tc>
      </w:tr>
    </w:tbl>
    <w:p>
      <w:r>
        <w:t>（2）英语口语能力20分</w:t>
      </w:r>
    </w:p>
    <w:p>
      <w:r>
        <w:t>①综合英语能力强，口语交流顺畅（优秀，16-20分）；</w:t>
      </w:r>
    </w:p>
    <w:p>
      <w:r>
        <w:t>②综合英语能力较强，能够进行较好交流（良好，11-15分）；</w:t>
      </w:r>
    </w:p>
    <w:p>
      <w:r>
        <w:t>③综合英语能力一般，尚能进行简单交流（一般，10分及以下）；</w:t>
      </w:r>
    </w:p>
    <w:p>
      <w:r>
        <w:t>2、沟通表达与逻辑思维能力40分</w:t>
      </w:r>
    </w:p>
    <w:p>
      <w:r>
        <w:t>（1）语言表达流畅，逻辑思维清晰，沟通能力强（优秀，31-40分）；</w:t>
      </w:r>
    </w:p>
    <w:p>
      <w:r>
        <w:t>（2）语言表达较流畅，逻辑思维较清晰，沟通能力较好（良好，21-30分）；</w:t>
      </w:r>
    </w:p>
    <w:p>
      <w:r>
        <w:t>（3）语言表达尚流畅，逻辑条理尚清晰，沟通能力一般（一般，20分及以下）；</w:t>
      </w:r>
    </w:p>
    <w:p>
      <w:r>
        <w:t>3、专业素养与知识储备情况30分</w:t>
      </w:r>
    </w:p>
    <w:p>
      <w:r>
        <w:t>（1）专业素养好，有较好的知识储备（优秀，21-30分）；</w:t>
      </w:r>
    </w:p>
    <w:p>
      <w:r>
        <w:t>（2）专业素养较好，有一定的知识储备（良好，11-20分）；</w:t>
      </w:r>
    </w:p>
    <w:p>
      <w:r>
        <w:t>（3）专业素养尚可，知识储备情况一般（一般，10分及以下）；</w:t>
      </w:r>
    </w:p>
    <w:p>
      <w:r>
        <w:t>4、思想品德，基础分20+附加分10分</w:t>
      </w:r>
    </w:p>
    <w:p>
      <w:r>
        <w:t>附：担任学生干部情况加分认定表（可累加，但不突破10分）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等级</w:t>
            </w:r>
          </w:p>
        </w:tc>
        <w:tc>
          <w:tcPr>
            <w:tcW w:type="dxa" w:w="2880"/>
          </w:tcPr>
          <w:p>
            <w:r>
              <w:t>对应分值</w:t>
            </w:r>
          </w:p>
        </w:tc>
      </w:tr>
      <w:tr>
        <w:tc>
          <w:tcPr>
            <w:tcW w:type="dxa" w:w="2880"/>
          </w:tcPr>
          <w:p>
            <w:r>
              <w:t>学生干部</w:t>
            </w:r>
          </w:p>
        </w:tc>
        <w:tc>
          <w:tcPr>
            <w:tcW w:type="dxa" w:w="2880"/>
          </w:tcPr>
          <w:p>
            <w:r>
              <w:t>省级优秀学生干部</w:t>
            </w:r>
          </w:p>
        </w:tc>
        <w:tc>
          <w:tcPr>
            <w:tcW w:type="dxa" w:w="2880"/>
          </w:tcPr>
          <w:p>
            <w:r>
              <w:t>8</w:t>
            </w:r>
          </w:p>
        </w:tc>
      </w:tr>
      <w:tr>
        <w:tc>
          <w:tcPr>
            <w:tcW w:type="dxa" w:w="2880"/>
          </w:tcPr>
          <w:p>
            <w:r>
              <w:t>省级优秀共青团干部</w:t>
            </w:r>
          </w:p>
        </w:tc>
        <w:tc>
          <w:tcPr>
            <w:tcW w:type="dxa" w:w="2880"/>
          </w:tcPr>
          <w:p>
            <w:r>
              <w:t>8</w:t>
            </w:r>
          </w:p>
        </w:tc>
        <w:tc>
          <w:tcPr>
            <w:tcW w:type="dxa" w:w="2880"/>
          </w:tcPr>
          <w:p/>
        </w:tc>
      </w:tr>
      <w:tr>
        <w:tc>
          <w:tcPr>
            <w:tcW w:type="dxa" w:w="2880"/>
          </w:tcPr>
          <w:p>
            <w:r>
              <w:t>校级优秀学生干部</w:t>
            </w:r>
          </w:p>
        </w:tc>
        <w:tc>
          <w:tcPr>
            <w:tcW w:type="dxa" w:w="2880"/>
          </w:tcPr>
          <w:p>
            <w:r>
              <w:t>3</w:t>
            </w:r>
          </w:p>
        </w:tc>
        <w:tc>
          <w:tcPr>
            <w:tcW w:type="dxa" w:w="2880"/>
          </w:tcPr>
          <w:p/>
        </w:tc>
      </w:tr>
      <w:tr>
        <w:tc>
          <w:tcPr>
            <w:tcW w:type="dxa" w:w="2880"/>
          </w:tcPr>
          <w:p>
            <w:r>
              <w:t>校级优秀共青团干部</w:t>
            </w:r>
          </w:p>
        </w:tc>
        <w:tc>
          <w:tcPr>
            <w:tcW w:type="dxa" w:w="2880"/>
          </w:tcPr>
          <w:p>
            <w:r>
              <w:t>3</w:t>
            </w:r>
          </w:p>
        </w:tc>
        <w:tc>
          <w:tcPr>
            <w:tcW w:type="dxa" w:w="2880"/>
          </w:tcPr>
          <w:p/>
        </w:tc>
      </w:tr>
      <w:tr>
        <w:tc>
          <w:tcPr>
            <w:tcW w:type="dxa" w:w="2880"/>
          </w:tcPr>
          <w:p>
            <w:r>
              <w:t>院级优秀学生干部</w:t>
            </w:r>
          </w:p>
        </w:tc>
        <w:tc>
          <w:tcPr>
            <w:tcW w:type="dxa" w:w="2880"/>
          </w:tcPr>
          <w:p>
            <w:r>
              <w:t>2</w:t>
            </w:r>
          </w:p>
        </w:tc>
        <w:tc>
          <w:tcPr>
            <w:tcW w:type="dxa" w:w="2880"/>
          </w:tcPr>
          <w:p/>
        </w:tc>
      </w:tr>
      <w:tr>
        <w:tc>
          <w:tcPr>
            <w:tcW w:type="dxa" w:w="2880"/>
          </w:tcPr>
          <w:p>
            <w:r>
              <w:t>社会工作专项奖</w:t>
            </w:r>
          </w:p>
        </w:tc>
        <w:tc>
          <w:tcPr>
            <w:tcW w:type="dxa" w:w="2880"/>
          </w:tcPr>
          <w:p>
            <w:r>
              <w:t>2</w:t>
            </w:r>
          </w:p>
        </w:tc>
        <w:tc>
          <w:tcPr>
            <w:tcW w:type="dxa" w:w="2880"/>
          </w:tcPr>
          <w:p/>
        </w:tc>
      </w:tr>
    </w:tbl>
    <w:p>
      <w:r>
        <w:t>同时兼任多项同类型职务，可累加。最高一项的权重为1，第二项计算减半以此类推，但总分不得超过10分。</w:t>
      </w:r>
    </w:p>
    <w:p>
      <w:r>
        <w:t>5、科研与创新能力（含成果及科研能力）情况40+20分</w:t>
      </w:r>
    </w:p>
    <w:p>
      <w:r>
        <w:t>（1）具备良好的分析、研判问题的能力，科研基础、创新能力强（31-40分）；</w:t>
      </w:r>
    </w:p>
    <w:p>
      <w:r>
        <w:t>（2）具备一定的分析、研判问题的能力，具有一定的科研基础及创新能力（21-30分）；</w:t>
      </w:r>
    </w:p>
    <w:p>
      <w:r>
        <w:t>（3）分析、研判问题的能力较弱，科研基础及创新能力薄弱（20分以下）；</w:t>
      </w:r>
    </w:p>
    <w:p>
      <w:r>
        <w:t>附：科研成果加分认定表（可累加，但不突破20分）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等级</w:t>
            </w:r>
          </w:p>
        </w:tc>
        <w:tc>
          <w:tcPr>
            <w:tcW w:type="dxa" w:w="1440"/>
          </w:tcPr>
          <w:p>
            <w:r>
              <w:t>位次</w:t>
            </w:r>
          </w:p>
        </w:tc>
        <w:tc>
          <w:tcPr>
            <w:tcW w:type="dxa" w:w="1440"/>
          </w:tcPr>
          <w:p>
            <w:r>
              <w:t>对应分值</w:t>
            </w:r>
          </w:p>
        </w:tc>
        <w:tc>
          <w:tcPr>
            <w:tcW w:type="dxa" w:w="1440"/>
          </w:tcPr>
          <w:p>
            <w:r>
              <w:t>备注</w:t>
            </w:r>
          </w:p>
        </w:tc>
        <w:tc>
          <w:tcPr>
            <w:tcW w:type="dxa" w:w="1440"/>
          </w:tcPr>
          <w:p/>
        </w:tc>
      </w:tr>
      <w:tr>
        <w:tc>
          <w:tcPr>
            <w:tcW w:type="dxa" w:w="1440"/>
          </w:tcPr>
          <w:p>
            <w:r>
              <w:t>科研立项</w:t>
            </w:r>
          </w:p>
        </w:tc>
        <w:tc>
          <w:tcPr>
            <w:tcW w:type="dxa" w:w="1440"/>
          </w:tcPr>
          <w:p>
            <w:r>
              <w:t>大学生创新性实验计划</w:t>
            </w:r>
          </w:p>
        </w:tc>
        <w:tc>
          <w:tcPr>
            <w:tcW w:type="dxa" w:w="1440"/>
          </w:tcPr>
          <w:p>
            <w:r>
              <w:t>国家级</w:t>
            </w:r>
          </w:p>
        </w:tc>
        <w:tc>
          <w:tcPr>
            <w:tcW w:type="dxa" w:w="1440"/>
          </w:tcPr>
          <w:p>
            <w:r>
              <w:t>第一</w:t>
            </w:r>
          </w:p>
        </w:tc>
        <w:tc>
          <w:tcPr>
            <w:tcW w:type="dxa" w:w="1440"/>
          </w:tcPr>
          <w:p>
            <w:r>
              <w:t>6</w:t>
            </w:r>
          </w:p>
        </w:tc>
        <w:tc>
          <w:tcPr>
            <w:tcW w:type="dxa" w:w="1440"/>
          </w:tcPr>
          <w:p>
            <w:r>
              <w:t>结题验收或中期检查优秀，排名第二加3分，第三加1分</w:t>
            </w:r>
          </w:p>
        </w:tc>
      </w:tr>
      <w:tr>
        <w:tc>
          <w:tcPr>
            <w:tcW w:type="dxa" w:w="1440"/>
          </w:tcPr>
          <w:p>
            <w:r>
              <w:t>省级</w:t>
            </w:r>
          </w:p>
        </w:tc>
        <w:tc>
          <w:tcPr>
            <w:tcW w:type="dxa" w:w="1440"/>
          </w:tcPr>
          <w:p>
            <w:r>
              <w:t>第一</w:t>
            </w:r>
          </w:p>
        </w:tc>
        <w:tc>
          <w:tcPr>
            <w:tcW w:type="dxa" w:w="1440"/>
          </w:tcPr>
          <w:p>
            <w:r>
              <w:t>4</w:t>
            </w:r>
          </w:p>
        </w:tc>
        <w:tc>
          <w:tcPr>
            <w:tcW w:type="dxa" w:w="1440"/>
          </w:tcPr>
          <w:p>
            <w:r>
              <w:t>结题验收或中期检查优秀，排名第二加2分，第三加1分</w:t>
            </w:r>
          </w:p>
        </w:tc>
        <w:tc>
          <w:tcPr>
            <w:tcW w:type="dxa" w:w="1440"/>
          </w:tcPr>
          <w:p/>
        </w:tc>
        <w:tc>
          <w:tcPr>
            <w:tcW w:type="dxa" w:w="1440"/>
          </w:tcPr>
          <w:p/>
        </w:tc>
      </w:tr>
      <w:tr>
        <w:tc>
          <w:tcPr>
            <w:tcW w:type="dxa" w:w="1440"/>
          </w:tcPr>
          <w:p>
            <w:r>
              <w:t>公开发表学术论文</w:t>
            </w:r>
          </w:p>
        </w:tc>
        <w:tc>
          <w:tcPr>
            <w:tcW w:type="dxa" w:w="1440"/>
          </w:tcPr>
          <w:p>
            <w:r>
              <w:t>核心期刊、SCI或EI收录</w:t>
            </w:r>
          </w:p>
        </w:tc>
        <w:tc>
          <w:tcPr>
            <w:tcW w:type="dxa" w:w="1440"/>
          </w:tcPr>
          <w:p>
            <w:r>
              <w:t>独立作者或第一作者</w:t>
            </w:r>
          </w:p>
        </w:tc>
        <w:tc>
          <w:tcPr>
            <w:tcW w:type="dxa" w:w="1440"/>
          </w:tcPr>
          <w:p>
            <w:r>
              <w:t>8</w:t>
            </w:r>
          </w:p>
        </w:tc>
        <w:tc>
          <w:tcPr>
            <w:tcW w:type="dxa" w:w="1440"/>
          </w:tcPr>
          <w:p>
            <w:r>
              <w:t>核心期刊以北京大学图书馆《中文核心期刊要目总览》为准</w:t>
            </w:r>
          </w:p>
        </w:tc>
        <w:tc>
          <w:tcPr>
            <w:tcW w:type="dxa" w:w="1440"/>
          </w:tcPr>
          <w:p/>
        </w:tc>
      </w:tr>
      <w:tr>
        <w:tc>
          <w:tcPr>
            <w:tcW w:type="dxa" w:w="1440"/>
          </w:tcPr>
          <w:p>
            <w:r>
              <w:t>莙政学者</w:t>
            </w:r>
          </w:p>
        </w:tc>
        <w:tc>
          <w:tcPr>
            <w:tcW w:type="dxa" w:w="1440"/>
          </w:tcPr>
          <w:p>
            <w:r>
              <w:t>/</w:t>
            </w:r>
          </w:p>
        </w:tc>
        <w:tc>
          <w:tcPr>
            <w:tcW w:type="dxa" w:w="1440"/>
          </w:tcPr>
          <w:p>
            <w:r>
              <w:t>校级</w:t>
            </w:r>
          </w:p>
        </w:tc>
        <w:tc>
          <w:tcPr>
            <w:tcW w:type="dxa" w:w="1440"/>
          </w:tcPr>
          <w:p>
            <w:r>
              <w:t>6</w:t>
            </w:r>
          </w:p>
        </w:tc>
        <w:tc>
          <w:tcPr>
            <w:tcW w:type="dxa" w:w="1440"/>
          </w:tcPr>
          <w:p>
            <w:r/>
          </w:p>
        </w:tc>
        <w:tc>
          <w:tcPr>
            <w:tcW w:type="dxa" w:w="1440"/>
          </w:tcPr>
          <w:p/>
        </w:tc>
      </w:tr>
      <w:tr>
        <w:tc>
          <w:tcPr>
            <w:tcW w:type="dxa" w:w="1440"/>
          </w:tcPr>
          <w:p>
            <w:r>
              <w:t>全国大学生物理实验竞赛</w:t>
            </w:r>
          </w:p>
        </w:tc>
        <w:tc>
          <w:tcPr>
            <w:tcW w:type="dxa" w:w="1440"/>
          </w:tcPr>
          <w:p>
            <w:r>
              <w:t>特等奖</w:t>
            </w:r>
          </w:p>
        </w:tc>
        <w:tc>
          <w:tcPr>
            <w:tcW w:type="dxa" w:w="1440"/>
          </w:tcPr>
          <w:p>
            <w:r>
              <w:t>个人</w:t>
            </w:r>
          </w:p>
        </w:tc>
        <w:tc>
          <w:tcPr>
            <w:tcW w:type="dxa" w:w="1440"/>
          </w:tcPr>
          <w:p>
            <w:r>
              <w:t>15</w:t>
            </w:r>
          </w:p>
        </w:tc>
        <w:tc>
          <w:tcPr>
            <w:tcW w:type="dxa" w:w="1440"/>
          </w:tcPr>
          <w:p>
            <w:r/>
          </w:p>
        </w:tc>
        <w:tc>
          <w:tcPr>
            <w:tcW w:type="dxa" w:w="1440"/>
          </w:tcPr>
          <w:p/>
        </w:tc>
      </w:tr>
      <w:tr>
        <w:tc>
          <w:tcPr>
            <w:tcW w:type="dxa" w:w="1440"/>
          </w:tcPr>
          <w:p>
            <w:r>
              <w:t>一等奖</w:t>
            </w:r>
          </w:p>
        </w:tc>
        <w:tc>
          <w:tcPr>
            <w:tcW w:type="dxa" w:w="1440"/>
          </w:tcPr>
          <w:p>
            <w:r>
              <w:t>个人</w:t>
            </w:r>
          </w:p>
        </w:tc>
        <w:tc>
          <w:tcPr>
            <w:tcW w:type="dxa" w:w="1440"/>
          </w:tcPr>
          <w:p>
            <w:r>
              <w:t>10</w:t>
            </w:r>
          </w:p>
        </w:tc>
        <w:tc>
          <w:tcPr>
            <w:tcW w:type="dxa" w:w="1440"/>
          </w:tcPr>
          <w:p/>
        </w:tc>
        <w:tc>
          <w:tcPr>
            <w:tcW w:type="dxa" w:w="1440"/>
          </w:tcPr>
          <w:p/>
        </w:tc>
        <w:tc>
          <w:tcPr>
            <w:tcW w:type="dxa" w:w="1440"/>
          </w:tcPr>
          <w:p/>
        </w:tc>
      </w:tr>
      <w:tr>
        <w:tc>
          <w:tcPr>
            <w:tcW w:type="dxa" w:w="1440"/>
          </w:tcPr>
          <w:p>
            <w:r>
              <w:t>二等奖</w:t>
            </w:r>
          </w:p>
        </w:tc>
        <w:tc>
          <w:tcPr>
            <w:tcW w:type="dxa" w:w="1440"/>
          </w:tcPr>
          <w:p>
            <w:r>
              <w:t>个人</w:t>
            </w:r>
          </w:p>
        </w:tc>
        <w:tc>
          <w:tcPr>
            <w:tcW w:type="dxa" w:w="1440"/>
          </w:tcPr>
          <w:p>
            <w:r>
              <w:t>6</w:t>
            </w:r>
          </w:p>
        </w:tc>
        <w:tc>
          <w:tcPr>
            <w:tcW w:type="dxa" w:w="1440"/>
          </w:tcP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2</w:t>
            </w:r>
          </w:p>
        </w:tc>
        <w:tc>
          <w:tcPr>
            <w:tcW w:type="dxa" w:w="1440"/>
          </w:tcPr>
          <w:p/>
        </w:tc>
        <w:tc>
          <w:tcPr>
            <w:tcW w:type="dxa" w:w="1440"/>
          </w:tcPr>
          <w:p/>
        </w:tc>
        <w:tc>
          <w:tcPr>
            <w:tcW w:type="dxa" w:w="1440"/>
          </w:tcPr>
          <w:p/>
        </w:tc>
      </w:tr>
      <w:tr>
        <w:tc>
          <w:tcPr>
            <w:tcW w:type="dxa" w:w="1440"/>
          </w:tcPr>
          <w:p>
            <w:r>
              <w:t>全国大学生与研究生物理教学技能展示暨自制教具与设计实验展示活动</w:t>
            </w:r>
          </w:p>
        </w:tc>
        <w:tc>
          <w:tcPr>
            <w:tcW w:type="dxa" w:w="1440"/>
          </w:tcPr>
          <w:p>
            <w:r>
              <w:t>一等奖</w:t>
            </w:r>
          </w:p>
        </w:tc>
        <w:tc>
          <w:tcPr>
            <w:tcW w:type="dxa" w:w="1440"/>
          </w:tcPr>
          <w:p>
            <w:r>
              <w:t>个人</w:t>
            </w:r>
          </w:p>
        </w:tc>
        <w:tc>
          <w:tcPr>
            <w:tcW w:type="dxa" w:w="1440"/>
          </w:tcPr>
          <w:p>
            <w:r>
              <w:t>6</w:t>
            </w:r>
          </w:p>
        </w:tc>
        <w:tc>
          <w:tcPr>
            <w:tcW w:type="dxa" w:w="1440"/>
          </w:tcPr>
          <w:p>
            <w:r/>
          </w:p>
        </w:tc>
        <w:tc>
          <w:tcPr>
            <w:tcW w:type="dxa" w:w="1440"/>
          </w:tcPr>
          <w:p/>
        </w:tc>
      </w:tr>
      <w:tr>
        <w:tc>
          <w:tcPr>
            <w:tcW w:type="dxa" w:w="1440"/>
          </w:tcPr>
          <w:p>
            <w:r>
              <w:t>二等奖</w:t>
            </w:r>
          </w:p>
        </w:tc>
        <w:tc>
          <w:tcPr>
            <w:tcW w:type="dxa" w:w="1440"/>
          </w:tcPr>
          <w:p>
            <w:r>
              <w:t>个人</w:t>
            </w:r>
          </w:p>
        </w:tc>
        <w:tc>
          <w:tcPr>
            <w:tcW w:type="dxa" w:w="1440"/>
          </w:tcPr>
          <w:p>
            <w:r>
              <w:t>4</w:t>
            </w:r>
          </w:p>
        </w:tc>
        <w:tc>
          <w:tcPr>
            <w:tcW w:type="dxa" w:w="1440"/>
          </w:tcP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2</w:t>
            </w:r>
          </w:p>
        </w:tc>
        <w:tc>
          <w:tcPr>
            <w:tcW w:type="dxa" w:w="1440"/>
          </w:tcPr>
          <w:p/>
        </w:tc>
        <w:tc>
          <w:tcPr>
            <w:tcW w:type="dxa" w:w="1440"/>
          </w:tcPr>
          <w:p/>
        </w:tc>
        <w:tc>
          <w:tcPr>
            <w:tcW w:type="dxa" w:w="1440"/>
          </w:tcPr>
          <w:p/>
        </w:tc>
      </w:tr>
      <w:tr>
        <w:tc>
          <w:tcPr>
            <w:tcW w:type="dxa" w:w="1440"/>
          </w:tcPr>
          <w:p>
            <w:r>
              <w:t>江苏省高校大学生物理及实验科技作品创新竞赛</w:t>
            </w:r>
          </w:p>
        </w:tc>
        <w:tc>
          <w:tcPr>
            <w:tcW w:type="dxa" w:w="1440"/>
          </w:tcPr>
          <w:p>
            <w:r>
              <w:t>一等奖</w:t>
            </w:r>
          </w:p>
        </w:tc>
        <w:tc>
          <w:tcPr>
            <w:tcW w:type="dxa" w:w="1440"/>
          </w:tcPr>
          <w:p>
            <w:r>
              <w:t>个人或团队负责人</w:t>
            </w:r>
          </w:p>
        </w:tc>
        <w:tc>
          <w:tcPr>
            <w:tcW w:type="dxa" w:w="1440"/>
          </w:tcPr>
          <w:p>
            <w:r>
              <w:t>6</w:t>
            </w:r>
          </w:p>
        </w:tc>
        <w:tc>
          <w:tcPr>
            <w:tcW w:type="dxa" w:w="1440"/>
          </w:tcPr>
          <w:p>
            <w:r>
              <w:t>排名第二，加2分</w:t>
            </w:r>
          </w:p>
        </w:tc>
        <w:tc>
          <w:tcPr>
            <w:tcW w:type="dxa" w:w="1440"/>
          </w:tcPr>
          <w:p/>
        </w:tc>
      </w:tr>
      <w:tr>
        <w:tc>
          <w:tcPr>
            <w:tcW w:type="dxa" w:w="1440"/>
          </w:tcPr>
          <w:p>
            <w:r>
              <w:t>二等奖</w:t>
            </w:r>
          </w:p>
        </w:tc>
        <w:tc>
          <w:tcPr>
            <w:tcW w:type="dxa" w:w="1440"/>
          </w:tcPr>
          <w:p>
            <w:r>
              <w:t>个人或团队负责人</w:t>
            </w:r>
          </w:p>
        </w:tc>
        <w:tc>
          <w:tcPr>
            <w:tcW w:type="dxa" w:w="1440"/>
          </w:tcPr>
          <w:p>
            <w:r>
              <w:t>4</w:t>
            </w:r>
          </w:p>
        </w:tc>
        <w:tc>
          <w:tcPr>
            <w:tcW w:type="dxa" w:w="1440"/>
          </w:tcPr>
          <w:p>
            <w:r>
              <w:t>排名第二，加1分</w:t>
            </w: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2</w:t>
            </w:r>
          </w:p>
        </w:tc>
        <w:tc>
          <w:tcPr>
            <w:tcW w:type="dxa" w:w="1440"/>
          </w:tcPr>
          <w:p>
            <w:r/>
          </w:p>
        </w:tc>
        <w:tc>
          <w:tcPr>
            <w:tcW w:type="dxa" w:w="1440"/>
          </w:tcPr>
          <w:p/>
        </w:tc>
        <w:tc>
          <w:tcPr>
            <w:tcW w:type="dxa" w:w="1440"/>
          </w:tcPr>
          <w:p/>
        </w:tc>
      </w:tr>
      <w:tr>
        <w:tc>
          <w:tcPr>
            <w:tcW w:type="dxa" w:w="1440"/>
          </w:tcPr>
          <w:p>
            <w:r>
              <w:t>江苏省师范生教学基本功大赛</w:t>
            </w:r>
          </w:p>
        </w:tc>
        <w:tc>
          <w:tcPr>
            <w:tcW w:type="dxa" w:w="1440"/>
          </w:tcPr>
          <w:p>
            <w:r>
              <w:t>一等奖</w:t>
            </w:r>
          </w:p>
        </w:tc>
        <w:tc>
          <w:tcPr>
            <w:tcW w:type="dxa" w:w="1440"/>
          </w:tcPr>
          <w:p>
            <w:r>
              <w:t>个人</w:t>
            </w:r>
          </w:p>
        </w:tc>
        <w:tc>
          <w:tcPr>
            <w:tcW w:type="dxa" w:w="1440"/>
          </w:tcPr>
          <w:p>
            <w:r>
              <w:t>8</w:t>
            </w:r>
          </w:p>
        </w:tc>
        <w:tc>
          <w:tcPr>
            <w:tcW w:type="dxa" w:w="1440"/>
          </w:tcPr>
          <w:p>
            <w:r/>
          </w:p>
        </w:tc>
        <w:tc>
          <w:tcPr>
            <w:tcW w:type="dxa" w:w="1440"/>
          </w:tcPr>
          <w:p/>
        </w:tc>
      </w:tr>
      <w:tr>
        <w:tc>
          <w:tcPr>
            <w:tcW w:type="dxa" w:w="1440"/>
          </w:tcPr>
          <w:p>
            <w:r>
              <w:t>二等奖</w:t>
            </w:r>
          </w:p>
        </w:tc>
        <w:tc>
          <w:tcPr>
            <w:tcW w:type="dxa" w:w="1440"/>
          </w:tcPr>
          <w:p>
            <w:r>
              <w:t>个人</w:t>
            </w:r>
          </w:p>
        </w:tc>
        <w:tc>
          <w:tcPr>
            <w:tcW w:type="dxa" w:w="1440"/>
          </w:tcPr>
          <w:p>
            <w:r>
              <w:t>6</w:t>
            </w:r>
          </w:p>
        </w:tc>
        <w:tc>
          <w:tcPr>
            <w:tcW w:type="dxa" w:w="1440"/>
          </w:tcP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4</w:t>
            </w:r>
          </w:p>
        </w:tc>
        <w:tc>
          <w:tcPr>
            <w:tcW w:type="dxa" w:w="1440"/>
          </w:tcPr>
          <w:p/>
        </w:tc>
        <w:tc>
          <w:tcPr>
            <w:tcW w:type="dxa" w:w="1440"/>
          </w:tcPr>
          <w:p/>
        </w:tc>
        <w:tc>
          <w:tcPr>
            <w:tcW w:type="dxa" w:w="1440"/>
          </w:tcPr>
          <w:p/>
        </w:tc>
      </w:tr>
      <w:tr>
        <w:tc>
          <w:tcPr>
            <w:tcW w:type="dxa" w:w="1440"/>
          </w:tcPr>
          <w:p>
            <w:r>
              <w:t>挑战杯全国大学生课外学术科技作品竞赛/江苏省互联网+大学生创新创业大赛</w:t>
            </w:r>
          </w:p>
        </w:tc>
        <w:tc>
          <w:tcPr>
            <w:tcW w:type="dxa" w:w="1440"/>
          </w:tcPr>
          <w:p>
            <w:r>
              <w:t>特等奖</w:t>
            </w:r>
          </w:p>
        </w:tc>
        <w:tc>
          <w:tcPr>
            <w:tcW w:type="dxa" w:w="1440"/>
          </w:tcPr>
          <w:p>
            <w:r>
              <w:t>个人或团队负责人</w:t>
            </w:r>
          </w:p>
        </w:tc>
        <w:tc>
          <w:tcPr>
            <w:tcW w:type="dxa" w:w="1440"/>
          </w:tcPr>
          <w:p>
            <w:r>
              <w:t>20</w:t>
            </w:r>
          </w:p>
        </w:tc>
        <w:tc>
          <w:tcPr>
            <w:tcW w:type="dxa" w:w="1440"/>
          </w:tcPr>
          <w:p>
            <w:r>
              <w:t>团体项目第一成员为标准分，第二成员为相应分值/2，第三成员为相应分值/3，依次类推</w:t>
            </w:r>
          </w:p>
        </w:tc>
        <w:tc>
          <w:tcPr>
            <w:tcW w:type="dxa" w:w="1440"/>
          </w:tcPr>
          <w:p/>
        </w:tc>
      </w:tr>
      <w:tr>
        <w:tc>
          <w:tcPr>
            <w:tcW w:type="dxa" w:w="1440"/>
          </w:tcPr>
          <w:p>
            <w:r>
              <w:t>成员</w:t>
            </w:r>
          </w:p>
        </w:tc>
        <w:tc>
          <w:tcPr>
            <w:tcW w:type="dxa" w:w="1440"/>
          </w:tcPr>
          <w:p>
            <w:r>
              <w:t>15</w:t>
            </w:r>
          </w:p>
        </w:tc>
        <w:tc>
          <w:tcPr>
            <w:tcW w:type="dxa" w:w="1440"/>
          </w:tcPr>
          <w:p/>
        </w:tc>
        <w:tc>
          <w:tcPr>
            <w:tcW w:type="dxa" w:w="1440"/>
          </w:tcPr>
          <w:p/>
        </w:tc>
        <w:tc>
          <w:tcPr>
            <w:tcW w:type="dxa" w:w="1440"/>
          </w:tcPr>
          <w:p/>
        </w:tc>
        <w:tc>
          <w:tcPr>
            <w:tcW w:type="dxa" w:w="1440"/>
          </w:tcPr>
          <w:p/>
        </w:tc>
      </w:tr>
      <w:tr>
        <w:tc>
          <w:tcPr>
            <w:tcW w:type="dxa" w:w="1440"/>
          </w:tcPr>
          <w:p>
            <w:r>
              <w:t>一等奖</w:t>
            </w:r>
          </w:p>
        </w:tc>
        <w:tc>
          <w:tcPr>
            <w:tcW w:type="dxa" w:w="1440"/>
          </w:tcPr>
          <w:p>
            <w:r>
              <w:t>个人或团队负责人</w:t>
            </w:r>
          </w:p>
        </w:tc>
        <w:tc>
          <w:tcPr>
            <w:tcW w:type="dxa" w:w="1440"/>
          </w:tcPr>
          <w:p>
            <w:r>
              <w:t>15</w:t>
            </w:r>
          </w:p>
        </w:tc>
        <w:tc>
          <w:tcPr>
            <w:tcW w:type="dxa" w:w="1440"/>
          </w:tcPr>
          <w:p/>
        </w:tc>
        <w:tc>
          <w:tcPr>
            <w:tcW w:type="dxa" w:w="1440"/>
          </w:tcPr>
          <w:p/>
        </w:tc>
        <w:tc>
          <w:tcPr>
            <w:tcW w:type="dxa" w:w="1440"/>
          </w:tcPr>
          <w:p/>
        </w:tc>
      </w:tr>
      <w:tr>
        <w:tc>
          <w:tcPr>
            <w:tcW w:type="dxa" w:w="1440"/>
          </w:tcPr>
          <w:p>
            <w:r>
              <w:t>成员</w:t>
            </w:r>
          </w:p>
        </w:tc>
        <w:tc>
          <w:tcPr>
            <w:tcW w:type="dxa" w:w="1440"/>
          </w:tcPr>
          <w:p>
            <w:r>
              <w:t>12</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10</w:t>
            </w:r>
          </w:p>
        </w:tc>
        <w:tc>
          <w:tcPr>
            <w:tcW w:type="dxa" w:w="1440"/>
          </w:tcPr>
          <w:p/>
        </w:tc>
        <w:tc>
          <w:tcPr>
            <w:tcW w:type="dxa" w:w="1440"/>
          </w:tcPr>
          <w:p/>
        </w:tc>
        <w:tc>
          <w:tcPr>
            <w:tcW w:type="dxa" w:w="1440"/>
          </w:tcPr>
          <w:p/>
        </w:tc>
      </w:tr>
      <w:tr>
        <w:tc>
          <w:tcPr>
            <w:tcW w:type="dxa" w:w="1440"/>
          </w:tcPr>
          <w:p>
            <w:r>
              <w:t>成员</w:t>
            </w:r>
          </w:p>
        </w:tc>
        <w:tc>
          <w:tcPr>
            <w:tcW w:type="dxa" w:w="1440"/>
          </w:tcPr>
          <w:p>
            <w:r>
              <w:t>8</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8</w:t>
            </w:r>
          </w:p>
        </w:tc>
        <w:tc>
          <w:tcPr>
            <w:tcW w:type="dxa" w:w="1440"/>
          </w:tcPr>
          <w:p/>
        </w:tc>
        <w:tc>
          <w:tcPr>
            <w:tcW w:type="dxa" w:w="1440"/>
          </w:tcPr>
          <w:p/>
        </w:tc>
        <w:tc>
          <w:tcPr>
            <w:tcW w:type="dxa" w:w="1440"/>
          </w:tcPr>
          <w:p/>
        </w:tc>
      </w:tr>
      <w:tr>
        <w:tc>
          <w:tcPr>
            <w:tcW w:type="dxa" w:w="1440"/>
          </w:tcPr>
          <w:p>
            <w:r>
              <w:t>成员</w:t>
            </w:r>
          </w:p>
        </w:tc>
        <w:tc>
          <w:tcPr>
            <w:tcW w:type="dxa" w:w="1440"/>
          </w:tcPr>
          <w:p>
            <w:r>
              <w:t>6</w:t>
            </w:r>
          </w:p>
        </w:tc>
        <w:tc>
          <w:tcPr>
            <w:tcW w:type="dxa" w:w="1440"/>
          </w:tcPr>
          <w:p/>
        </w:tc>
        <w:tc>
          <w:tcPr>
            <w:tcW w:type="dxa" w:w="1440"/>
          </w:tcPr>
          <w:p/>
        </w:tc>
        <w:tc>
          <w:tcPr>
            <w:tcW w:type="dxa" w:w="1440"/>
          </w:tcPr>
          <w:p/>
        </w:tc>
        <w:tc>
          <w:tcPr>
            <w:tcW w:type="dxa" w:w="1440"/>
          </w:tcPr>
          <w:p/>
        </w:tc>
      </w:tr>
      <w:tr>
        <w:tc>
          <w:tcPr>
            <w:tcW w:type="dxa" w:w="1440"/>
          </w:tcPr>
          <w:p>
            <w:r>
              <w:t>普通高校高等数学竞赛</w:t>
            </w:r>
          </w:p>
        </w:tc>
        <w:tc>
          <w:tcPr>
            <w:tcW w:type="dxa" w:w="1440"/>
          </w:tcPr>
          <w:p>
            <w:r>
              <w:t>国家级</w:t>
            </w:r>
          </w:p>
        </w:tc>
        <w:tc>
          <w:tcPr>
            <w:tcW w:type="dxa" w:w="1440"/>
          </w:tcPr>
          <w:p>
            <w:r>
              <w:t>个人</w:t>
            </w:r>
          </w:p>
        </w:tc>
        <w:tc>
          <w:tcPr>
            <w:tcW w:type="dxa" w:w="1440"/>
          </w:tcPr>
          <w:p>
            <w:r>
              <w:t>8</w:t>
            </w:r>
          </w:p>
        </w:tc>
        <w:tc>
          <w:tcPr>
            <w:tcW w:type="dxa" w:w="1440"/>
          </w:tcPr>
          <w:p>
            <w:r>
              <w:t>一等、二等、三等依次递减为8、6、4</w:t>
            </w:r>
          </w:p>
        </w:tc>
        <w:tc>
          <w:tcPr>
            <w:tcW w:type="dxa" w:w="1440"/>
          </w:tcPr>
          <w:p/>
        </w:tc>
      </w:tr>
      <w:tr>
        <w:tc>
          <w:tcPr>
            <w:tcW w:type="dxa" w:w="1440"/>
          </w:tcPr>
          <w:p>
            <w:r>
              <w:t>省级</w:t>
            </w:r>
          </w:p>
        </w:tc>
        <w:tc>
          <w:tcPr>
            <w:tcW w:type="dxa" w:w="1440"/>
          </w:tcPr>
          <w:p>
            <w:r>
              <w:t>个人</w:t>
            </w:r>
          </w:p>
        </w:tc>
        <w:tc>
          <w:tcPr>
            <w:tcW w:type="dxa" w:w="1440"/>
          </w:tcPr>
          <w:p>
            <w:r>
              <w:t>4</w:t>
            </w:r>
          </w:p>
        </w:tc>
        <w:tc>
          <w:tcPr>
            <w:tcW w:type="dxa" w:w="1440"/>
          </w:tcPr>
          <w:p>
            <w:r>
              <w:t>一等、二等、三等依次递减为4、3、2</w:t>
            </w:r>
          </w:p>
        </w:tc>
        <w:tc>
          <w:tcPr>
            <w:tcW w:type="dxa" w:w="1440"/>
          </w:tcPr>
          <w:p/>
        </w:tc>
        <w:tc>
          <w:tcPr>
            <w:tcW w:type="dxa" w:w="1440"/>
          </w:tcPr>
          <w:p/>
        </w:tc>
      </w:tr>
      <w:tr>
        <w:tc>
          <w:tcPr>
            <w:tcW w:type="dxa" w:w="1440"/>
          </w:tcPr>
          <w:p>
            <w:r>
              <w:t>大学生英语竞赛</w:t>
            </w:r>
          </w:p>
        </w:tc>
        <w:tc>
          <w:tcPr>
            <w:tcW w:type="dxa" w:w="1440"/>
          </w:tcPr>
          <w:p>
            <w:r>
              <w:t>国家级</w:t>
            </w:r>
          </w:p>
        </w:tc>
        <w:tc>
          <w:tcPr>
            <w:tcW w:type="dxa" w:w="1440"/>
          </w:tcPr>
          <w:p>
            <w:r>
              <w:t>个人</w:t>
            </w:r>
          </w:p>
        </w:tc>
        <w:tc>
          <w:tcPr>
            <w:tcW w:type="dxa" w:w="1440"/>
          </w:tcPr>
          <w:p>
            <w:r>
              <w:t>8</w:t>
            </w:r>
          </w:p>
        </w:tc>
        <w:tc>
          <w:tcPr>
            <w:tcW w:type="dxa" w:w="1440"/>
          </w:tcPr>
          <w:p>
            <w:r>
              <w:t>按特等、一等、二等、三等依次递减为8、6、4、2</w:t>
            </w:r>
          </w:p>
        </w:tc>
        <w:tc>
          <w:tcPr>
            <w:tcW w:type="dxa" w:w="1440"/>
          </w:tcPr>
          <w:p/>
        </w:tc>
      </w:tr>
      <w:tr>
        <w:tc>
          <w:tcPr>
            <w:tcW w:type="dxa" w:w="1440"/>
          </w:tcPr>
          <w:p>
            <w:r>
              <w:t>省级</w:t>
            </w:r>
          </w:p>
        </w:tc>
        <w:tc>
          <w:tcPr>
            <w:tcW w:type="dxa" w:w="1440"/>
          </w:tcPr>
          <w:p>
            <w:r>
              <w:t>个人</w:t>
            </w:r>
          </w:p>
        </w:tc>
        <w:tc>
          <w:tcPr>
            <w:tcW w:type="dxa" w:w="1440"/>
          </w:tcPr>
          <w:p>
            <w:r>
              <w:t>4</w:t>
            </w:r>
          </w:p>
        </w:tc>
        <w:tc>
          <w:tcPr>
            <w:tcW w:type="dxa" w:w="1440"/>
          </w:tcPr>
          <w:p>
            <w:r>
              <w:t>按特等、一等、二等、三等依次递减为4、3、2、1</w:t>
            </w:r>
          </w:p>
        </w:tc>
        <w:tc>
          <w:tcPr>
            <w:tcW w:type="dxa" w:w="1440"/>
          </w:tcPr>
          <w:p/>
        </w:tc>
        <w:tc>
          <w:tcPr>
            <w:tcW w:type="dxa" w:w="1440"/>
          </w:tcPr>
          <w:p/>
        </w:tc>
      </w:tr>
      <w:tr>
        <w:tc>
          <w:tcPr>
            <w:tcW w:type="dxa" w:w="1440"/>
          </w:tcPr>
          <w:p>
            <w:r>
              <w:t>大学生物理学术竞赛/全国大学生数学建模</w:t>
            </w:r>
          </w:p>
        </w:tc>
        <w:tc>
          <w:tcPr>
            <w:tcW w:type="dxa" w:w="1440"/>
          </w:tcPr>
          <w:p>
            <w:r>
              <w:t>特等奖</w:t>
            </w:r>
          </w:p>
        </w:tc>
        <w:tc>
          <w:tcPr>
            <w:tcW w:type="dxa" w:w="1440"/>
          </w:tcPr>
          <w:p>
            <w:r>
              <w:t>个人或团队负责人</w:t>
            </w:r>
          </w:p>
        </w:tc>
        <w:tc>
          <w:tcPr>
            <w:tcW w:type="dxa" w:w="1440"/>
          </w:tcPr>
          <w:p>
            <w:r>
              <w:t>国赛15</w:t>
            </w:r>
          </w:p>
        </w:tc>
        <w:tc>
          <w:tcPr>
            <w:tcW w:type="dxa" w:w="1440"/>
          </w:tcPr>
          <w:p>
            <w:r>
              <w:t>/</w:t>
            </w:r>
          </w:p>
        </w:tc>
        <w:tc>
          <w:tcPr>
            <w:tcW w:type="dxa" w:w="1440"/>
          </w:tcPr>
          <w:p/>
        </w:tc>
      </w:tr>
      <w:tr>
        <w:tc>
          <w:tcPr>
            <w:tcW w:type="dxa" w:w="1440"/>
          </w:tcPr>
          <w:p>
            <w:r>
              <w:t>华东赛12</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成员</w:t>
            </w:r>
          </w:p>
        </w:tc>
        <w:tc>
          <w:tcPr>
            <w:tcW w:type="dxa" w:w="1440"/>
          </w:tcPr>
          <w:p>
            <w:r>
              <w:t>国赛10</w:t>
            </w:r>
          </w:p>
        </w:tc>
        <w:tc>
          <w:tcPr>
            <w:tcW w:type="dxa" w:w="1440"/>
          </w:tcPr>
          <w:p/>
        </w:tc>
        <w:tc>
          <w:tcPr>
            <w:tcW w:type="dxa" w:w="1440"/>
          </w:tcPr>
          <w:p/>
        </w:tc>
        <w:tc>
          <w:tcPr>
            <w:tcW w:type="dxa" w:w="1440"/>
          </w:tcPr>
          <w:p/>
        </w:tc>
        <w:tc>
          <w:tcPr>
            <w:tcW w:type="dxa" w:w="1440"/>
          </w:tcPr>
          <w:p/>
        </w:tc>
      </w:tr>
      <w:tr>
        <w:tc>
          <w:tcPr>
            <w:tcW w:type="dxa" w:w="1440"/>
          </w:tcPr>
          <w:p>
            <w:r>
              <w:t>华东赛8</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一等奖</w:t>
            </w:r>
          </w:p>
        </w:tc>
        <w:tc>
          <w:tcPr>
            <w:tcW w:type="dxa" w:w="1440"/>
          </w:tcPr>
          <w:p>
            <w:r>
              <w:t>个人或团队负责人</w:t>
            </w:r>
          </w:p>
        </w:tc>
        <w:tc>
          <w:tcPr>
            <w:tcW w:type="dxa" w:w="1440"/>
          </w:tcPr>
          <w:p>
            <w:r>
              <w:t>国赛12</w:t>
            </w:r>
          </w:p>
        </w:tc>
        <w:tc>
          <w:tcPr>
            <w:tcW w:type="dxa" w:w="1440"/>
          </w:tcPr>
          <w:p>
            <w:r>
              <w:t>/</w:t>
            </w:r>
          </w:p>
        </w:tc>
        <w:tc>
          <w:tcPr>
            <w:tcW w:type="dxa" w:w="1440"/>
          </w:tcPr>
          <w:p/>
        </w:tc>
        <w:tc>
          <w:tcPr>
            <w:tcW w:type="dxa" w:w="1440"/>
          </w:tcPr>
          <w:p/>
        </w:tc>
      </w:tr>
      <w:tr>
        <w:tc>
          <w:tcPr>
            <w:tcW w:type="dxa" w:w="1440"/>
          </w:tcPr>
          <w:p>
            <w:r>
              <w:t>华东赛10</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成员</w:t>
            </w:r>
          </w:p>
        </w:tc>
        <w:tc>
          <w:tcPr>
            <w:tcW w:type="dxa" w:w="1440"/>
          </w:tcPr>
          <w:p>
            <w:r>
              <w:t>国赛8</w:t>
            </w:r>
          </w:p>
        </w:tc>
        <w:tc>
          <w:tcPr>
            <w:tcW w:type="dxa" w:w="1440"/>
          </w:tcPr>
          <w:p/>
        </w:tc>
        <w:tc>
          <w:tcPr>
            <w:tcW w:type="dxa" w:w="1440"/>
          </w:tcPr>
          <w:p/>
        </w:tc>
        <w:tc>
          <w:tcPr>
            <w:tcW w:type="dxa" w:w="1440"/>
          </w:tcPr>
          <w:p/>
        </w:tc>
        <w:tc>
          <w:tcPr>
            <w:tcW w:type="dxa" w:w="1440"/>
          </w:tcPr>
          <w:p/>
        </w:tc>
      </w:tr>
      <w:tr>
        <w:tc>
          <w:tcPr>
            <w:tcW w:type="dxa" w:w="1440"/>
          </w:tcPr>
          <w:p>
            <w:r>
              <w:t>华东赛6</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国赛10</w:t>
            </w:r>
          </w:p>
        </w:tc>
        <w:tc>
          <w:tcPr>
            <w:tcW w:type="dxa" w:w="1440"/>
          </w:tcPr>
          <w:p>
            <w:r>
              <w:t>/</w:t>
            </w:r>
          </w:p>
        </w:tc>
        <w:tc>
          <w:tcPr>
            <w:tcW w:type="dxa" w:w="1440"/>
          </w:tcPr>
          <w:p/>
        </w:tc>
        <w:tc>
          <w:tcPr>
            <w:tcW w:type="dxa" w:w="1440"/>
          </w:tcPr>
          <w:p/>
        </w:tc>
      </w:tr>
      <w:tr>
        <w:tc>
          <w:tcPr>
            <w:tcW w:type="dxa" w:w="1440"/>
          </w:tcPr>
          <w:p>
            <w:r>
              <w:t>华东赛8</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成员</w:t>
            </w:r>
          </w:p>
        </w:tc>
        <w:tc>
          <w:tcPr>
            <w:tcW w:type="dxa" w:w="1440"/>
          </w:tcPr>
          <w:p>
            <w:r>
              <w:t>国赛6</w:t>
            </w:r>
          </w:p>
        </w:tc>
        <w:tc>
          <w:tcPr>
            <w:tcW w:type="dxa" w:w="1440"/>
          </w:tcPr>
          <w:p/>
        </w:tc>
        <w:tc>
          <w:tcPr>
            <w:tcW w:type="dxa" w:w="1440"/>
          </w:tcPr>
          <w:p/>
        </w:tc>
        <w:tc>
          <w:tcPr>
            <w:tcW w:type="dxa" w:w="1440"/>
          </w:tcPr>
          <w:p/>
        </w:tc>
        <w:tc>
          <w:tcPr>
            <w:tcW w:type="dxa" w:w="1440"/>
          </w:tcPr>
          <w:p/>
        </w:tc>
      </w:tr>
      <w:tr>
        <w:tc>
          <w:tcPr>
            <w:tcW w:type="dxa" w:w="1440"/>
          </w:tcPr>
          <w:p>
            <w:r>
              <w:t>华东赛4</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国赛8</w:t>
            </w:r>
          </w:p>
        </w:tc>
        <w:tc>
          <w:tcPr>
            <w:tcW w:type="dxa" w:w="1440"/>
          </w:tcPr>
          <w:p>
            <w:r>
              <w:t>/</w:t>
            </w:r>
          </w:p>
        </w:tc>
        <w:tc>
          <w:tcPr>
            <w:tcW w:type="dxa" w:w="1440"/>
          </w:tcPr>
          <w:p/>
        </w:tc>
        <w:tc>
          <w:tcPr>
            <w:tcW w:type="dxa" w:w="1440"/>
          </w:tcPr>
          <w:p/>
        </w:tc>
      </w:tr>
      <w:tr>
        <w:tc>
          <w:tcPr>
            <w:tcW w:type="dxa" w:w="1440"/>
          </w:tcPr>
          <w:p>
            <w:r>
              <w:t>华东赛6</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成员</w:t>
            </w:r>
          </w:p>
        </w:tc>
        <w:tc>
          <w:tcPr>
            <w:tcW w:type="dxa" w:w="1440"/>
          </w:tcPr>
          <w:p>
            <w:r>
              <w:t>国赛4</w:t>
            </w:r>
          </w:p>
        </w:tc>
        <w:tc>
          <w:tcPr>
            <w:tcW w:type="dxa" w:w="1440"/>
          </w:tcPr>
          <w:p/>
        </w:tc>
        <w:tc>
          <w:tcPr>
            <w:tcW w:type="dxa" w:w="1440"/>
          </w:tcPr>
          <w:p/>
        </w:tc>
        <w:tc>
          <w:tcPr>
            <w:tcW w:type="dxa" w:w="1440"/>
          </w:tcPr>
          <w:p/>
        </w:tc>
        <w:tc>
          <w:tcPr>
            <w:tcW w:type="dxa" w:w="1440"/>
          </w:tcPr>
          <w:p/>
        </w:tc>
      </w:tr>
      <w:tr>
        <w:tc>
          <w:tcPr>
            <w:tcW w:type="dxa" w:w="1440"/>
          </w:tcPr>
          <w:p>
            <w:r>
              <w:t>华东赛2</w:t>
            </w:r>
          </w:p>
        </w:tc>
        <w:tc>
          <w:tcPr>
            <w:tcW w:type="dxa" w:w="1440"/>
          </w:tcPr>
          <w:p/>
        </w:tc>
        <w:tc>
          <w:tcPr>
            <w:tcW w:type="dxa" w:w="1440"/>
          </w:tcPr>
          <w:p/>
        </w:tc>
        <w:tc>
          <w:tcPr>
            <w:tcW w:type="dxa" w:w="1440"/>
          </w:tcPr>
          <w:p/>
        </w:tc>
        <w:tc>
          <w:tcPr>
            <w:tcW w:type="dxa" w:w="1440"/>
          </w:tcPr>
          <w:p/>
        </w:tc>
        <w:tc>
          <w:tcPr>
            <w:tcW w:type="dxa" w:w="1440"/>
          </w:tcPr>
          <w:p/>
        </w:tc>
      </w:tr>
    </w:tbl>
    <w:p>
      <w:r>
        <w:t>注：同一成果只计算一次，选相对较高分值计入；计入分值最高20分。</w:t>
      </w:r>
    </w:p>
    <w:p>
      <w:r>
        <w:t>根据《苏州大学推荐优秀应届本科毕业生免试攻读硕士学位研究生工作实施办法（修订稿）》（苏大教〔2015〕28号），思想品德考核不合格者，一律不得录取。</w:t>
      </w:r>
    </w:p>
    <w:p>
      <w:r>
        <w:t>同时申请者的学术诚信考核作为推免生遴选的重要内容和录取重要依据，对学术诚信考核不合格者一票否决，不予推荐录取。</w:t>
      </w:r>
    </w:p>
    <w:p>
      <w:r>
        <w:t>（二）遴选办法</w:t>
      </w:r>
    </w:p>
    <w:p>
      <w:r>
        <w:t>对申请者的综合考核成绩（综合考核成绩总分=（GPA×100）+综合面试成绩）以专业排序，按学校分配推免名额确定学院初步推荐名单并在学院内公示。此实施细则若与学校等上级部门相关规定冲突，以学校及上级相关规定为准。</w:t>
      </w:r>
    </w:p>
    <w:p>
      <w:r>
        <w:t>五、申诉途径和办法</w:t>
      </w:r>
    </w:p>
    <w:p>
      <w:r>
        <w:t>在学院公示期间对学院初选推荐名单有异议者，可以向学院201 9年推免生遴选工作小组提出申诉，受理申诉截止时间为学院公示截止时间。</w:t>
      </w:r>
    </w:p>
    <w:p>
      <w:r>
        <w:t>申诉联系人：郭老师，地点：博习楼211，电话：0512-678701 96</w:t>
      </w:r>
    </w:p>
    <w:p>
      <w:r>
        <w:t>六、其他</w:t>
      </w:r>
    </w:p>
    <w:p>
      <w:r>
        <w:t>（1）最终各阶段时间节点，按学校通知发文为准；</w:t>
      </w:r>
    </w:p>
    <w:p>
      <w:r>
        <w:t>（2）本细则仅针对所有参加2019年物理科学与技术学院推荐优秀应届本科毕业生免试攻读硕士研究生的学生；</w:t>
      </w:r>
    </w:p>
    <w:p>
      <w:r>
        <w:t>（3）本条例解释权归苏州大学物理科学与技术学院。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