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物理科学与技术学院2019年推荐优秀应届本科毕业生免试攻读硕士研究生名单公示</w:t>
      </w:r>
    </w:p>
    <w:p>
      <w:r>
        <w:t>根据《物理科学与技术学院推荐优秀应届本科毕业生2019年免试攻读硕士研究生实施细则》要求，学院已完成对学生的审核和综合考核，拟推荐王艳湫等12名学生免试攻读硕士研究生，公示名单如下：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本科专业名称</w:t>
            </w:r>
          </w:p>
        </w:tc>
        <w:tc>
          <w:tcPr>
            <w:tcW w:type="dxa" w:w="1440"/>
          </w:tcPr>
          <w:p>
            <w:r>
              <w:t>总分</w:t>
            </w:r>
          </w:p>
        </w:tc>
        <w:tc>
          <w:tcPr>
            <w:tcW w:type="dxa" w:w="1440"/>
          </w:tcPr>
          <w:p>
            <w:r>
              <w:t>排名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1608405045</w:t>
            </w:r>
          </w:p>
        </w:tc>
        <w:tc>
          <w:tcPr>
            <w:tcW w:type="dxa" w:w="1440"/>
          </w:tcPr>
          <w:p>
            <w:r>
              <w:t>王艳湫</w:t>
            </w:r>
          </w:p>
        </w:tc>
        <w:tc>
          <w:tcPr>
            <w:tcW w:type="dxa" w:w="1440"/>
          </w:tcPr>
          <w:p>
            <w:r>
              <w:t>物理学（国际）</w:t>
            </w:r>
          </w:p>
        </w:tc>
        <w:tc>
          <w:tcPr>
            <w:tcW w:type="dxa" w:w="1440"/>
          </w:tcPr>
          <w:p>
            <w:r>
              <w:t>561.43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1608406004</w:t>
            </w:r>
          </w:p>
        </w:tc>
        <w:tc>
          <w:tcPr>
            <w:tcW w:type="dxa" w:w="1440"/>
          </w:tcPr>
          <w:p>
            <w:r>
              <w:t>项白絮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545.57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1608405072</w:t>
            </w:r>
          </w:p>
        </w:tc>
        <w:tc>
          <w:tcPr>
            <w:tcW w:type="dxa" w:w="1440"/>
          </w:tcPr>
          <w:p>
            <w:r>
              <w:t>梁美君</w:t>
            </w:r>
          </w:p>
        </w:tc>
        <w:tc>
          <w:tcPr>
            <w:tcW w:type="dxa" w:w="1440"/>
          </w:tcPr>
          <w:p>
            <w:r>
              <w:t>物理学</w:t>
            </w:r>
          </w:p>
        </w:tc>
        <w:tc>
          <w:tcPr>
            <w:tcW w:type="dxa" w:w="1440"/>
          </w:tcPr>
          <w:p>
            <w:r>
              <w:t>534.71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1608405002</w:t>
            </w:r>
          </w:p>
        </w:tc>
        <w:tc>
          <w:tcPr>
            <w:tcW w:type="dxa" w:w="1440"/>
          </w:tcPr>
          <w:p>
            <w:r>
              <w:t>李漪含</w:t>
            </w:r>
          </w:p>
        </w:tc>
        <w:tc>
          <w:tcPr>
            <w:tcW w:type="dxa" w:w="1440"/>
          </w:tcPr>
          <w:p>
            <w:r>
              <w:t>物理学</w:t>
            </w:r>
          </w:p>
        </w:tc>
        <w:tc>
          <w:tcPr>
            <w:tcW w:type="dxa" w:w="1440"/>
          </w:tcPr>
          <w:p>
            <w:r>
              <w:t>534.57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1608406015</w:t>
            </w:r>
          </w:p>
        </w:tc>
        <w:tc>
          <w:tcPr>
            <w:tcW w:type="dxa" w:w="1440"/>
          </w:tcPr>
          <w:p>
            <w:r>
              <w:t>鞠煜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534.43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1629401151</w:t>
            </w:r>
          </w:p>
        </w:tc>
        <w:tc>
          <w:tcPr>
            <w:tcW w:type="dxa" w:w="1440"/>
          </w:tcPr>
          <w:p>
            <w:r>
              <w:t>王旭</w:t>
            </w:r>
          </w:p>
        </w:tc>
        <w:tc>
          <w:tcPr>
            <w:tcW w:type="dxa" w:w="1440"/>
          </w:tcPr>
          <w:p>
            <w:r>
              <w:t>物理学</w:t>
            </w:r>
          </w:p>
        </w:tc>
        <w:tc>
          <w:tcPr>
            <w:tcW w:type="dxa" w:w="1440"/>
          </w:tcPr>
          <w:p>
            <w:r>
              <w:t>529.86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1608406017</w:t>
            </w:r>
          </w:p>
        </w:tc>
        <w:tc>
          <w:tcPr>
            <w:tcW w:type="dxa" w:w="1440"/>
          </w:tcPr>
          <w:p>
            <w:r>
              <w:t>朱雯琦</w:t>
            </w:r>
          </w:p>
        </w:tc>
        <w:tc>
          <w:tcPr>
            <w:tcW w:type="dxa" w:w="1440"/>
          </w:tcPr>
          <w:p>
            <w:r>
              <w:t>物理学（国际）</w:t>
            </w:r>
          </w:p>
        </w:tc>
        <w:tc>
          <w:tcPr>
            <w:tcW w:type="dxa" w:w="1440"/>
          </w:tcPr>
          <w:p>
            <w:r>
              <w:t>529.86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1608405044</w:t>
            </w:r>
          </w:p>
        </w:tc>
        <w:tc>
          <w:tcPr>
            <w:tcW w:type="dxa" w:w="1440"/>
          </w:tcPr>
          <w:p>
            <w:r>
              <w:t>马欣然</w:t>
            </w:r>
          </w:p>
        </w:tc>
        <w:tc>
          <w:tcPr>
            <w:tcW w:type="dxa" w:w="1440"/>
          </w:tcPr>
          <w:p>
            <w:r>
              <w:t>物理学</w:t>
            </w:r>
          </w:p>
        </w:tc>
        <w:tc>
          <w:tcPr>
            <w:tcW w:type="dxa" w:w="1440"/>
          </w:tcPr>
          <w:p>
            <w:r>
              <w:t>522.86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1608406014</w:t>
            </w:r>
          </w:p>
        </w:tc>
        <w:tc>
          <w:tcPr>
            <w:tcW w:type="dxa" w:w="1440"/>
          </w:tcPr>
          <w:p>
            <w:r>
              <w:t>居露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515.14</w:t>
            </w:r>
          </w:p>
        </w:tc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1608406005</w:t>
            </w:r>
          </w:p>
        </w:tc>
        <w:tc>
          <w:tcPr>
            <w:tcW w:type="dxa" w:w="1440"/>
          </w:tcPr>
          <w:p>
            <w:r>
              <w:t>肖月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513.14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1608406006</w:t>
            </w:r>
          </w:p>
        </w:tc>
        <w:tc>
          <w:tcPr>
            <w:tcW w:type="dxa" w:w="1440"/>
          </w:tcPr>
          <w:p>
            <w:r>
              <w:t>蒋昱宸</w:t>
            </w:r>
          </w:p>
        </w:tc>
        <w:tc>
          <w:tcPr>
            <w:tcW w:type="dxa" w:w="1440"/>
          </w:tcPr>
          <w:p>
            <w:r>
              <w:t>物理学（国际）</w:t>
            </w:r>
          </w:p>
        </w:tc>
        <w:tc>
          <w:tcPr>
            <w:tcW w:type="dxa" w:w="1440"/>
          </w:tcPr>
          <w:p>
            <w:r>
              <w:t>508.13</w:t>
            </w:r>
          </w:p>
        </w:tc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1608406001</w:t>
            </w:r>
          </w:p>
        </w:tc>
        <w:tc>
          <w:tcPr>
            <w:tcW w:type="dxa" w:w="1440"/>
          </w:tcPr>
          <w:p>
            <w:r>
              <w:t>邱蕾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504.57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候补1</w:t>
            </w:r>
          </w:p>
        </w:tc>
      </w:tr>
      <w:tr>
        <w:tc>
          <w:tcPr>
            <w:tcW w:type="dxa" w:w="1440"/>
          </w:tcPr>
          <w:p>
            <w:r>
              <w:t>1608406002</w:t>
            </w:r>
          </w:p>
        </w:tc>
        <w:tc>
          <w:tcPr>
            <w:tcW w:type="dxa" w:w="1440"/>
          </w:tcPr>
          <w:p>
            <w:r>
              <w:t>张颖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498.29</w:t>
            </w:r>
          </w:p>
        </w:tc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候补2</w:t>
            </w:r>
          </w:p>
        </w:tc>
      </w:tr>
      <w:tr>
        <w:tc>
          <w:tcPr>
            <w:tcW w:type="dxa" w:w="1440"/>
          </w:tcPr>
          <w:p>
            <w:r>
              <w:t>1608406019</w:t>
            </w:r>
          </w:p>
        </w:tc>
        <w:tc>
          <w:tcPr>
            <w:tcW w:type="dxa" w:w="1440"/>
          </w:tcPr>
          <w:p>
            <w:r>
              <w:t>朱沁</w:t>
            </w:r>
          </w:p>
        </w:tc>
        <w:tc>
          <w:tcPr>
            <w:tcW w:type="dxa" w:w="1440"/>
          </w:tcPr>
          <w:p>
            <w:r>
              <w:t>物理学（师范）</w:t>
            </w:r>
          </w:p>
        </w:tc>
        <w:tc>
          <w:tcPr>
            <w:tcW w:type="dxa" w:w="1440"/>
          </w:tcPr>
          <w:p>
            <w:r>
              <w:t>490.43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硕师计划</w:t>
            </w:r>
          </w:p>
        </w:tc>
      </w:tr>
    </w:tbl>
    <w:p>
      <w:r>
        <w:t>对上述情况，如有异议，请在10天内与学院推免工作领导小组反映，联系人：郭老师，联系电话：0512-67870196。</w:t>
      </w:r>
    </w:p>
    <w:p>
      <w:r>
        <w:t>反映情况和问题必须实事求是，客观公正。反映人必须提供真实姓名、联系电话，以示负责。学院对反映人和反映情况将严格保密，并对反映的情况和问题进行认真调查核实。对有关调查结果向反映人进行反馈。</w:t>
      </w:r>
    </w:p>
    <w:p>
      <w:r>
        <w:t>物理科学与技术学院</w:t>
      </w:r>
    </w:p>
    <w:p>
      <w:r>
        <w:t>2019年9月12日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