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关于做好推荐免试攻读硕士学位研究生网上报名等工作的通知</w:t>
      </w:r>
    </w:p>
    <w:p>
      <w:r>
        <w:t>各学院（部）：</w:t>
      </w:r>
    </w:p>
    <w:p>
      <w:r>
        <w:t>经学校推免生遴选工作领导小组审定，2013年推荐免试攻读硕士研究生的名单已经确定。现将报名的有关事宜通知如下：</w:t>
      </w:r>
    </w:p>
    <w:p>
      <w:r>
        <w:t>一、请各学院（部）派负责组织推荐免试硕士研究生报名及填表工作的老师到教务处教务科领取《全国推荐免试攻读硕士学位研究生登记表》及校验码。</w:t>
      </w:r>
    </w:p>
    <w:p>
      <w:r>
        <w:t>二、10月16日-10月23日各推免生凭校验码进行网上报名。11月10日-14日至苏州市招生工作委员会办公室报考点（苏州大学东校区游泳馆南一楼}缴纳报名费、照相、确认报名信息。</w:t>
      </w:r>
    </w:p>
    <w:p>
      <w:r>
        <w:t>三、10月25日前将填好并盖有学院（部）章的《全国推荐免试攻读硕士学位研究生登记表》、《2013年江苏省普通高等学校推荐优秀应届本科毕业生免试攻读硕士学位研究生拟录取名册》及《2013年江苏省普通高等学校推荐优秀应届本科毕业生免试攻读硕士学位研究生拟录取数据库表》(学术型、专业学位、农村教育硕士分开填报)交教务处教务科于老师，电话：67161071。电子表格发至jhyu@suda.edu.cn。</w:t>
      </w:r>
    </w:p>
    <w:p>
      <w:r>
        <w:t>其中《2013年江苏省普通高等学校推荐优秀应届本科毕业生免试攻读硕士学位研究生拟录取名册》、《2013年江苏省普通高等学校推荐优秀应届本科毕业生免试攻读硕士学位研究生拟录取数据库表》和2013年“硕师计划”研究生登记表及相关文件在此下载：</w:t>
      </w:r>
    </w:p>
    <w:p>
      <w:r>
        <w:t>http://jwc.suda.edu.cn/G2S/Template/View.aspx?courseId=27584&amp;topMenuId=275527&amp;action=view&amp;type=&amp;name=&amp;menuType=1&amp;curfolid=275547</w:t>
      </w:r>
    </w:p>
    <w:p>
      <w:r>
        <w:t>填报时请按照备注中的说明填写，并且所填内容与网报信息及《全国推荐免试攻读硕士学位研究生登记表》中填写的内容一致，否则不予收取。</w:t>
      </w:r>
    </w:p>
    <w:p>
      <w:r>
        <w:t>四、外推学生的校验码及《全国推荐免试攻读硕士学位研究生登记表》凭接受单位研究生办出具同意接受的函由学院（部）一并领取，其填好的《全国推荐免试攻读硕士学位研究生登记表》经学校审核盖章后，由所在学院(部)负责邮寄至接收单位。</w:t>
      </w:r>
    </w:p>
    <w:p>
      <w:r>
        <w:t>教务处</w:t>
      </w:r>
    </w:p>
    <w:p>
      <w:r>
        <w:t>EndFragment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