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材料与化学化工学部推免遴选学生公示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学号姓名所在专业综合成绩综合排名排名人数候补选项1 1909404155王晨昊材料科学与工程402 1 8 2 1909404158宋芃宇材料科学与工程395 2 8 3 1909404053高海博材料科学与工程390 3 8 4 1909404093李雅豪材料科学与工程389.11 4 8 5 1909404058蔡嘉跞材料科学与工程385.48 5 8候选3 6 1909404043喻情高分子材料与工程404.47 1 13 7 1909404071刘源高分子材料与工程401 2 13 8 1909404146董川高分子材料与工程396.8 3 13 9 1909404045孙天宇高分子材料与工程387.54 4 13 10 1909404013李琳雨高分子材料与工程383.66 5 13 11 1913402058梁鹏高分子材料与工程380.66 6 13 12 1909404052杜雨欣高分子材料与工程377.22 7 13 13 1909404075刘晨曦功能材料398.74 1 3 14 1909404132王苏健功能材料386 2 3 15 1909401141朱煜化学421.5 1 16 16 1909401172陈明智化学408.45 2 16 17 1909401042韩焘麟化学394.81 3 16 18 1909401149刘航化学392.2 4 16 19 1915404036窦雨欣化学384.84 5 16 20 1909401070郭佳伟化学382 6 16 21 1909401045张铭予化学380.24 7 16 22 1909401076张凝远化学380 8 16 23 1909401091严雨涵化学378.88 9 16 24 1909401183杜瀚化学378 10 16 25 1909401068曹志宇化学370.5 11 16 26 1909401004常佳宝化学370 12 16 27 1909401025张瑞璇化学370 13 16 28 1909408026周心怡化学（师范）397 1 6 29 1909401095雷杰化学（师范）396 2 6 30 1909401152方咏棋化学（师范）389.83 3 6候选1 31 1909404072洪宇轩化学（英语强化）427.32 1 14 32 1909401088杜昕蔚化学（英语强化）412 2 14 33 1909404123曹馨尹化学（英语强化）410 3 14 34 1909401032虞宗豪化学（英语强化）404.3 4 14 35 1909401036余文卓化学（英语强化）395 5 14 36 1909401166蒲秀丽化学（英语强化）393.2 6 14 37 1909404026何邢晨材料科学与工程（英语强化）392.5 7 14 38 1909408050胡天铭化学（英语强化）392.4 8 14 39 1909404152朱立俊高分子材料与工程（英语强化）387.42 9 14候选2 40 1909408006王陈宁化学工程与工艺405 1 5 41 1909408009杨舒婷化学工程与工艺405 2 5 42 1909408015郑欣雨化学工程与工艺404.53 3 5 43 1909408012李保运化学工程与工艺388.74 4 5 44 1909408002孙滔化学工程与工艺347.59 5 5 45 1909407016乔一恒环境工程392.2 1 3 46 1909407011谢宸璠环境工程383 2 3 47 1909401083包予晗应用化学400.74 1 6 48 1909401164郭子峰应用化学398.54 2 6 49 1909401147许嫣应用化学391 3 6</w:t>
            </w:r>
          </w:p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  <w:tc>
          <w:tcPr>
            <w:tcW w:type="dxa" w:w="1080"/>
          </w:tcPr>
          <w:p/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所在专业</w:t>
            </w:r>
          </w:p>
        </w:tc>
        <w:tc>
          <w:tcPr>
            <w:tcW w:type="dxa" w:w="1080"/>
          </w:tcPr>
          <w:p>
            <w:r>
              <w:t>综合成绩</w:t>
            </w:r>
          </w:p>
        </w:tc>
        <w:tc>
          <w:tcPr>
            <w:tcW w:type="dxa" w:w="1080"/>
          </w:tcPr>
          <w:p>
            <w:r>
              <w:t>综合排名</w:t>
            </w:r>
          </w:p>
        </w:tc>
        <w:tc>
          <w:tcPr>
            <w:tcW w:type="dxa" w:w="1080"/>
          </w:tcPr>
          <w:p>
            <w:r>
              <w:t>排名人数</w:t>
            </w:r>
          </w:p>
        </w:tc>
        <w:tc>
          <w:tcPr>
            <w:tcW w:type="dxa" w:w="1080"/>
          </w:tcPr>
          <w:p>
            <w:r>
              <w:t>候补选项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1909404155</w:t>
            </w:r>
          </w:p>
        </w:tc>
        <w:tc>
          <w:tcPr>
            <w:tcW w:type="dxa" w:w="1080"/>
          </w:tcPr>
          <w:p>
            <w:r>
              <w:t>王晨昊</w:t>
            </w:r>
          </w:p>
        </w:tc>
        <w:tc>
          <w:tcPr>
            <w:tcW w:type="dxa" w:w="1080"/>
          </w:tcPr>
          <w:p>
            <w:r>
              <w:t>材料科学与工程</w:t>
            </w:r>
          </w:p>
        </w:tc>
        <w:tc>
          <w:tcPr>
            <w:tcW w:type="dxa" w:w="1080"/>
          </w:tcPr>
          <w:p>
            <w:r>
              <w:t>402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1909404158</w:t>
            </w:r>
          </w:p>
        </w:tc>
        <w:tc>
          <w:tcPr>
            <w:tcW w:type="dxa" w:w="1080"/>
          </w:tcPr>
          <w:p>
            <w:r>
              <w:t>宋芃宇</w:t>
            </w:r>
          </w:p>
        </w:tc>
        <w:tc>
          <w:tcPr>
            <w:tcW w:type="dxa" w:w="1080"/>
          </w:tcPr>
          <w:p>
            <w:r>
              <w:t>材料科学与工程</w:t>
            </w:r>
          </w:p>
        </w:tc>
        <w:tc>
          <w:tcPr>
            <w:tcW w:type="dxa" w:w="1080"/>
          </w:tcPr>
          <w:p>
            <w:r>
              <w:t>395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1909404053</w:t>
            </w:r>
          </w:p>
        </w:tc>
        <w:tc>
          <w:tcPr>
            <w:tcW w:type="dxa" w:w="1080"/>
          </w:tcPr>
          <w:p>
            <w:r>
              <w:t>高海博</w:t>
            </w:r>
          </w:p>
        </w:tc>
        <w:tc>
          <w:tcPr>
            <w:tcW w:type="dxa" w:w="1080"/>
          </w:tcPr>
          <w:p>
            <w:r>
              <w:t>材料科学与工程</w:t>
            </w:r>
          </w:p>
        </w:tc>
        <w:tc>
          <w:tcPr>
            <w:tcW w:type="dxa" w:w="1080"/>
          </w:tcPr>
          <w:p>
            <w:r>
              <w:t>390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1909404093</w:t>
            </w:r>
          </w:p>
        </w:tc>
        <w:tc>
          <w:tcPr>
            <w:tcW w:type="dxa" w:w="1080"/>
          </w:tcPr>
          <w:p>
            <w:r>
              <w:t>李雅豪</w:t>
            </w:r>
          </w:p>
        </w:tc>
        <w:tc>
          <w:tcPr>
            <w:tcW w:type="dxa" w:w="1080"/>
          </w:tcPr>
          <w:p>
            <w:r>
              <w:t>材料科学与工程</w:t>
            </w:r>
          </w:p>
        </w:tc>
        <w:tc>
          <w:tcPr>
            <w:tcW w:type="dxa" w:w="1080"/>
          </w:tcPr>
          <w:p>
            <w:r>
              <w:t>389.11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1909404058</w:t>
            </w:r>
          </w:p>
        </w:tc>
        <w:tc>
          <w:tcPr>
            <w:tcW w:type="dxa" w:w="1080"/>
          </w:tcPr>
          <w:p>
            <w:r>
              <w:t>蔡嘉跞</w:t>
            </w:r>
          </w:p>
        </w:tc>
        <w:tc>
          <w:tcPr>
            <w:tcW w:type="dxa" w:w="1080"/>
          </w:tcPr>
          <w:p>
            <w:r>
              <w:t>材料科学与工程</w:t>
            </w:r>
          </w:p>
        </w:tc>
        <w:tc>
          <w:tcPr>
            <w:tcW w:type="dxa" w:w="1080"/>
          </w:tcPr>
          <w:p>
            <w:r>
              <w:t>385.48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候选3</w:t>
            </w:r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1909404043</w:t>
            </w:r>
          </w:p>
        </w:tc>
        <w:tc>
          <w:tcPr>
            <w:tcW w:type="dxa" w:w="1080"/>
          </w:tcPr>
          <w:p>
            <w:r>
              <w:t>喻情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404.47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1909404071</w:t>
            </w:r>
          </w:p>
        </w:tc>
        <w:tc>
          <w:tcPr>
            <w:tcW w:type="dxa" w:w="1080"/>
          </w:tcPr>
          <w:p>
            <w:r>
              <w:t>刘源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401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1909404146</w:t>
            </w:r>
          </w:p>
        </w:tc>
        <w:tc>
          <w:tcPr>
            <w:tcW w:type="dxa" w:w="1080"/>
          </w:tcPr>
          <w:p>
            <w:r>
              <w:t>董川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396.8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>
              <w:t>1909404045</w:t>
            </w:r>
          </w:p>
        </w:tc>
        <w:tc>
          <w:tcPr>
            <w:tcW w:type="dxa" w:w="1080"/>
          </w:tcPr>
          <w:p>
            <w:r>
              <w:t>孙天宇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387.54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10</w:t>
            </w:r>
          </w:p>
        </w:tc>
        <w:tc>
          <w:tcPr>
            <w:tcW w:type="dxa" w:w="1080"/>
          </w:tcPr>
          <w:p>
            <w:r>
              <w:t>1909404013</w:t>
            </w:r>
          </w:p>
        </w:tc>
        <w:tc>
          <w:tcPr>
            <w:tcW w:type="dxa" w:w="1080"/>
          </w:tcPr>
          <w:p>
            <w:r>
              <w:t>李琳雨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383.66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11</w:t>
            </w:r>
          </w:p>
        </w:tc>
        <w:tc>
          <w:tcPr>
            <w:tcW w:type="dxa" w:w="1080"/>
          </w:tcPr>
          <w:p>
            <w:r>
              <w:t>1913402058</w:t>
            </w:r>
          </w:p>
        </w:tc>
        <w:tc>
          <w:tcPr>
            <w:tcW w:type="dxa" w:w="1080"/>
          </w:tcPr>
          <w:p>
            <w:r>
              <w:t>梁鹏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380.66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12</w:t>
            </w:r>
          </w:p>
        </w:tc>
        <w:tc>
          <w:tcPr>
            <w:tcW w:type="dxa" w:w="1080"/>
          </w:tcPr>
          <w:p>
            <w:r>
              <w:t>1909404052</w:t>
            </w:r>
          </w:p>
        </w:tc>
        <w:tc>
          <w:tcPr>
            <w:tcW w:type="dxa" w:w="1080"/>
          </w:tcPr>
          <w:p>
            <w:r>
              <w:t>杜雨欣</w:t>
            </w:r>
          </w:p>
        </w:tc>
        <w:tc>
          <w:tcPr>
            <w:tcW w:type="dxa" w:w="1080"/>
          </w:tcPr>
          <w:p>
            <w:r>
              <w:t>高分子材料与工程</w:t>
            </w:r>
          </w:p>
        </w:tc>
        <w:tc>
          <w:tcPr>
            <w:tcW w:type="dxa" w:w="1080"/>
          </w:tcPr>
          <w:p>
            <w:r>
              <w:t>377.22</w:t>
            </w:r>
          </w:p>
        </w:tc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>
              <w:t>1909404075</w:t>
            </w:r>
          </w:p>
        </w:tc>
        <w:tc>
          <w:tcPr>
            <w:tcW w:type="dxa" w:w="1080"/>
          </w:tcPr>
          <w:p>
            <w:r>
              <w:t>刘晨曦</w:t>
            </w:r>
          </w:p>
        </w:tc>
        <w:tc>
          <w:tcPr>
            <w:tcW w:type="dxa" w:w="1080"/>
          </w:tcPr>
          <w:p>
            <w:r>
              <w:t>功能材料</w:t>
            </w:r>
          </w:p>
        </w:tc>
        <w:tc>
          <w:tcPr>
            <w:tcW w:type="dxa" w:w="1080"/>
          </w:tcPr>
          <w:p>
            <w:r>
              <w:t>398.74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>
              <w:t>1909404132</w:t>
            </w:r>
          </w:p>
        </w:tc>
        <w:tc>
          <w:tcPr>
            <w:tcW w:type="dxa" w:w="1080"/>
          </w:tcPr>
          <w:p>
            <w:r>
              <w:t>王苏健</w:t>
            </w:r>
          </w:p>
        </w:tc>
        <w:tc>
          <w:tcPr>
            <w:tcW w:type="dxa" w:w="1080"/>
          </w:tcPr>
          <w:p>
            <w:r>
              <w:t>功能材料</w:t>
            </w:r>
          </w:p>
        </w:tc>
        <w:tc>
          <w:tcPr>
            <w:tcW w:type="dxa" w:w="1080"/>
          </w:tcPr>
          <w:p>
            <w:r>
              <w:t>386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15</w:t>
            </w:r>
          </w:p>
        </w:tc>
        <w:tc>
          <w:tcPr>
            <w:tcW w:type="dxa" w:w="1080"/>
          </w:tcPr>
          <w:p>
            <w:r>
              <w:t>1909401141</w:t>
            </w:r>
          </w:p>
        </w:tc>
        <w:tc>
          <w:tcPr>
            <w:tcW w:type="dxa" w:w="1080"/>
          </w:tcPr>
          <w:p>
            <w:r>
              <w:t>朱煜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421.5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>
              <w:t>1909401172</w:t>
            </w:r>
          </w:p>
        </w:tc>
        <w:tc>
          <w:tcPr>
            <w:tcW w:type="dxa" w:w="1080"/>
          </w:tcPr>
          <w:p>
            <w:r>
              <w:t>陈明智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408.45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17</w:t>
            </w:r>
          </w:p>
        </w:tc>
        <w:tc>
          <w:tcPr>
            <w:tcW w:type="dxa" w:w="1080"/>
          </w:tcPr>
          <w:p>
            <w:r>
              <w:t>1909401042</w:t>
            </w:r>
          </w:p>
        </w:tc>
        <w:tc>
          <w:tcPr>
            <w:tcW w:type="dxa" w:w="1080"/>
          </w:tcPr>
          <w:p>
            <w:r>
              <w:t>韩焘麟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394.81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18</w:t>
            </w:r>
          </w:p>
        </w:tc>
        <w:tc>
          <w:tcPr>
            <w:tcW w:type="dxa" w:w="1080"/>
          </w:tcPr>
          <w:p>
            <w:r>
              <w:t>1909401149</w:t>
            </w:r>
          </w:p>
        </w:tc>
        <w:tc>
          <w:tcPr>
            <w:tcW w:type="dxa" w:w="1080"/>
          </w:tcPr>
          <w:p>
            <w:r>
              <w:t>刘航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392.2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19</w:t>
            </w:r>
          </w:p>
        </w:tc>
        <w:tc>
          <w:tcPr>
            <w:tcW w:type="dxa" w:w="1080"/>
          </w:tcPr>
          <w:p>
            <w:r>
              <w:t>1915404036</w:t>
            </w:r>
          </w:p>
        </w:tc>
        <w:tc>
          <w:tcPr>
            <w:tcW w:type="dxa" w:w="1080"/>
          </w:tcPr>
          <w:p>
            <w:r>
              <w:t>窦雨欣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384.84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20</w:t>
            </w:r>
          </w:p>
        </w:tc>
        <w:tc>
          <w:tcPr>
            <w:tcW w:type="dxa" w:w="1080"/>
          </w:tcPr>
          <w:p>
            <w:r>
              <w:t>1909401070</w:t>
            </w:r>
          </w:p>
        </w:tc>
        <w:tc>
          <w:tcPr>
            <w:tcW w:type="dxa" w:w="1080"/>
          </w:tcPr>
          <w:p>
            <w:r>
              <w:t>郭佳伟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382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21</w:t>
            </w:r>
          </w:p>
        </w:tc>
        <w:tc>
          <w:tcPr>
            <w:tcW w:type="dxa" w:w="1080"/>
          </w:tcPr>
          <w:p>
            <w:r>
              <w:t>1909401045</w:t>
            </w:r>
          </w:p>
        </w:tc>
        <w:tc>
          <w:tcPr>
            <w:tcW w:type="dxa" w:w="1080"/>
          </w:tcPr>
          <w:p>
            <w:r>
              <w:t>张铭予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380.24</w:t>
            </w:r>
          </w:p>
        </w:tc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22</w:t>
            </w:r>
          </w:p>
        </w:tc>
        <w:tc>
          <w:tcPr>
            <w:tcW w:type="dxa" w:w="1080"/>
          </w:tcPr>
          <w:p>
            <w:r>
              <w:t>1909401076</w:t>
            </w:r>
          </w:p>
        </w:tc>
        <w:tc>
          <w:tcPr>
            <w:tcW w:type="dxa" w:w="1080"/>
          </w:tcPr>
          <w:p>
            <w:r>
              <w:t>张凝远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380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23</w:t>
            </w:r>
          </w:p>
        </w:tc>
        <w:tc>
          <w:tcPr>
            <w:tcW w:type="dxa" w:w="1080"/>
          </w:tcPr>
          <w:p>
            <w:r>
              <w:t>1909401091</w:t>
            </w:r>
          </w:p>
        </w:tc>
        <w:tc>
          <w:tcPr>
            <w:tcW w:type="dxa" w:w="1080"/>
          </w:tcPr>
          <w:p>
            <w:r>
              <w:t>严雨涵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378.88</w:t>
            </w:r>
          </w:p>
        </w:tc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24</w:t>
            </w:r>
          </w:p>
        </w:tc>
        <w:tc>
          <w:tcPr>
            <w:tcW w:type="dxa" w:w="1080"/>
          </w:tcPr>
          <w:p>
            <w:r>
              <w:t>1909401183</w:t>
            </w:r>
          </w:p>
        </w:tc>
        <w:tc>
          <w:tcPr>
            <w:tcW w:type="dxa" w:w="1080"/>
          </w:tcPr>
          <w:p>
            <w:r>
              <w:t>杜瀚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378</w:t>
            </w:r>
          </w:p>
        </w:tc>
        <w:tc>
          <w:tcPr>
            <w:tcW w:type="dxa" w:w="1080"/>
          </w:tcPr>
          <w:p>
            <w:r>
              <w:t>10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25</w:t>
            </w:r>
          </w:p>
        </w:tc>
        <w:tc>
          <w:tcPr>
            <w:tcW w:type="dxa" w:w="1080"/>
          </w:tcPr>
          <w:p>
            <w:r>
              <w:t>1909401068</w:t>
            </w:r>
          </w:p>
        </w:tc>
        <w:tc>
          <w:tcPr>
            <w:tcW w:type="dxa" w:w="1080"/>
          </w:tcPr>
          <w:p>
            <w:r>
              <w:t>曹志宇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370.5</w:t>
            </w:r>
          </w:p>
        </w:tc>
        <w:tc>
          <w:tcPr>
            <w:tcW w:type="dxa" w:w="1080"/>
          </w:tcPr>
          <w:p>
            <w:r>
              <w:t>11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26</w:t>
            </w:r>
          </w:p>
        </w:tc>
        <w:tc>
          <w:tcPr>
            <w:tcW w:type="dxa" w:w="1080"/>
          </w:tcPr>
          <w:p>
            <w:r>
              <w:t>1909401004</w:t>
            </w:r>
          </w:p>
        </w:tc>
        <w:tc>
          <w:tcPr>
            <w:tcW w:type="dxa" w:w="1080"/>
          </w:tcPr>
          <w:p>
            <w:r>
              <w:t>常佳宝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370</w:t>
            </w:r>
          </w:p>
        </w:tc>
        <w:tc>
          <w:tcPr>
            <w:tcW w:type="dxa" w:w="1080"/>
          </w:tcPr>
          <w:p>
            <w:r>
              <w:t>12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27</w:t>
            </w:r>
          </w:p>
        </w:tc>
        <w:tc>
          <w:tcPr>
            <w:tcW w:type="dxa" w:w="1080"/>
          </w:tcPr>
          <w:p>
            <w:r>
              <w:t>1909401025</w:t>
            </w:r>
          </w:p>
        </w:tc>
        <w:tc>
          <w:tcPr>
            <w:tcW w:type="dxa" w:w="1080"/>
          </w:tcPr>
          <w:p>
            <w:r>
              <w:t>张瑞璇</w:t>
            </w:r>
          </w:p>
        </w:tc>
        <w:tc>
          <w:tcPr>
            <w:tcW w:type="dxa" w:w="1080"/>
          </w:tcPr>
          <w:p>
            <w:r>
              <w:t>化学</w:t>
            </w:r>
          </w:p>
        </w:tc>
        <w:tc>
          <w:tcPr>
            <w:tcW w:type="dxa" w:w="1080"/>
          </w:tcPr>
          <w:p>
            <w:r>
              <w:t>370</w:t>
            </w:r>
          </w:p>
        </w:tc>
        <w:tc>
          <w:tcPr>
            <w:tcW w:type="dxa" w:w="1080"/>
          </w:tcPr>
          <w:p>
            <w:r>
              <w:t>13</w:t>
            </w:r>
          </w:p>
        </w:tc>
        <w:tc>
          <w:tcPr>
            <w:tcW w:type="dxa" w:w="1080"/>
          </w:tcPr>
          <w:p>
            <w:r>
              <w:t>16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28</w:t>
            </w:r>
          </w:p>
        </w:tc>
        <w:tc>
          <w:tcPr>
            <w:tcW w:type="dxa" w:w="1080"/>
          </w:tcPr>
          <w:p>
            <w:r>
              <w:t>1909408026</w:t>
            </w:r>
          </w:p>
        </w:tc>
        <w:tc>
          <w:tcPr>
            <w:tcW w:type="dxa" w:w="1080"/>
          </w:tcPr>
          <w:p>
            <w:r>
              <w:t>周心怡</w:t>
            </w:r>
          </w:p>
        </w:tc>
        <w:tc>
          <w:tcPr>
            <w:tcW w:type="dxa" w:w="1080"/>
          </w:tcPr>
          <w:p>
            <w:r>
              <w:t>化学（师范）</w:t>
            </w:r>
          </w:p>
        </w:tc>
        <w:tc>
          <w:tcPr>
            <w:tcW w:type="dxa" w:w="1080"/>
          </w:tcPr>
          <w:p>
            <w:r>
              <w:t>397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29</w:t>
            </w:r>
          </w:p>
        </w:tc>
        <w:tc>
          <w:tcPr>
            <w:tcW w:type="dxa" w:w="1080"/>
          </w:tcPr>
          <w:p>
            <w:r>
              <w:t>1909401095</w:t>
            </w:r>
          </w:p>
        </w:tc>
        <w:tc>
          <w:tcPr>
            <w:tcW w:type="dxa" w:w="1080"/>
          </w:tcPr>
          <w:p>
            <w:r>
              <w:t>雷杰</w:t>
            </w:r>
          </w:p>
        </w:tc>
        <w:tc>
          <w:tcPr>
            <w:tcW w:type="dxa" w:w="1080"/>
          </w:tcPr>
          <w:p>
            <w:r>
              <w:t>化学（师范）</w:t>
            </w:r>
          </w:p>
        </w:tc>
        <w:tc>
          <w:tcPr>
            <w:tcW w:type="dxa" w:w="1080"/>
          </w:tcPr>
          <w:p>
            <w:r>
              <w:t>396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30</w:t>
            </w:r>
          </w:p>
        </w:tc>
        <w:tc>
          <w:tcPr>
            <w:tcW w:type="dxa" w:w="1080"/>
          </w:tcPr>
          <w:p>
            <w:r>
              <w:t>1909401152</w:t>
            </w:r>
          </w:p>
        </w:tc>
        <w:tc>
          <w:tcPr>
            <w:tcW w:type="dxa" w:w="1080"/>
          </w:tcPr>
          <w:p>
            <w:r>
              <w:t>方咏棋</w:t>
            </w:r>
          </w:p>
        </w:tc>
        <w:tc>
          <w:tcPr>
            <w:tcW w:type="dxa" w:w="1080"/>
          </w:tcPr>
          <w:p>
            <w:r>
              <w:t>化学（师范）</w:t>
            </w:r>
          </w:p>
        </w:tc>
        <w:tc>
          <w:tcPr>
            <w:tcW w:type="dxa" w:w="1080"/>
          </w:tcPr>
          <w:p>
            <w:r>
              <w:t>389.83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候选1</w:t>
            </w:r>
          </w:p>
        </w:tc>
      </w:tr>
      <w:tr>
        <w:tc>
          <w:tcPr>
            <w:tcW w:type="dxa" w:w="1080"/>
          </w:tcPr>
          <w:p>
            <w:r>
              <w:t>31</w:t>
            </w:r>
          </w:p>
        </w:tc>
        <w:tc>
          <w:tcPr>
            <w:tcW w:type="dxa" w:w="1080"/>
          </w:tcPr>
          <w:p>
            <w:r>
              <w:t>1909404072</w:t>
            </w:r>
          </w:p>
        </w:tc>
        <w:tc>
          <w:tcPr>
            <w:tcW w:type="dxa" w:w="1080"/>
          </w:tcPr>
          <w:p>
            <w:r>
              <w:t>洪宇轩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427.32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32</w:t>
            </w:r>
          </w:p>
        </w:tc>
        <w:tc>
          <w:tcPr>
            <w:tcW w:type="dxa" w:w="1080"/>
          </w:tcPr>
          <w:p>
            <w:r>
              <w:t>1909401088</w:t>
            </w:r>
          </w:p>
        </w:tc>
        <w:tc>
          <w:tcPr>
            <w:tcW w:type="dxa" w:w="1080"/>
          </w:tcPr>
          <w:p>
            <w:r>
              <w:t>杜昕蔚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412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33</w:t>
            </w:r>
          </w:p>
        </w:tc>
        <w:tc>
          <w:tcPr>
            <w:tcW w:type="dxa" w:w="1080"/>
          </w:tcPr>
          <w:p>
            <w:r>
              <w:t>1909404123</w:t>
            </w:r>
          </w:p>
        </w:tc>
        <w:tc>
          <w:tcPr>
            <w:tcW w:type="dxa" w:w="1080"/>
          </w:tcPr>
          <w:p>
            <w:r>
              <w:t>曹馨尹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410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34</w:t>
            </w:r>
          </w:p>
        </w:tc>
        <w:tc>
          <w:tcPr>
            <w:tcW w:type="dxa" w:w="1080"/>
          </w:tcPr>
          <w:p>
            <w:r>
              <w:t>1909401032</w:t>
            </w:r>
          </w:p>
        </w:tc>
        <w:tc>
          <w:tcPr>
            <w:tcW w:type="dxa" w:w="1080"/>
          </w:tcPr>
          <w:p>
            <w:r>
              <w:t>虞宗豪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404.3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35</w:t>
            </w:r>
          </w:p>
        </w:tc>
        <w:tc>
          <w:tcPr>
            <w:tcW w:type="dxa" w:w="1080"/>
          </w:tcPr>
          <w:p>
            <w:r>
              <w:t>1909401036</w:t>
            </w:r>
          </w:p>
        </w:tc>
        <w:tc>
          <w:tcPr>
            <w:tcW w:type="dxa" w:w="1080"/>
          </w:tcPr>
          <w:p>
            <w:r>
              <w:t>余文卓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395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36</w:t>
            </w:r>
          </w:p>
        </w:tc>
        <w:tc>
          <w:tcPr>
            <w:tcW w:type="dxa" w:w="1080"/>
          </w:tcPr>
          <w:p>
            <w:r>
              <w:t>1909401166</w:t>
            </w:r>
          </w:p>
        </w:tc>
        <w:tc>
          <w:tcPr>
            <w:tcW w:type="dxa" w:w="1080"/>
          </w:tcPr>
          <w:p>
            <w:r>
              <w:t>蒲秀丽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393.2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37</w:t>
            </w:r>
          </w:p>
        </w:tc>
        <w:tc>
          <w:tcPr>
            <w:tcW w:type="dxa" w:w="1080"/>
          </w:tcPr>
          <w:p>
            <w:r>
              <w:t>1909404026</w:t>
            </w:r>
          </w:p>
        </w:tc>
        <w:tc>
          <w:tcPr>
            <w:tcW w:type="dxa" w:w="1080"/>
          </w:tcPr>
          <w:p>
            <w:r>
              <w:t>何邢晨</w:t>
            </w:r>
          </w:p>
        </w:tc>
        <w:tc>
          <w:tcPr>
            <w:tcW w:type="dxa" w:w="1080"/>
          </w:tcPr>
          <w:p>
            <w:r>
              <w:t>材料科学与工程（英语强化）</w:t>
            </w:r>
          </w:p>
        </w:tc>
        <w:tc>
          <w:tcPr>
            <w:tcW w:type="dxa" w:w="1080"/>
          </w:tcPr>
          <w:p>
            <w:r>
              <w:t>392.5</w:t>
            </w:r>
          </w:p>
        </w:tc>
        <w:tc>
          <w:tcPr>
            <w:tcW w:type="dxa" w:w="1080"/>
          </w:tcPr>
          <w:p>
            <w:r>
              <w:t>7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38</w:t>
            </w:r>
          </w:p>
        </w:tc>
        <w:tc>
          <w:tcPr>
            <w:tcW w:type="dxa" w:w="1080"/>
          </w:tcPr>
          <w:p>
            <w:r>
              <w:t>1909408050</w:t>
            </w:r>
          </w:p>
        </w:tc>
        <w:tc>
          <w:tcPr>
            <w:tcW w:type="dxa" w:w="1080"/>
          </w:tcPr>
          <w:p>
            <w:r>
              <w:t>胡天铭</w:t>
            </w:r>
          </w:p>
        </w:tc>
        <w:tc>
          <w:tcPr>
            <w:tcW w:type="dxa" w:w="1080"/>
          </w:tcPr>
          <w:p>
            <w:r>
              <w:t>化学（英语强化）</w:t>
            </w:r>
          </w:p>
        </w:tc>
        <w:tc>
          <w:tcPr>
            <w:tcW w:type="dxa" w:w="1080"/>
          </w:tcPr>
          <w:p>
            <w:r>
              <w:t>392.4</w:t>
            </w:r>
          </w:p>
        </w:tc>
        <w:tc>
          <w:tcPr>
            <w:tcW w:type="dxa" w:w="1080"/>
          </w:tcPr>
          <w:p>
            <w:r>
              <w:t>8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39</w:t>
            </w:r>
          </w:p>
        </w:tc>
        <w:tc>
          <w:tcPr>
            <w:tcW w:type="dxa" w:w="1080"/>
          </w:tcPr>
          <w:p>
            <w:r>
              <w:t>1909404152</w:t>
            </w:r>
          </w:p>
        </w:tc>
        <w:tc>
          <w:tcPr>
            <w:tcW w:type="dxa" w:w="1080"/>
          </w:tcPr>
          <w:p>
            <w:r>
              <w:t>朱立俊</w:t>
            </w:r>
          </w:p>
        </w:tc>
        <w:tc>
          <w:tcPr>
            <w:tcW w:type="dxa" w:w="1080"/>
          </w:tcPr>
          <w:p>
            <w:r>
              <w:t>高分子材料与工程（英语强化）</w:t>
            </w:r>
          </w:p>
        </w:tc>
        <w:tc>
          <w:tcPr>
            <w:tcW w:type="dxa" w:w="1080"/>
          </w:tcPr>
          <w:p>
            <w:r>
              <w:t>387.42</w:t>
            </w:r>
          </w:p>
        </w:tc>
        <w:tc>
          <w:tcPr>
            <w:tcW w:type="dxa" w:w="1080"/>
          </w:tcPr>
          <w:p>
            <w:r>
              <w:t>9</w:t>
            </w:r>
          </w:p>
        </w:tc>
        <w:tc>
          <w:tcPr>
            <w:tcW w:type="dxa" w:w="1080"/>
          </w:tcPr>
          <w:p>
            <w:r>
              <w:t>14</w:t>
            </w:r>
          </w:p>
        </w:tc>
        <w:tc>
          <w:tcPr>
            <w:tcW w:type="dxa" w:w="1080"/>
          </w:tcPr>
          <w:p>
            <w:r>
              <w:t>候选2</w:t>
            </w:r>
          </w:p>
        </w:tc>
      </w:tr>
      <w:tr>
        <w:tc>
          <w:tcPr>
            <w:tcW w:type="dxa" w:w="1080"/>
          </w:tcPr>
          <w:p>
            <w:r>
              <w:t>40</w:t>
            </w:r>
          </w:p>
        </w:tc>
        <w:tc>
          <w:tcPr>
            <w:tcW w:type="dxa" w:w="1080"/>
          </w:tcPr>
          <w:p>
            <w:r>
              <w:t>1909408006</w:t>
            </w:r>
          </w:p>
        </w:tc>
        <w:tc>
          <w:tcPr>
            <w:tcW w:type="dxa" w:w="1080"/>
          </w:tcPr>
          <w:p>
            <w:r>
              <w:t>王陈宁</w:t>
            </w:r>
          </w:p>
        </w:tc>
        <w:tc>
          <w:tcPr>
            <w:tcW w:type="dxa" w:w="1080"/>
          </w:tcPr>
          <w:p>
            <w:r>
              <w:t>化学工程与工艺</w:t>
            </w:r>
          </w:p>
        </w:tc>
        <w:tc>
          <w:tcPr>
            <w:tcW w:type="dxa" w:w="1080"/>
          </w:tcPr>
          <w:p>
            <w:r>
              <w:t>405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41</w:t>
            </w:r>
          </w:p>
        </w:tc>
        <w:tc>
          <w:tcPr>
            <w:tcW w:type="dxa" w:w="1080"/>
          </w:tcPr>
          <w:p>
            <w:r>
              <w:t>1909408009</w:t>
            </w:r>
          </w:p>
        </w:tc>
        <w:tc>
          <w:tcPr>
            <w:tcW w:type="dxa" w:w="1080"/>
          </w:tcPr>
          <w:p>
            <w:r>
              <w:t>杨舒婷</w:t>
            </w:r>
          </w:p>
        </w:tc>
        <w:tc>
          <w:tcPr>
            <w:tcW w:type="dxa" w:w="1080"/>
          </w:tcPr>
          <w:p>
            <w:r>
              <w:t>化学工程与工艺</w:t>
            </w:r>
          </w:p>
        </w:tc>
        <w:tc>
          <w:tcPr>
            <w:tcW w:type="dxa" w:w="1080"/>
          </w:tcPr>
          <w:p>
            <w:r>
              <w:t>405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42</w:t>
            </w:r>
          </w:p>
        </w:tc>
        <w:tc>
          <w:tcPr>
            <w:tcW w:type="dxa" w:w="1080"/>
          </w:tcPr>
          <w:p>
            <w:r>
              <w:t>1909408015</w:t>
            </w:r>
          </w:p>
        </w:tc>
        <w:tc>
          <w:tcPr>
            <w:tcW w:type="dxa" w:w="1080"/>
          </w:tcPr>
          <w:p>
            <w:r>
              <w:t>郑欣雨</w:t>
            </w:r>
          </w:p>
        </w:tc>
        <w:tc>
          <w:tcPr>
            <w:tcW w:type="dxa" w:w="1080"/>
          </w:tcPr>
          <w:p>
            <w:r>
              <w:t>化学工程与工艺</w:t>
            </w:r>
          </w:p>
        </w:tc>
        <w:tc>
          <w:tcPr>
            <w:tcW w:type="dxa" w:w="1080"/>
          </w:tcPr>
          <w:p>
            <w:r>
              <w:t>404.53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43</w:t>
            </w:r>
          </w:p>
        </w:tc>
        <w:tc>
          <w:tcPr>
            <w:tcW w:type="dxa" w:w="1080"/>
          </w:tcPr>
          <w:p>
            <w:r>
              <w:t>1909408012</w:t>
            </w:r>
          </w:p>
        </w:tc>
        <w:tc>
          <w:tcPr>
            <w:tcW w:type="dxa" w:w="1080"/>
          </w:tcPr>
          <w:p>
            <w:r>
              <w:t>李保运</w:t>
            </w:r>
          </w:p>
        </w:tc>
        <w:tc>
          <w:tcPr>
            <w:tcW w:type="dxa" w:w="1080"/>
          </w:tcPr>
          <w:p>
            <w:r>
              <w:t>化学工程与工艺</w:t>
            </w:r>
          </w:p>
        </w:tc>
        <w:tc>
          <w:tcPr>
            <w:tcW w:type="dxa" w:w="1080"/>
          </w:tcPr>
          <w:p>
            <w:r>
              <w:t>388.74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44</w:t>
            </w:r>
          </w:p>
        </w:tc>
        <w:tc>
          <w:tcPr>
            <w:tcW w:type="dxa" w:w="1080"/>
          </w:tcPr>
          <w:p>
            <w:r>
              <w:t>1909408002</w:t>
            </w:r>
          </w:p>
        </w:tc>
        <w:tc>
          <w:tcPr>
            <w:tcW w:type="dxa" w:w="1080"/>
          </w:tcPr>
          <w:p>
            <w:r>
              <w:t>孙滔</w:t>
            </w:r>
          </w:p>
        </w:tc>
        <w:tc>
          <w:tcPr>
            <w:tcW w:type="dxa" w:w="1080"/>
          </w:tcPr>
          <w:p>
            <w:r>
              <w:t>化学工程与工艺</w:t>
            </w:r>
          </w:p>
        </w:tc>
        <w:tc>
          <w:tcPr>
            <w:tcW w:type="dxa" w:w="1080"/>
          </w:tcPr>
          <w:p>
            <w:r>
              <w:t>347.59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45</w:t>
            </w:r>
          </w:p>
        </w:tc>
        <w:tc>
          <w:tcPr>
            <w:tcW w:type="dxa" w:w="1080"/>
          </w:tcPr>
          <w:p>
            <w:r>
              <w:t>1909407016</w:t>
            </w:r>
          </w:p>
        </w:tc>
        <w:tc>
          <w:tcPr>
            <w:tcW w:type="dxa" w:w="1080"/>
          </w:tcPr>
          <w:p>
            <w:r>
              <w:t>乔一恒</w:t>
            </w:r>
          </w:p>
        </w:tc>
        <w:tc>
          <w:tcPr>
            <w:tcW w:type="dxa" w:w="1080"/>
          </w:tcPr>
          <w:p>
            <w:r>
              <w:t>环境工程</w:t>
            </w:r>
          </w:p>
        </w:tc>
        <w:tc>
          <w:tcPr>
            <w:tcW w:type="dxa" w:w="1080"/>
          </w:tcPr>
          <w:p>
            <w:r>
              <w:t>392.2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46</w:t>
            </w:r>
          </w:p>
        </w:tc>
        <w:tc>
          <w:tcPr>
            <w:tcW w:type="dxa" w:w="1080"/>
          </w:tcPr>
          <w:p>
            <w:r>
              <w:t>1909407011</w:t>
            </w:r>
          </w:p>
        </w:tc>
        <w:tc>
          <w:tcPr>
            <w:tcW w:type="dxa" w:w="1080"/>
          </w:tcPr>
          <w:p>
            <w:r>
              <w:t>谢宸璠</w:t>
            </w:r>
          </w:p>
        </w:tc>
        <w:tc>
          <w:tcPr>
            <w:tcW w:type="dxa" w:w="1080"/>
          </w:tcPr>
          <w:p>
            <w:r>
              <w:t>环境工程</w:t>
            </w:r>
          </w:p>
        </w:tc>
        <w:tc>
          <w:tcPr>
            <w:tcW w:type="dxa" w:w="1080"/>
          </w:tcPr>
          <w:p>
            <w:r>
              <w:t>383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47</w:t>
            </w:r>
          </w:p>
        </w:tc>
        <w:tc>
          <w:tcPr>
            <w:tcW w:type="dxa" w:w="1080"/>
          </w:tcPr>
          <w:p>
            <w:r>
              <w:t>1909401083</w:t>
            </w:r>
          </w:p>
        </w:tc>
        <w:tc>
          <w:tcPr>
            <w:tcW w:type="dxa" w:w="1080"/>
          </w:tcPr>
          <w:p>
            <w:r>
              <w:t>包予晗</w:t>
            </w:r>
          </w:p>
        </w:tc>
        <w:tc>
          <w:tcPr>
            <w:tcW w:type="dxa" w:w="1080"/>
          </w:tcPr>
          <w:p>
            <w:r>
              <w:t>应用化学</w:t>
            </w:r>
          </w:p>
        </w:tc>
        <w:tc>
          <w:tcPr>
            <w:tcW w:type="dxa" w:w="1080"/>
          </w:tcPr>
          <w:p>
            <w:r>
              <w:t>400.74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48</w:t>
            </w:r>
          </w:p>
        </w:tc>
        <w:tc>
          <w:tcPr>
            <w:tcW w:type="dxa" w:w="1080"/>
          </w:tcPr>
          <w:p>
            <w:r>
              <w:t>1909401164</w:t>
            </w:r>
          </w:p>
        </w:tc>
        <w:tc>
          <w:tcPr>
            <w:tcW w:type="dxa" w:w="1080"/>
          </w:tcPr>
          <w:p>
            <w:r>
              <w:t>郭子峰</w:t>
            </w:r>
          </w:p>
        </w:tc>
        <w:tc>
          <w:tcPr>
            <w:tcW w:type="dxa" w:w="1080"/>
          </w:tcPr>
          <w:p>
            <w:r>
              <w:t>应用化学</w:t>
            </w:r>
          </w:p>
        </w:tc>
        <w:tc>
          <w:tcPr>
            <w:tcW w:type="dxa" w:w="1080"/>
          </w:tcPr>
          <w:p>
            <w:r>
              <w:t>398.54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49</w:t>
            </w:r>
          </w:p>
        </w:tc>
        <w:tc>
          <w:tcPr>
            <w:tcW w:type="dxa" w:w="1080"/>
          </w:tcPr>
          <w:p>
            <w:r>
              <w:t>1909401147</w:t>
            </w:r>
          </w:p>
        </w:tc>
        <w:tc>
          <w:tcPr>
            <w:tcW w:type="dxa" w:w="1080"/>
          </w:tcPr>
          <w:p>
            <w:r>
              <w:t>许嫣</w:t>
            </w:r>
          </w:p>
        </w:tc>
        <w:tc>
          <w:tcPr>
            <w:tcW w:type="dxa" w:w="1080"/>
          </w:tcPr>
          <w:p>
            <w:r>
              <w:t>应用化学</w:t>
            </w:r>
          </w:p>
        </w:tc>
        <w:tc>
          <w:tcPr>
            <w:tcW w:type="dxa" w:w="1080"/>
          </w:tcPr>
          <w:p>
            <w:r>
              <w:t>391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