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材化部推荐优秀应届本科毕业生2022年免试攻读硕士学位研究生名单公示</w:t>
      </w:r>
    </w:p>
    <w:p>
      <w:r>
        <w:t>经学生个人申报，由学院（部）推荐工作领导小组根据《苏州大学推荐优秀应届本科毕业生免试攻读硕士学位研究生工作实施办法》、《苏州大学材料与化学化工学部推荐优秀应届本科毕业生2022年免试攻读硕士研究生实施细则》等规定，审核学生的申请资格并组织全面考核。</w:t>
      </w:r>
    </w:p>
    <w:p>
      <w:r>
        <w:t>根据申请者综合考核成绩，确定拟推荐学生名单并公示如下，公示时间为2020年9月18日至2020年9月2 7日。如有异议，请在公示期工作日内实名向学部教务办公室申诉(电话67060350、邮箱guowenjuan@suda.edu.cn)，由学部推免工作领导小组给出反馈意见。</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学号</w:t>
            </w:r>
          </w:p>
        </w:tc>
        <w:tc>
          <w:tcPr>
            <w:tcW w:type="dxa" w:w="1080"/>
          </w:tcPr>
          <w:p>
            <w:r>
              <w:t>姓名</w:t>
            </w:r>
          </w:p>
        </w:tc>
        <w:tc>
          <w:tcPr>
            <w:tcW w:type="dxa" w:w="1080"/>
          </w:tcPr>
          <w:p>
            <w:r>
              <w:t>所在专业</w:t>
            </w:r>
          </w:p>
        </w:tc>
        <w:tc>
          <w:tcPr>
            <w:tcW w:type="dxa" w:w="1080"/>
          </w:tcPr>
          <w:p>
            <w:r>
              <w:t>综合成绩</w:t>
            </w:r>
          </w:p>
        </w:tc>
        <w:tc>
          <w:tcPr>
            <w:tcW w:type="dxa" w:w="1080"/>
          </w:tcPr>
          <w:p>
            <w:r>
              <w:t>专业综合排名</w:t>
            </w:r>
          </w:p>
        </w:tc>
        <w:tc>
          <w:tcPr>
            <w:tcW w:type="dxa" w:w="1080"/>
          </w:tcPr>
          <w:p>
            <w:r>
              <w:t>专业排名人数</w:t>
            </w:r>
          </w:p>
        </w:tc>
        <w:tc>
          <w:tcPr>
            <w:tcW w:type="dxa" w:w="1080"/>
          </w:tcPr>
          <w:p>
            <w:r>
              <w:t>备注</w:t>
            </w:r>
          </w:p>
        </w:tc>
      </w:tr>
      <w:tr>
        <w:tc>
          <w:tcPr>
            <w:tcW w:type="dxa" w:w="1080"/>
          </w:tcPr>
          <w:p>
            <w:r>
              <w:t>1</w:t>
            </w:r>
          </w:p>
        </w:tc>
        <w:tc>
          <w:tcPr>
            <w:tcW w:type="dxa" w:w="1080"/>
          </w:tcPr>
          <w:p>
            <w:r>
              <w:t>1809404041</w:t>
            </w:r>
          </w:p>
        </w:tc>
        <w:tc>
          <w:tcPr>
            <w:tcW w:type="dxa" w:w="1080"/>
          </w:tcPr>
          <w:p>
            <w:r>
              <w:t>刘家文</w:t>
            </w:r>
          </w:p>
        </w:tc>
        <w:tc>
          <w:tcPr>
            <w:tcW w:type="dxa" w:w="1080"/>
          </w:tcPr>
          <w:p>
            <w:r>
              <w:t>材料科学与工程</w:t>
            </w:r>
          </w:p>
        </w:tc>
        <w:tc>
          <w:tcPr>
            <w:tcW w:type="dxa" w:w="1080"/>
          </w:tcPr>
          <w:p>
            <w:r>
              <w:t>413.36</w:t>
            </w:r>
          </w:p>
        </w:tc>
        <w:tc>
          <w:tcPr>
            <w:tcW w:type="dxa" w:w="1080"/>
          </w:tcPr>
          <w:p>
            <w:r>
              <w:t>1</w:t>
            </w:r>
          </w:p>
        </w:tc>
        <w:tc>
          <w:tcPr>
            <w:tcW w:type="dxa" w:w="1080"/>
          </w:tcPr>
          <w:p>
            <w:r>
              <w:t>12</w:t>
            </w:r>
          </w:p>
        </w:tc>
        <w:tc>
          <w:tcPr>
            <w:tcW w:type="dxa" w:w="1080"/>
          </w:tcPr>
          <w:p>
            <w:r/>
          </w:p>
        </w:tc>
      </w:tr>
      <w:tr>
        <w:tc>
          <w:tcPr>
            <w:tcW w:type="dxa" w:w="1080"/>
          </w:tcPr>
          <w:p>
            <w:r>
              <w:t>2</w:t>
            </w:r>
          </w:p>
        </w:tc>
        <w:tc>
          <w:tcPr>
            <w:tcW w:type="dxa" w:w="1080"/>
          </w:tcPr>
          <w:p>
            <w:r>
              <w:t>1809404040</w:t>
            </w:r>
          </w:p>
        </w:tc>
        <w:tc>
          <w:tcPr>
            <w:tcW w:type="dxa" w:w="1080"/>
          </w:tcPr>
          <w:p>
            <w:r>
              <w:t>许天宇</w:t>
            </w:r>
          </w:p>
        </w:tc>
        <w:tc>
          <w:tcPr>
            <w:tcW w:type="dxa" w:w="1080"/>
          </w:tcPr>
          <w:p>
            <w:r>
              <w:t>材料科学与工程</w:t>
            </w:r>
          </w:p>
        </w:tc>
        <w:tc>
          <w:tcPr>
            <w:tcW w:type="dxa" w:w="1080"/>
          </w:tcPr>
          <w:p>
            <w:r>
              <w:t>400.09</w:t>
            </w:r>
          </w:p>
        </w:tc>
        <w:tc>
          <w:tcPr>
            <w:tcW w:type="dxa" w:w="1080"/>
          </w:tcPr>
          <w:p>
            <w:r>
              <w:t>2</w:t>
            </w:r>
          </w:p>
        </w:tc>
        <w:tc>
          <w:tcPr>
            <w:tcW w:type="dxa" w:w="1080"/>
          </w:tcPr>
          <w:p>
            <w:r>
              <w:t>12</w:t>
            </w:r>
          </w:p>
        </w:tc>
        <w:tc>
          <w:tcPr>
            <w:tcW w:type="dxa" w:w="1080"/>
          </w:tcPr>
          <w:p>
            <w:r/>
          </w:p>
        </w:tc>
      </w:tr>
      <w:tr>
        <w:tc>
          <w:tcPr>
            <w:tcW w:type="dxa" w:w="1080"/>
          </w:tcPr>
          <w:p>
            <w:r>
              <w:t>3</w:t>
            </w:r>
          </w:p>
        </w:tc>
        <w:tc>
          <w:tcPr>
            <w:tcW w:type="dxa" w:w="1080"/>
          </w:tcPr>
          <w:p>
            <w:r>
              <w:t>1809404043</w:t>
            </w:r>
          </w:p>
        </w:tc>
        <w:tc>
          <w:tcPr>
            <w:tcW w:type="dxa" w:w="1080"/>
          </w:tcPr>
          <w:p>
            <w:r>
              <w:t>严逸舟</w:t>
            </w:r>
          </w:p>
        </w:tc>
        <w:tc>
          <w:tcPr>
            <w:tcW w:type="dxa" w:w="1080"/>
          </w:tcPr>
          <w:p>
            <w:r>
              <w:t>材料科学与工程（英语强化）</w:t>
            </w:r>
          </w:p>
        </w:tc>
        <w:tc>
          <w:tcPr>
            <w:tcW w:type="dxa" w:w="1080"/>
          </w:tcPr>
          <w:p>
            <w:r>
              <w:t>399.92</w:t>
            </w:r>
          </w:p>
        </w:tc>
        <w:tc>
          <w:tcPr>
            <w:tcW w:type="dxa" w:w="1080"/>
          </w:tcPr>
          <w:p>
            <w:r>
              <w:t>3</w:t>
            </w:r>
          </w:p>
        </w:tc>
        <w:tc>
          <w:tcPr>
            <w:tcW w:type="dxa" w:w="1080"/>
          </w:tcPr>
          <w:p>
            <w:r>
              <w:t>12</w:t>
            </w:r>
          </w:p>
        </w:tc>
        <w:tc>
          <w:tcPr>
            <w:tcW w:type="dxa" w:w="1080"/>
          </w:tcPr>
          <w:p>
            <w:r/>
          </w:p>
        </w:tc>
      </w:tr>
      <w:tr>
        <w:tc>
          <w:tcPr>
            <w:tcW w:type="dxa" w:w="1080"/>
          </w:tcPr>
          <w:p>
            <w:r>
              <w:t>4</w:t>
            </w:r>
          </w:p>
        </w:tc>
        <w:tc>
          <w:tcPr>
            <w:tcW w:type="dxa" w:w="1080"/>
          </w:tcPr>
          <w:p>
            <w:r>
              <w:t>1809404047</w:t>
            </w:r>
          </w:p>
        </w:tc>
        <w:tc>
          <w:tcPr>
            <w:tcW w:type="dxa" w:w="1080"/>
          </w:tcPr>
          <w:p>
            <w:r>
              <w:t>郭兴</w:t>
            </w:r>
          </w:p>
        </w:tc>
        <w:tc>
          <w:tcPr>
            <w:tcW w:type="dxa" w:w="1080"/>
          </w:tcPr>
          <w:p>
            <w:r>
              <w:t>材料科学与工程</w:t>
            </w:r>
          </w:p>
        </w:tc>
        <w:tc>
          <w:tcPr>
            <w:tcW w:type="dxa" w:w="1080"/>
          </w:tcPr>
          <w:p>
            <w:r>
              <w:t>391.5</w:t>
            </w:r>
          </w:p>
        </w:tc>
        <w:tc>
          <w:tcPr>
            <w:tcW w:type="dxa" w:w="1080"/>
          </w:tcPr>
          <w:p>
            <w:r>
              <w:t>4</w:t>
            </w:r>
          </w:p>
        </w:tc>
        <w:tc>
          <w:tcPr>
            <w:tcW w:type="dxa" w:w="1080"/>
          </w:tcPr>
          <w:p>
            <w:r>
              <w:t>12</w:t>
            </w:r>
          </w:p>
        </w:tc>
        <w:tc>
          <w:tcPr>
            <w:tcW w:type="dxa" w:w="1080"/>
          </w:tcPr>
          <w:p>
            <w:r/>
          </w:p>
        </w:tc>
      </w:tr>
      <w:tr>
        <w:tc>
          <w:tcPr>
            <w:tcW w:type="dxa" w:w="1080"/>
          </w:tcPr>
          <w:p>
            <w:r>
              <w:t>5</w:t>
            </w:r>
          </w:p>
        </w:tc>
        <w:tc>
          <w:tcPr>
            <w:tcW w:type="dxa" w:w="1080"/>
          </w:tcPr>
          <w:p>
            <w:r>
              <w:t>1809404083</w:t>
            </w:r>
          </w:p>
        </w:tc>
        <w:tc>
          <w:tcPr>
            <w:tcW w:type="dxa" w:w="1080"/>
          </w:tcPr>
          <w:p>
            <w:r>
              <w:t>李云昊</w:t>
            </w:r>
          </w:p>
        </w:tc>
        <w:tc>
          <w:tcPr>
            <w:tcW w:type="dxa" w:w="1080"/>
          </w:tcPr>
          <w:p>
            <w:r>
              <w:t>材料科学与工程（英语强化）</w:t>
            </w:r>
          </w:p>
        </w:tc>
        <w:tc>
          <w:tcPr>
            <w:tcW w:type="dxa" w:w="1080"/>
          </w:tcPr>
          <w:p>
            <w:r>
              <w:t>381.5</w:t>
            </w:r>
          </w:p>
        </w:tc>
        <w:tc>
          <w:tcPr>
            <w:tcW w:type="dxa" w:w="1080"/>
          </w:tcPr>
          <w:p>
            <w:r>
              <w:t>5</w:t>
            </w:r>
          </w:p>
        </w:tc>
        <w:tc>
          <w:tcPr>
            <w:tcW w:type="dxa" w:w="1080"/>
          </w:tcPr>
          <w:p>
            <w:r>
              <w:t>12</w:t>
            </w:r>
          </w:p>
        </w:tc>
        <w:tc>
          <w:tcPr>
            <w:tcW w:type="dxa" w:w="1080"/>
          </w:tcPr>
          <w:p>
            <w:r/>
          </w:p>
        </w:tc>
      </w:tr>
      <w:tr>
        <w:tc>
          <w:tcPr>
            <w:tcW w:type="dxa" w:w="1080"/>
          </w:tcPr>
          <w:p>
            <w:r>
              <w:t>6</w:t>
            </w:r>
          </w:p>
        </w:tc>
        <w:tc>
          <w:tcPr>
            <w:tcW w:type="dxa" w:w="1080"/>
          </w:tcPr>
          <w:p>
            <w:r>
              <w:t>1809404048</w:t>
            </w:r>
          </w:p>
        </w:tc>
        <w:tc>
          <w:tcPr>
            <w:tcW w:type="dxa" w:w="1080"/>
          </w:tcPr>
          <w:p>
            <w:r>
              <w:t>丁俊源</w:t>
            </w:r>
          </w:p>
        </w:tc>
        <w:tc>
          <w:tcPr>
            <w:tcW w:type="dxa" w:w="1080"/>
          </w:tcPr>
          <w:p>
            <w:r>
              <w:t>材料科学与工程</w:t>
            </w:r>
          </w:p>
        </w:tc>
        <w:tc>
          <w:tcPr>
            <w:tcW w:type="dxa" w:w="1080"/>
          </w:tcPr>
          <w:p>
            <w:r>
              <w:t>380</w:t>
            </w:r>
          </w:p>
        </w:tc>
        <w:tc>
          <w:tcPr>
            <w:tcW w:type="dxa" w:w="1080"/>
          </w:tcPr>
          <w:p>
            <w:r>
              <w:t>6</w:t>
            </w:r>
          </w:p>
        </w:tc>
        <w:tc>
          <w:tcPr>
            <w:tcW w:type="dxa" w:w="1080"/>
          </w:tcPr>
          <w:p>
            <w:r>
              <w:t>12</w:t>
            </w:r>
          </w:p>
        </w:tc>
        <w:tc>
          <w:tcPr>
            <w:tcW w:type="dxa" w:w="1080"/>
          </w:tcPr>
          <w:p>
            <w:r/>
          </w:p>
        </w:tc>
      </w:tr>
      <w:tr>
        <w:tc>
          <w:tcPr>
            <w:tcW w:type="dxa" w:w="1080"/>
          </w:tcPr>
          <w:p>
            <w:r>
              <w:t>7</w:t>
            </w:r>
          </w:p>
        </w:tc>
        <w:tc>
          <w:tcPr>
            <w:tcW w:type="dxa" w:w="1080"/>
          </w:tcPr>
          <w:p>
            <w:r>
              <w:t>1809404097</w:t>
            </w:r>
          </w:p>
        </w:tc>
        <w:tc>
          <w:tcPr>
            <w:tcW w:type="dxa" w:w="1080"/>
          </w:tcPr>
          <w:p>
            <w:r>
              <w:t>陆卓蓉</w:t>
            </w:r>
          </w:p>
        </w:tc>
        <w:tc>
          <w:tcPr>
            <w:tcW w:type="dxa" w:w="1080"/>
          </w:tcPr>
          <w:p>
            <w:r>
              <w:t>高分子材料与工程</w:t>
            </w:r>
          </w:p>
        </w:tc>
        <w:tc>
          <w:tcPr>
            <w:tcW w:type="dxa" w:w="1080"/>
          </w:tcPr>
          <w:p>
            <w:r>
              <w:t>411</w:t>
            </w:r>
          </w:p>
        </w:tc>
        <w:tc>
          <w:tcPr>
            <w:tcW w:type="dxa" w:w="1080"/>
          </w:tcPr>
          <w:p>
            <w:r>
              <w:t>1</w:t>
            </w:r>
          </w:p>
        </w:tc>
        <w:tc>
          <w:tcPr>
            <w:tcW w:type="dxa" w:w="1080"/>
          </w:tcPr>
          <w:p>
            <w:r>
              <w:t>14</w:t>
            </w:r>
          </w:p>
        </w:tc>
        <w:tc>
          <w:tcPr>
            <w:tcW w:type="dxa" w:w="1080"/>
          </w:tcPr>
          <w:p>
            <w:r/>
          </w:p>
        </w:tc>
      </w:tr>
      <w:tr>
        <w:tc>
          <w:tcPr>
            <w:tcW w:type="dxa" w:w="1080"/>
          </w:tcPr>
          <w:p>
            <w:r>
              <w:t>8</w:t>
            </w:r>
          </w:p>
        </w:tc>
        <w:tc>
          <w:tcPr>
            <w:tcW w:type="dxa" w:w="1080"/>
          </w:tcPr>
          <w:p>
            <w:r>
              <w:t>1809404126</w:t>
            </w:r>
          </w:p>
        </w:tc>
        <w:tc>
          <w:tcPr>
            <w:tcW w:type="dxa" w:w="1080"/>
          </w:tcPr>
          <w:p>
            <w:r>
              <w:t>谢振彪</w:t>
            </w:r>
          </w:p>
        </w:tc>
        <w:tc>
          <w:tcPr>
            <w:tcW w:type="dxa" w:w="1080"/>
          </w:tcPr>
          <w:p>
            <w:r>
              <w:t>高分子材料与工程</w:t>
            </w:r>
          </w:p>
        </w:tc>
        <w:tc>
          <w:tcPr>
            <w:tcW w:type="dxa" w:w="1080"/>
          </w:tcPr>
          <w:p>
            <w:r>
              <w:t>407.3</w:t>
            </w:r>
          </w:p>
        </w:tc>
        <w:tc>
          <w:tcPr>
            <w:tcW w:type="dxa" w:w="1080"/>
          </w:tcPr>
          <w:p>
            <w:r>
              <w:t>2</w:t>
            </w:r>
          </w:p>
        </w:tc>
        <w:tc>
          <w:tcPr>
            <w:tcW w:type="dxa" w:w="1080"/>
          </w:tcPr>
          <w:p>
            <w:r>
              <w:t>14</w:t>
            </w:r>
          </w:p>
        </w:tc>
        <w:tc>
          <w:tcPr>
            <w:tcW w:type="dxa" w:w="1080"/>
          </w:tcPr>
          <w:p>
            <w:r/>
          </w:p>
        </w:tc>
      </w:tr>
      <w:tr>
        <w:tc>
          <w:tcPr>
            <w:tcW w:type="dxa" w:w="1080"/>
          </w:tcPr>
          <w:p>
            <w:r>
              <w:t>9</w:t>
            </w:r>
          </w:p>
        </w:tc>
        <w:tc>
          <w:tcPr>
            <w:tcW w:type="dxa" w:w="1080"/>
          </w:tcPr>
          <w:p>
            <w:r>
              <w:t>1809404086</w:t>
            </w:r>
          </w:p>
        </w:tc>
        <w:tc>
          <w:tcPr>
            <w:tcW w:type="dxa" w:w="1080"/>
          </w:tcPr>
          <w:p>
            <w:r>
              <w:t>宋雨阳</w:t>
            </w:r>
          </w:p>
        </w:tc>
        <w:tc>
          <w:tcPr>
            <w:tcW w:type="dxa" w:w="1080"/>
          </w:tcPr>
          <w:p>
            <w:r>
              <w:t>高分子材料与工程</w:t>
            </w:r>
          </w:p>
        </w:tc>
        <w:tc>
          <w:tcPr>
            <w:tcW w:type="dxa" w:w="1080"/>
          </w:tcPr>
          <w:p>
            <w:r>
              <w:t>402</w:t>
            </w:r>
          </w:p>
        </w:tc>
        <w:tc>
          <w:tcPr>
            <w:tcW w:type="dxa" w:w="1080"/>
          </w:tcPr>
          <w:p>
            <w:r>
              <w:t>3</w:t>
            </w:r>
          </w:p>
        </w:tc>
        <w:tc>
          <w:tcPr>
            <w:tcW w:type="dxa" w:w="1080"/>
          </w:tcPr>
          <w:p>
            <w:r>
              <w:t>14</w:t>
            </w:r>
          </w:p>
        </w:tc>
        <w:tc>
          <w:tcPr>
            <w:tcW w:type="dxa" w:w="1080"/>
          </w:tcPr>
          <w:p>
            <w:r/>
          </w:p>
        </w:tc>
      </w:tr>
      <w:tr>
        <w:tc>
          <w:tcPr>
            <w:tcW w:type="dxa" w:w="1080"/>
          </w:tcPr>
          <w:p>
            <w:r>
              <w:t>10</w:t>
            </w:r>
          </w:p>
        </w:tc>
        <w:tc>
          <w:tcPr>
            <w:tcW w:type="dxa" w:w="1080"/>
          </w:tcPr>
          <w:p>
            <w:r>
              <w:t>1809404036</w:t>
            </w:r>
          </w:p>
        </w:tc>
        <w:tc>
          <w:tcPr>
            <w:tcW w:type="dxa" w:w="1080"/>
          </w:tcPr>
          <w:p>
            <w:r>
              <w:t>陈智琪</w:t>
            </w:r>
          </w:p>
        </w:tc>
        <w:tc>
          <w:tcPr>
            <w:tcW w:type="dxa" w:w="1080"/>
          </w:tcPr>
          <w:p>
            <w:r>
              <w:t>高分子材料与工程</w:t>
            </w:r>
          </w:p>
        </w:tc>
        <w:tc>
          <w:tcPr>
            <w:tcW w:type="dxa" w:w="1080"/>
          </w:tcPr>
          <w:p>
            <w:r>
              <w:t>398.5</w:t>
            </w:r>
          </w:p>
        </w:tc>
        <w:tc>
          <w:tcPr>
            <w:tcW w:type="dxa" w:w="1080"/>
          </w:tcPr>
          <w:p>
            <w:r>
              <w:t>4</w:t>
            </w:r>
          </w:p>
        </w:tc>
        <w:tc>
          <w:tcPr>
            <w:tcW w:type="dxa" w:w="1080"/>
          </w:tcPr>
          <w:p>
            <w:r>
              <w:t>14</w:t>
            </w:r>
          </w:p>
        </w:tc>
        <w:tc>
          <w:tcPr>
            <w:tcW w:type="dxa" w:w="1080"/>
          </w:tcPr>
          <w:p>
            <w:r/>
          </w:p>
        </w:tc>
      </w:tr>
      <w:tr>
        <w:tc>
          <w:tcPr>
            <w:tcW w:type="dxa" w:w="1080"/>
          </w:tcPr>
          <w:p>
            <w:r>
              <w:t>11</w:t>
            </w:r>
          </w:p>
        </w:tc>
        <w:tc>
          <w:tcPr>
            <w:tcW w:type="dxa" w:w="1080"/>
          </w:tcPr>
          <w:p>
            <w:r>
              <w:t>1809404050</w:t>
            </w:r>
          </w:p>
        </w:tc>
        <w:tc>
          <w:tcPr>
            <w:tcW w:type="dxa" w:w="1080"/>
          </w:tcPr>
          <w:p>
            <w:r>
              <w:t>鞠恒伟</w:t>
            </w:r>
          </w:p>
        </w:tc>
        <w:tc>
          <w:tcPr>
            <w:tcW w:type="dxa" w:w="1080"/>
          </w:tcPr>
          <w:p>
            <w:r>
              <w:t>高分子材料与工程</w:t>
            </w:r>
          </w:p>
        </w:tc>
        <w:tc>
          <w:tcPr>
            <w:tcW w:type="dxa" w:w="1080"/>
          </w:tcPr>
          <w:p>
            <w:r>
              <w:t>392</w:t>
            </w:r>
          </w:p>
        </w:tc>
        <w:tc>
          <w:tcPr>
            <w:tcW w:type="dxa" w:w="1080"/>
          </w:tcPr>
          <w:p>
            <w:r>
              <w:t>5</w:t>
            </w:r>
          </w:p>
        </w:tc>
        <w:tc>
          <w:tcPr>
            <w:tcW w:type="dxa" w:w="1080"/>
          </w:tcPr>
          <w:p>
            <w:r>
              <w:t>14</w:t>
            </w:r>
          </w:p>
        </w:tc>
        <w:tc>
          <w:tcPr>
            <w:tcW w:type="dxa" w:w="1080"/>
          </w:tcPr>
          <w:p>
            <w:r/>
          </w:p>
        </w:tc>
      </w:tr>
      <w:tr>
        <w:tc>
          <w:tcPr>
            <w:tcW w:type="dxa" w:w="1080"/>
          </w:tcPr>
          <w:p>
            <w:r>
              <w:t>12</w:t>
            </w:r>
          </w:p>
        </w:tc>
        <w:tc>
          <w:tcPr>
            <w:tcW w:type="dxa" w:w="1080"/>
          </w:tcPr>
          <w:p>
            <w:r>
              <w:t>1809404005</w:t>
            </w:r>
          </w:p>
        </w:tc>
        <w:tc>
          <w:tcPr>
            <w:tcW w:type="dxa" w:w="1080"/>
          </w:tcPr>
          <w:p>
            <w:r>
              <w:t>沈青云</w:t>
            </w:r>
          </w:p>
        </w:tc>
        <w:tc>
          <w:tcPr>
            <w:tcW w:type="dxa" w:w="1080"/>
          </w:tcPr>
          <w:p>
            <w:r>
              <w:t>高分子材料与工程</w:t>
            </w:r>
          </w:p>
        </w:tc>
        <w:tc>
          <w:tcPr>
            <w:tcW w:type="dxa" w:w="1080"/>
          </w:tcPr>
          <w:p>
            <w:r>
              <w:t>390</w:t>
            </w:r>
          </w:p>
        </w:tc>
        <w:tc>
          <w:tcPr>
            <w:tcW w:type="dxa" w:w="1080"/>
          </w:tcPr>
          <w:p>
            <w:r>
              <w:t>6</w:t>
            </w:r>
          </w:p>
        </w:tc>
        <w:tc>
          <w:tcPr>
            <w:tcW w:type="dxa" w:w="1080"/>
          </w:tcPr>
          <w:p>
            <w:r>
              <w:t>14</w:t>
            </w:r>
          </w:p>
        </w:tc>
        <w:tc>
          <w:tcPr>
            <w:tcW w:type="dxa" w:w="1080"/>
          </w:tcPr>
          <w:p>
            <w:r/>
          </w:p>
        </w:tc>
      </w:tr>
      <w:tr>
        <w:tc>
          <w:tcPr>
            <w:tcW w:type="dxa" w:w="1080"/>
          </w:tcPr>
          <w:p>
            <w:r>
              <w:t>13</w:t>
            </w:r>
          </w:p>
        </w:tc>
        <w:tc>
          <w:tcPr>
            <w:tcW w:type="dxa" w:w="1080"/>
          </w:tcPr>
          <w:p>
            <w:r>
              <w:t>1809404022</w:t>
            </w:r>
          </w:p>
        </w:tc>
        <w:tc>
          <w:tcPr>
            <w:tcW w:type="dxa" w:w="1080"/>
          </w:tcPr>
          <w:p>
            <w:r>
              <w:t>高鸣昶</w:t>
            </w:r>
          </w:p>
        </w:tc>
        <w:tc>
          <w:tcPr>
            <w:tcW w:type="dxa" w:w="1080"/>
          </w:tcPr>
          <w:p>
            <w:r>
              <w:t>高分子材料与工程</w:t>
            </w:r>
          </w:p>
        </w:tc>
        <w:tc>
          <w:tcPr>
            <w:tcW w:type="dxa" w:w="1080"/>
          </w:tcPr>
          <w:p>
            <w:r>
              <w:t>389</w:t>
            </w:r>
          </w:p>
        </w:tc>
        <w:tc>
          <w:tcPr>
            <w:tcW w:type="dxa" w:w="1080"/>
          </w:tcPr>
          <w:p>
            <w:r>
              <w:t>7</w:t>
            </w:r>
          </w:p>
        </w:tc>
        <w:tc>
          <w:tcPr>
            <w:tcW w:type="dxa" w:w="1080"/>
          </w:tcPr>
          <w:p>
            <w:r>
              <w:t>14</w:t>
            </w:r>
          </w:p>
        </w:tc>
        <w:tc>
          <w:tcPr>
            <w:tcW w:type="dxa" w:w="1080"/>
          </w:tcPr>
          <w:p>
            <w:r/>
          </w:p>
        </w:tc>
      </w:tr>
      <w:tr>
        <w:tc>
          <w:tcPr>
            <w:tcW w:type="dxa" w:w="1080"/>
          </w:tcPr>
          <w:p>
            <w:r>
              <w:t>14</w:t>
            </w:r>
          </w:p>
        </w:tc>
        <w:tc>
          <w:tcPr>
            <w:tcW w:type="dxa" w:w="1080"/>
          </w:tcPr>
          <w:p>
            <w:r>
              <w:t>1809404064</w:t>
            </w:r>
          </w:p>
        </w:tc>
        <w:tc>
          <w:tcPr>
            <w:tcW w:type="dxa" w:w="1080"/>
          </w:tcPr>
          <w:p>
            <w:r>
              <w:t>费宇成</w:t>
            </w:r>
          </w:p>
        </w:tc>
        <w:tc>
          <w:tcPr>
            <w:tcW w:type="dxa" w:w="1080"/>
          </w:tcPr>
          <w:p>
            <w:r>
              <w:t>功能材料</w:t>
            </w:r>
          </w:p>
        </w:tc>
        <w:tc>
          <w:tcPr>
            <w:tcW w:type="dxa" w:w="1080"/>
          </w:tcPr>
          <w:p>
            <w:r>
              <w:t>397.5</w:t>
            </w:r>
          </w:p>
        </w:tc>
        <w:tc>
          <w:tcPr>
            <w:tcW w:type="dxa" w:w="1080"/>
          </w:tcPr>
          <w:p>
            <w:r>
              <w:t>1</w:t>
            </w:r>
          </w:p>
        </w:tc>
        <w:tc>
          <w:tcPr>
            <w:tcW w:type="dxa" w:w="1080"/>
          </w:tcPr>
          <w:p>
            <w:r>
              <w:t>21</w:t>
            </w:r>
          </w:p>
        </w:tc>
        <w:tc>
          <w:tcPr>
            <w:tcW w:type="dxa" w:w="1080"/>
          </w:tcPr>
          <w:p>
            <w:r/>
          </w:p>
        </w:tc>
      </w:tr>
      <w:tr>
        <w:tc>
          <w:tcPr>
            <w:tcW w:type="dxa" w:w="1080"/>
          </w:tcPr>
          <w:p>
            <w:r>
              <w:t>15</w:t>
            </w:r>
          </w:p>
        </w:tc>
        <w:tc>
          <w:tcPr>
            <w:tcW w:type="dxa" w:w="1080"/>
          </w:tcPr>
          <w:p>
            <w:r>
              <w:t>1809404090</w:t>
            </w:r>
          </w:p>
        </w:tc>
        <w:tc>
          <w:tcPr>
            <w:tcW w:type="dxa" w:w="1080"/>
          </w:tcPr>
          <w:p>
            <w:r>
              <w:t>杨睿祺</w:t>
            </w:r>
          </w:p>
        </w:tc>
        <w:tc>
          <w:tcPr>
            <w:tcW w:type="dxa" w:w="1080"/>
          </w:tcPr>
          <w:p>
            <w:r>
              <w:t>功能材料</w:t>
            </w:r>
          </w:p>
        </w:tc>
        <w:tc>
          <w:tcPr>
            <w:tcW w:type="dxa" w:w="1080"/>
          </w:tcPr>
          <w:p>
            <w:r>
              <w:t>394.05</w:t>
            </w:r>
          </w:p>
        </w:tc>
        <w:tc>
          <w:tcPr>
            <w:tcW w:type="dxa" w:w="1080"/>
          </w:tcPr>
          <w:p>
            <w:r>
              <w:t>2</w:t>
            </w:r>
          </w:p>
        </w:tc>
        <w:tc>
          <w:tcPr>
            <w:tcW w:type="dxa" w:w="1080"/>
          </w:tcPr>
          <w:p>
            <w:r>
              <w:t>21</w:t>
            </w:r>
          </w:p>
        </w:tc>
        <w:tc>
          <w:tcPr>
            <w:tcW w:type="dxa" w:w="1080"/>
          </w:tcPr>
          <w:p>
            <w:r/>
          </w:p>
        </w:tc>
      </w:tr>
      <w:tr>
        <w:tc>
          <w:tcPr>
            <w:tcW w:type="dxa" w:w="1080"/>
          </w:tcPr>
          <w:p>
            <w:r>
              <w:t>16</w:t>
            </w:r>
          </w:p>
        </w:tc>
        <w:tc>
          <w:tcPr>
            <w:tcW w:type="dxa" w:w="1080"/>
          </w:tcPr>
          <w:p>
            <w:r>
              <w:t>1809404014</w:t>
            </w:r>
          </w:p>
        </w:tc>
        <w:tc>
          <w:tcPr>
            <w:tcW w:type="dxa" w:w="1080"/>
          </w:tcPr>
          <w:p>
            <w:r>
              <w:t>王亦陈</w:t>
            </w:r>
          </w:p>
        </w:tc>
        <w:tc>
          <w:tcPr>
            <w:tcW w:type="dxa" w:w="1080"/>
          </w:tcPr>
          <w:p>
            <w:r>
              <w:t>化学（英语强化）</w:t>
            </w:r>
          </w:p>
        </w:tc>
        <w:tc>
          <w:tcPr>
            <w:tcW w:type="dxa" w:w="1080"/>
          </w:tcPr>
          <w:p>
            <w:r>
              <w:t>415</w:t>
            </w:r>
          </w:p>
        </w:tc>
        <w:tc>
          <w:tcPr>
            <w:tcW w:type="dxa" w:w="1080"/>
          </w:tcPr>
          <w:p>
            <w:r>
              <w:t>1</w:t>
            </w:r>
          </w:p>
        </w:tc>
        <w:tc>
          <w:tcPr>
            <w:tcW w:type="dxa" w:w="1080"/>
          </w:tcPr>
          <w:p>
            <w:r>
              <w:t>21</w:t>
            </w:r>
          </w:p>
        </w:tc>
        <w:tc>
          <w:tcPr>
            <w:tcW w:type="dxa" w:w="1080"/>
          </w:tcPr>
          <w:p>
            <w:r/>
          </w:p>
        </w:tc>
      </w:tr>
      <w:tr>
        <w:tc>
          <w:tcPr>
            <w:tcW w:type="dxa" w:w="1080"/>
          </w:tcPr>
          <w:p>
            <w:r>
              <w:t>17</w:t>
            </w:r>
          </w:p>
        </w:tc>
        <w:tc>
          <w:tcPr>
            <w:tcW w:type="dxa" w:w="1080"/>
          </w:tcPr>
          <w:p>
            <w:r>
              <w:t>1809401017</w:t>
            </w:r>
          </w:p>
        </w:tc>
        <w:tc>
          <w:tcPr>
            <w:tcW w:type="dxa" w:w="1080"/>
          </w:tcPr>
          <w:p>
            <w:r>
              <w:t>沙新虎</w:t>
            </w:r>
          </w:p>
        </w:tc>
        <w:tc>
          <w:tcPr>
            <w:tcW w:type="dxa" w:w="1080"/>
          </w:tcPr>
          <w:p>
            <w:r>
              <w:t>化学（英语强化）</w:t>
            </w:r>
          </w:p>
        </w:tc>
        <w:tc>
          <w:tcPr>
            <w:tcW w:type="dxa" w:w="1080"/>
          </w:tcPr>
          <w:p>
            <w:r>
              <w:t>407</w:t>
            </w:r>
          </w:p>
        </w:tc>
        <w:tc>
          <w:tcPr>
            <w:tcW w:type="dxa" w:w="1080"/>
          </w:tcPr>
          <w:p>
            <w:r>
              <w:t>2</w:t>
            </w:r>
          </w:p>
        </w:tc>
        <w:tc>
          <w:tcPr>
            <w:tcW w:type="dxa" w:w="1080"/>
          </w:tcPr>
          <w:p>
            <w:r>
              <w:t>21</w:t>
            </w:r>
          </w:p>
        </w:tc>
        <w:tc>
          <w:tcPr>
            <w:tcW w:type="dxa" w:w="1080"/>
          </w:tcPr>
          <w:p>
            <w:r/>
          </w:p>
        </w:tc>
      </w:tr>
      <w:tr>
        <w:tc>
          <w:tcPr>
            <w:tcW w:type="dxa" w:w="1080"/>
          </w:tcPr>
          <w:p>
            <w:r>
              <w:t>18</w:t>
            </w:r>
          </w:p>
        </w:tc>
        <w:tc>
          <w:tcPr>
            <w:tcW w:type="dxa" w:w="1080"/>
          </w:tcPr>
          <w:p>
            <w:r>
              <w:t>1809401141</w:t>
            </w:r>
          </w:p>
        </w:tc>
        <w:tc>
          <w:tcPr>
            <w:tcW w:type="dxa" w:w="1080"/>
          </w:tcPr>
          <w:p>
            <w:r>
              <w:t>韩月</w:t>
            </w:r>
          </w:p>
        </w:tc>
        <w:tc>
          <w:tcPr>
            <w:tcW w:type="dxa" w:w="1080"/>
          </w:tcPr>
          <w:p>
            <w:r>
              <w:t>化学</w:t>
            </w:r>
          </w:p>
        </w:tc>
        <w:tc>
          <w:tcPr>
            <w:tcW w:type="dxa" w:w="1080"/>
          </w:tcPr>
          <w:p>
            <w:r>
              <w:t>396</w:t>
            </w:r>
          </w:p>
        </w:tc>
        <w:tc>
          <w:tcPr>
            <w:tcW w:type="dxa" w:w="1080"/>
          </w:tcPr>
          <w:p>
            <w:r>
              <w:t>3</w:t>
            </w:r>
          </w:p>
        </w:tc>
        <w:tc>
          <w:tcPr>
            <w:tcW w:type="dxa" w:w="1080"/>
          </w:tcPr>
          <w:p>
            <w:r>
              <w:t>21</w:t>
            </w:r>
          </w:p>
        </w:tc>
        <w:tc>
          <w:tcPr>
            <w:tcW w:type="dxa" w:w="1080"/>
          </w:tcPr>
          <w:p>
            <w:r/>
          </w:p>
        </w:tc>
      </w:tr>
      <w:tr>
        <w:tc>
          <w:tcPr>
            <w:tcW w:type="dxa" w:w="1080"/>
          </w:tcPr>
          <w:p>
            <w:r>
              <w:t>19</w:t>
            </w:r>
          </w:p>
        </w:tc>
        <w:tc>
          <w:tcPr>
            <w:tcW w:type="dxa" w:w="1080"/>
          </w:tcPr>
          <w:p>
            <w:r>
              <w:t>1809401018</w:t>
            </w:r>
          </w:p>
        </w:tc>
        <w:tc>
          <w:tcPr>
            <w:tcW w:type="dxa" w:w="1080"/>
          </w:tcPr>
          <w:p>
            <w:r>
              <w:t>侯天新</w:t>
            </w:r>
          </w:p>
        </w:tc>
        <w:tc>
          <w:tcPr>
            <w:tcW w:type="dxa" w:w="1080"/>
          </w:tcPr>
          <w:p>
            <w:r>
              <w:t>化学（英语强化）</w:t>
            </w:r>
          </w:p>
        </w:tc>
        <w:tc>
          <w:tcPr>
            <w:tcW w:type="dxa" w:w="1080"/>
          </w:tcPr>
          <w:p>
            <w:r>
              <w:t>392</w:t>
            </w:r>
          </w:p>
        </w:tc>
        <w:tc>
          <w:tcPr>
            <w:tcW w:type="dxa" w:w="1080"/>
          </w:tcPr>
          <w:p>
            <w:r>
              <w:t>4</w:t>
            </w:r>
          </w:p>
        </w:tc>
        <w:tc>
          <w:tcPr>
            <w:tcW w:type="dxa" w:w="1080"/>
          </w:tcPr>
          <w:p>
            <w:r>
              <w:t>21</w:t>
            </w:r>
          </w:p>
        </w:tc>
        <w:tc>
          <w:tcPr>
            <w:tcW w:type="dxa" w:w="1080"/>
          </w:tcPr>
          <w:p>
            <w:r/>
          </w:p>
        </w:tc>
      </w:tr>
      <w:tr>
        <w:tc>
          <w:tcPr>
            <w:tcW w:type="dxa" w:w="1080"/>
          </w:tcPr>
          <w:p>
            <w:r>
              <w:t>20</w:t>
            </w:r>
          </w:p>
        </w:tc>
        <w:tc>
          <w:tcPr>
            <w:tcW w:type="dxa" w:w="1080"/>
          </w:tcPr>
          <w:p>
            <w:r>
              <w:t>1809401104</w:t>
            </w:r>
          </w:p>
        </w:tc>
        <w:tc>
          <w:tcPr>
            <w:tcW w:type="dxa" w:w="1080"/>
          </w:tcPr>
          <w:p>
            <w:r>
              <w:t>罗婧</w:t>
            </w:r>
          </w:p>
        </w:tc>
        <w:tc>
          <w:tcPr>
            <w:tcW w:type="dxa" w:w="1080"/>
          </w:tcPr>
          <w:p>
            <w:r>
              <w:t>化学</w:t>
            </w:r>
          </w:p>
        </w:tc>
        <w:tc>
          <w:tcPr>
            <w:tcW w:type="dxa" w:w="1080"/>
          </w:tcPr>
          <w:p>
            <w:r>
              <w:t>391</w:t>
            </w:r>
          </w:p>
        </w:tc>
        <w:tc>
          <w:tcPr>
            <w:tcW w:type="dxa" w:w="1080"/>
          </w:tcPr>
          <w:p>
            <w:r>
              <w:t>5</w:t>
            </w:r>
          </w:p>
        </w:tc>
        <w:tc>
          <w:tcPr>
            <w:tcW w:type="dxa" w:w="1080"/>
          </w:tcPr>
          <w:p>
            <w:r>
              <w:t>21</w:t>
            </w:r>
          </w:p>
        </w:tc>
        <w:tc>
          <w:tcPr>
            <w:tcW w:type="dxa" w:w="1080"/>
          </w:tcPr>
          <w:p>
            <w:r/>
          </w:p>
        </w:tc>
      </w:tr>
      <w:tr>
        <w:tc>
          <w:tcPr>
            <w:tcW w:type="dxa" w:w="1080"/>
          </w:tcPr>
          <w:p>
            <w:r>
              <w:t>21</w:t>
            </w:r>
          </w:p>
        </w:tc>
        <w:tc>
          <w:tcPr>
            <w:tcW w:type="dxa" w:w="1080"/>
          </w:tcPr>
          <w:p>
            <w:r>
              <w:t>1809401063</w:t>
            </w:r>
          </w:p>
        </w:tc>
        <w:tc>
          <w:tcPr>
            <w:tcW w:type="dxa" w:w="1080"/>
          </w:tcPr>
          <w:p>
            <w:r>
              <w:t>杨晨愉</w:t>
            </w:r>
          </w:p>
        </w:tc>
        <w:tc>
          <w:tcPr>
            <w:tcW w:type="dxa" w:w="1080"/>
          </w:tcPr>
          <w:p>
            <w:r>
              <w:t>化学（英语强化）</w:t>
            </w:r>
          </w:p>
        </w:tc>
        <w:tc>
          <w:tcPr>
            <w:tcW w:type="dxa" w:w="1080"/>
          </w:tcPr>
          <w:p>
            <w:r>
              <w:t>390</w:t>
            </w:r>
          </w:p>
        </w:tc>
        <w:tc>
          <w:tcPr>
            <w:tcW w:type="dxa" w:w="1080"/>
          </w:tcPr>
          <w:p>
            <w:r>
              <w:t>6</w:t>
            </w:r>
          </w:p>
        </w:tc>
        <w:tc>
          <w:tcPr>
            <w:tcW w:type="dxa" w:w="1080"/>
          </w:tcPr>
          <w:p>
            <w:r>
              <w:t>21</w:t>
            </w:r>
          </w:p>
        </w:tc>
        <w:tc>
          <w:tcPr>
            <w:tcW w:type="dxa" w:w="1080"/>
          </w:tcPr>
          <w:p>
            <w:r/>
          </w:p>
        </w:tc>
      </w:tr>
      <w:tr>
        <w:tc>
          <w:tcPr>
            <w:tcW w:type="dxa" w:w="1080"/>
          </w:tcPr>
          <w:p>
            <w:r>
              <w:t>22</w:t>
            </w:r>
          </w:p>
        </w:tc>
        <w:tc>
          <w:tcPr>
            <w:tcW w:type="dxa" w:w="1080"/>
          </w:tcPr>
          <w:p>
            <w:r>
              <w:t>1809401147</w:t>
            </w:r>
          </w:p>
        </w:tc>
        <w:tc>
          <w:tcPr>
            <w:tcW w:type="dxa" w:w="1080"/>
          </w:tcPr>
          <w:p>
            <w:r>
              <w:t>王丽君</w:t>
            </w:r>
          </w:p>
        </w:tc>
        <w:tc>
          <w:tcPr>
            <w:tcW w:type="dxa" w:w="1080"/>
          </w:tcPr>
          <w:p>
            <w:r>
              <w:t>化学</w:t>
            </w:r>
          </w:p>
        </w:tc>
        <w:tc>
          <w:tcPr>
            <w:tcW w:type="dxa" w:w="1080"/>
          </w:tcPr>
          <w:p>
            <w:r>
              <w:t>389.9</w:t>
            </w:r>
          </w:p>
        </w:tc>
        <w:tc>
          <w:tcPr>
            <w:tcW w:type="dxa" w:w="1080"/>
          </w:tcPr>
          <w:p>
            <w:r>
              <w:t>7</w:t>
            </w:r>
          </w:p>
        </w:tc>
        <w:tc>
          <w:tcPr>
            <w:tcW w:type="dxa" w:w="1080"/>
          </w:tcPr>
          <w:p>
            <w:r>
              <w:t>21</w:t>
            </w:r>
          </w:p>
        </w:tc>
        <w:tc>
          <w:tcPr>
            <w:tcW w:type="dxa" w:w="1080"/>
          </w:tcPr>
          <w:p>
            <w:r/>
          </w:p>
        </w:tc>
      </w:tr>
      <w:tr>
        <w:tc>
          <w:tcPr>
            <w:tcW w:type="dxa" w:w="1080"/>
          </w:tcPr>
          <w:p>
            <w:r>
              <w:t>23</w:t>
            </w:r>
          </w:p>
        </w:tc>
        <w:tc>
          <w:tcPr>
            <w:tcW w:type="dxa" w:w="1080"/>
          </w:tcPr>
          <w:p>
            <w:r>
              <w:t>1809401030</w:t>
            </w:r>
          </w:p>
        </w:tc>
        <w:tc>
          <w:tcPr>
            <w:tcW w:type="dxa" w:w="1080"/>
          </w:tcPr>
          <w:p>
            <w:r>
              <w:t>顾千禧</w:t>
            </w:r>
          </w:p>
        </w:tc>
        <w:tc>
          <w:tcPr>
            <w:tcW w:type="dxa" w:w="1080"/>
          </w:tcPr>
          <w:p>
            <w:r>
              <w:t>化学（英语强化）</w:t>
            </w:r>
          </w:p>
        </w:tc>
        <w:tc>
          <w:tcPr>
            <w:tcW w:type="dxa" w:w="1080"/>
          </w:tcPr>
          <w:p>
            <w:r>
              <w:t>389.74</w:t>
            </w:r>
          </w:p>
        </w:tc>
        <w:tc>
          <w:tcPr>
            <w:tcW w:type="dxa" w:w="1080"/>
          </w:tcPr>
          <w:p>
            <w:r>
              <w:t>8</w:t>
            </w:r>
          </w:p>
        </w:tc>
        <w:tc>
          <w:tcPr>
            <w:tcW w:type="dxa" w:w="1080"/>
          </w:tcPr>
          <w:p>
            <w:r>
              <w:t>21</w:t>
            </w:r>
          </w:p>
        </w:tc>
        <w:tc>
          <w:tcPr>
            <w:tcW w:type="dxa" w:w="1080"/>
          </w:tcPr>
          <w:p>
            <w:r/>
          </w:p>
        </w:tc>
      </w:tr>
      <w:tr>
        <w:tc>
          <w:tcPr>
            <w:tcW w:type="dxa" w:w="1080"/>
          </w:tcPr>
          <w:p>
            <w:r>
              <w:t>24</w:t>
            </w:r>
          </w:p>
        </w:tc>
        <w:tc>
          <w:tcPr>
            <w:tcW w:type="dxa" w:w="1080"/>
          </w:tcPr>
          <w:p>
            <w:r>
              <w:t>1809401025</w:t>
            </w:r>
          </w:p>
        </w:tc>
        <w:tc>
          <w:tcPr>
            <w:tcW w:type="dxa" w:w="1080"/>
          </w:tcPr>
          <w:p>
            <w:r>
              <w:t>刘栩莛</w:t>
            </w:r>
          </w:p>
        </w:tc>
        <w:tc>
          <w:tcPr>
            <w:tcW w:type="dxa" w:w="1080"/>
          </w:tcPr>
          <w:p>
            <w:r>
              <w:t>化学</w:t>
            </w:r>
          </w:p>
        </w:tc>
        <w:tc>
          <w:tcPr>
            <w:tcW w:type="dxa" w:w="1080"/>
          </w:tcPr>
          <w:p>
            <w:r>
              <w:t>384.99</w:t>
            </w:r>
          </w:p>
        </w:tc>
        <w:tc>
          <w:tcPr>
            <w:tcW w:type="dxa" w:w="1080"/>
          </w:tcPr>
          <w:p>
            <w:r>
              <w:t>9</w:t>
            </w:r>
          </w:p>
        </w:tc>
        <w:tc>
          <w:tcPr>
            <w:tcW w:type="dxa" w:w="1080"/>
          </w:tcPr>
          <w:p>
            <w:r>
              <w:t>21</w:t>
            </w:r>
          </w:p>
        </w:tc>
        <w:tc>
          <w:tcPr>
            <w:tcW w:type="dxa" w:w="1080"/>
          </w:tcPr>
          <w:p>
            <w:r/>
          </w:p>
        </w:tc>
      </w:tr>
      <w:tr>
        <w:tc>
          <w:tcPr>
            <w:tcW w:type="dxa" w:w="1080"/>
          </w:tcPr>
          <w:p>
            <w:r>
              <w:t>25</w:t>
            </w:r>
          </w:p>
        </w:tc>
        <w:tc>
          <w:tcPr>
            <w:tcW w:type="dxa" w:w="1080"/>
          </w:tcPr>
          <w:p>
            <w:r>
              <w:t>1809401122</w:t>
            </w:r>
          </w:p>
        </w:tc>
        <w:tc>
          <w:tcPr>
            <w:tcW w:type="dxa" w:w="1080"/>
          </w:tcPr>
          <w:p>
            <w:r>
              <w:t>魏梦然</w:t>
            </w:r>
          </w:p>
        </w:tc>
        <w:tc>
          <w:tcPr>
            <w:tcW w:type="dxa" w:w="1080"/>
          </w:tcPr>
          <w:p>
            <w:r>
              <w:t>化学</w:t>
            </w:r>
          </w:p>
        </w:tc>
        <w:tc>
          <w:tcPr>
            <w:tcW w:type="dxa" w:w="1080"/>
          </w:tcPr>
          <w:p>
            <w:r>
              <w:t>384.83</w:t>
            </w:r>
          </w:p>
        </w:tc>
        <w:tc>
          <w:tcPr>
            <w:tcW w:type="dxa" w:w="1080"/>
          </w:tcPr>
          <w:p>
            <w:r>
              <w:t>10</w:t>
            </w:r>
          </w:p>
        </w:tc>
        <w:tc>
          <w:tcPr>
            <w:tcW w:type="dxa" w:w="1080"/>
          </w:tcPr>
          <w:p>
            <w:r>
              <w:t>21</w:t>
            </w:r>
          </w:p>
        </w:tc>
        <w:tc>
          <w:tcPr>
            <w:tcW w:type="dxa" w:w="1080"/>
          </w:tcPr>
          <w:p>
            <w:r/>
          </w:p>
        </w:tc>
      </w:tr>
      <w:tr>
        <w:tc>
          <w:tcPr>
            <w:tcW w:type="dxa" w:w="1080"/>
          </w:tcPr>
          <w:p>
            <w:r>
              <w:t>26</w:t>
            </w:r>
          </w:p>
        </w:tc>
        <w:tc>
          <w:tcPr>
            <w:tcW w:type="dxa" w:w="1080"/>
          </w:tcPr>
          <w:p>
            <w:r>
              <w:t>1809401103</w:t>
            </w:r>
          </w:p>
        </w:tc>
        <w:tc>
          <w:tcPr>
            <w:tcW w:type="dxa" w:w="1080"/>
          </w:tcPr>
          <w:p>
            <w:r>
              <w:t>师燕</w:t>
            </w:r>
          </w:p>
        </w:tc>
        <w:tc>
          <w:tcPr>
            <w:tcW w:type="dxa" w:w="1080"/>
          </w:tcPr>
          <w:p>
            <w:r>
              <w:t>化学</w:t>
            </w:r>
          </w:p>
        </w:tc>
        <w:tc>
          <w:tcPr>
            <w:tcW w:type="dxa" w:w="1080"/>
          </w:tcPr>
          <w:p>
            <w:r>
              <w:t>383</w:t>
            </w:r>
          </w:p>
        </w:tc>
        <w:tc>
          <w:tcPr>
            <w:tcW w:type="dxa" w:w="1080"/>
          </w:tcPr>
          <w:p>
            <w:r>
              <w:t>11</w:t>
            </w:r>
          </w:p>
        </w:tc>
        <w:tc>
          <w:tcPr>
            <w:tcW w:type="dxa" w:w="1080"/>
          </w:tcPr>
          <w:p>
            <w:r>
              <w:t>21</w:t>
            </w:r>
          </w:p>
        </w:tc>
        <w:tc>
          <w:tcPr>
            <w:tcW w:type="dxa" w:w="1080"/>
          </w:tcPr>
          <w:p>
            <w:r/>
          </w:p>
        </w:tc>
      </w:tr>
      <w:tr>
        <w:tc>
          <w:tcPr>
            <w:tcW w:type="dxa" w:w="1080"/>
          </w:tcPr>
          <w:p>
            <w:r>
              <w:t>27</w:t>
            </w:r>
          </w:p>
        </w:tc>
        <w:tc>
          <w:tcPr>
            <w:tcW w:type="dxa" w:w="1080"/>
          </w:tcPr>
          <w:p>
            <w:r>
              <w:t>1809401101</w:t>
            </w:r>
          </w:p>
        </w:tc>
        <w:tc>
          <w:tcPr>
            <w:tcW w:type="dxa" w:w="1080"/>
          </w:tcPr>
          <w:p>
            <w:r>
              <w:t>董晓璇</w:t>
            </w:r>
          </w:p>
        </w:tc>
        <w:tc>
          <w:tcPr>
            <w:tcW w:type="dxa" w:w="1080"/>
          </w:tcPr>
          <w:p>
            <w:r>
              <w:t>化学</w:t>
            </w:r>
          </w:p>
        </w:tc>
        <w:tc>
          <w:tcPr>
            <w:tcW w:type="dxa" w:w="1080"/>
          </w:tcPr>
          <w:p>
            <w:r>
              <w:t>381.24</w:t>
            </w:r>
          </w:p>
        </w:tc>
        <w:tc>
          <w:tcPr>
            <w:tcW w:type="dxa" w:w="1080"/>
          </w:tcPr>
          <w:p>
            <w:r>
              <w:t>12</w:t>
            </w:r>
          </w:p>
        </w:tc>
        <w:tc>
          <w:tcPr>
            <w:tcW w:type="dxa" w:w="1080"/>
          </w:tcPr>
          <w:p>
            <w:r>
              <w:t>21</w:t>
            </w:r>
          </w:p>
        </w:tc>
        <w:tc>
          <w:tcPr>
            <w:tcW w:type="dxa" w:w="1080"/>
          </w:tcPr>
          <w:p>
            <w:r/>
          </w:p>
        </w:tc>
      </w:tr>
      <w:tr>
        <w:tc>
          <w:tcPr>
            <w:tcW w:type="dxa" w:w="1080"/>
          </w:tcPr>
          <w:p>
            <w:r>
              <w:t>28</w:t>
            </w:r>
          </w:p>
        </w:tc>
        <w:tc>
          <w:tcPr>
            <w:tcW w:type="dxa" w:w="1080"/>
          </w:tcPr>
          <w:p>
            <w:r>
              <w:t>1809401148</w:t>
            </w:r>
          </w:p>
        </w:tc>
        <w:tc>
          <w:tcPr>
            <w:tcW w:type="dxa" w:w="1080"/>
          </w:tcPr>
          <w:p>
            <w:r>
              <w:t>曹建磊</w:t>
            </w:r>
          </w:p>
        </w:tc>
        <w:tc>
          <w:tcPr>
            <w:tcW w:type="dxa" w:w="1080"/>
          </w:tcPr>
          <w:p>
            <w:r>
              <w:t>化学</w:t>
            </w:r>
          </w:p>
        </w:tc>
        <w:tc>
          <w:tcPr>
            <w:tcW w:type="dxa" w:w="1080"/>
          </w:tcPr>
          <w:p>
            <w:r>
              <w:t>379.27</w:t>
            </w:r>
          </w:p>
        </w:tc>
        <w:tc>
          <w:tcPr>
            <w:tcW w:type="dxa" w:w="1080"/>
          </w:tcPr>
          <w:p>
            <w:r>
              <w:t>13</w:t>
            </w:r>
          </w:p>
        </w:tc>
        <w:tc>
          <w:tcPr>
            <w:tcW w:type="dxa" w:w="1080"/>
          </w:tcPr>
          <w:p>
            <w:r>
              <w:t>21</w:t>
            </w:r>
          </w:p>
        </w:tc>
        <w:tc>
          <w:tcPr>
            <w:tcW w:type="dxa" w:w="1080"/>
          </w:tcPr>
          <w:p>
            <w:r/>
          </w:p>
        </w:tc>
      </w:tr>
      <w:tr>
        <w:tc>
          <w:tcPr>
            <w:tcW w:type="dxa" w:w="1080"/>
          </w:tcPr>
          <w:p>
            <w:r>
              <w:t>29</w:t>
            </w:r>
          </w:p>
        </w:tc>
        <w:tc>
          <w:tcPr>
            <w:tcW w:type="dxa" w:w="1080"/>
          </w:tcPr>
          <w:p>
            <w:r>
              <w:t>1809408017</w:t>
            </w:r>
          </w:p>
        </w:tc>
        <w:tc>
          <w:tcPr>
            <w:tcW w:type="dxa" w:w="1080"/>
          </w:tcPr>
          <w:p>
            <w:r>
              <w:t>蔡翼亮</w:t>
            </w:r>
          </w:p>
        </w:tc>
        <w:tc>
          <w:tcPr>
            <w:tcW w:type="dxa" w:w="1080"/>
          </w:tcPr>
          <w:p>
            <w:r>
              <w:t>化学工程与工艺</w:t>
            </w:r>
          </w:p>
        </w:tc>
        <w:tc>
          <w:tcPr>
            <w:tcW w:type="dxa" w:w="1080"/>
          </w:tcPr>
          <w:p>
            <w:r>
              <w:t>415</w:t>
            </w:r>
          </w:p>
        </w:tc>
        <w:tc>
          <w:tcPr>
            <w:tcW w:type="dxa" w:w="1080"/>
          </w:tcPr>
          <w:p>
            <w:r>
              <w:t>1</w:t>
            </w:r>
          </w:p>
        </w:tc>
        <w:tc>
          <w:tcPr>
            <w:tcW w:type="dxa" w:w="1080"/>
          </w:tcPr>
          <w:p>
            <w:r>
              <w:t>7</w:t>
            </w:r>
          </w:p>
        </w:tc>
        <w:tc>
          <w:tcPr>
            <w:tcW w:type="dxa" w:w="1080"/>
          </w:tcPr>
          <w:p>
            <w:r/>
          </w:p>
        </w:tc>
      </w:tr>
      <w:tr>
        <w:tc>
          <w:tcPr>
            <w:tcW w:type="dxa" w:w="1080"/>
          </w:tcPr>
          <w:p>
            <w:r>
              <w:t>30</w:t>
            </w:r>
          </w:p>
        </w:tc>
        <w:tc>
          <w:tcPr>
            <w:tcW w:type="dxa" w:w="1080"/>
          </w:tcPr>
          <w:p>
            <w:r>
              <w:t>1809404061</w:t>
            </w:r>
          </w:p>
        </w:tc>
        <w:tc>
          <w:tcPr>
            <w:tcW w:type="dxa" w:w="1080"/>
          </w:tcPr>
          <w:p>
            <w:r>
              <w:t>朱鸿</w:t>
            </w:r>
          </w:p>
        </w:tc>
        <w:tc>
          <w:tcPr>
            <w:tcW w:type="dxa" w:w="1080"/>
          </w:tcPr>
          <w:p>
            <w:r>
              <w:t>化学工程与工艺</w:t>
            </w:r>
          </w:p>
        </w:tc>
        <w:tc>
          <w:tcPr>
            <w:tcW w:type="dxa" w:w="1080"/>
          </w:tcPr>
          <w:p>
            <w:r>
              <w:t>409.2</w:t>
            </w:r>
          </w:p>
        </w:tc>
        <w:tc>
          <w:tcPr>
            <w:tcW w:type="dxa" w:w="1080"/>
          </w:tcPr>
          <w:p>
            <w:r>
              <w:t>2</w:t>
            </w:r>
          </w:p>
        </w:tc>
        <w:tc>
          <w:tcPr>
            <w:tcW w:type="dxa" w:w="1080"/>
          </w:tcPr>
          <w:p>
            <w:r>
              <w:t>7</w:t>
            </w:r>
          </w:p>
        </w:tc>
        <w:tc>
          <w:tcPr>
            <w:tcW w:type="dxa" w:w="1080"/>
          </w:tcPr>
          <w:p>
            <w:r/>
          </w:p>
        </w:tc>
      </w:tr>
      <w:tr>
        <w:tc>
          <w:tcPr>
            <w:tcW w:type="dxa" w:w="1080"/>
          </w:tcPr>
          <w:p>
            <w:r>
              <w:t>31</w:t>
            </w:r>
          </w:p>
        </w:tc>
        <w:tc>
          <w:tcPr>
            <w:tcW w:type="dxa" w:w="1080"/>
          </w:tcPr>
          <w:p>
            <w:r>
              <w:t>1809408013</w:t>
            </w:r>
          </w:p>
        </w:tc>
        <w:tc>
          <w:tcPr>
            <w:tcW w:type="dxa" w:w="1080"/>
          </w:tcPr>
          <w:p>
            <w:r>
              <w:t>丁叶薇</w:t>
            </w:r>
          </w:p>
        </w:tc>
        <w:tc>
          <w:tcPr>
            <w:tcW w:type="dxa" w:w="1080"/>
          </w:tcPr>
          <w:p>
            <w:r>
              <w:t>化学工程与工艺</w:t>
            </w:r>
          </w:p>
        </w:tc>
        <w:tc>
          <w:tcPr>
            <w:tcW w:type="dxa" w:w="1080"/>
          </w:tcPr>
          <w:p>
            <w:r>
              <w:t>404.72</w:t>
            </w:r>
          </w:p>
        </w:tc>
        <w:tc>
          <w:tcPr>
            <w:tcW w:type="dxa" w:w="1080"/>
          </w:tcPr>
          <w:p>
            <w:r>
              <w:t>3</w:t>
            </w:r>
          </w:p>
        </w:tc>
        <w:tc>
          <w:tcPr>
            <w:tcW w:type="dxa" w:w="1080"/>
          </w:tcPr>
          <w:p>
            <w:r>
              <w:t>7</w:t>
            </w:r>
          </w:p>
        </w:tc>
        <w:tc>
          <w:tcPr>
            <w:tcW w:type="dxa" w:w="1080"/>
          </w:tcPr>
          <w:p>
            <w:r/>
          </w:p>
        </w:tc>
      </w:tr>
      <w:tr>
        <w:tc>
          <w:tcPr>
            <w:tcW w:type="dxa" w:w="1080"/>
          </w:tcPr>
          <w:p>
            <w:r>
              <w:t>32</w:t>
            </w:r>
          </w:p>
        </w:tc>
        <w:tc>
          <w:tcPr>
            <w:tcW w:type="dxa" w:w="1080"/>
          </w:tcPr>
          <w:p>
            <w:r>
              <w:t>1809408011</w:t>
            </w:r>
          </w:p>
        </w:tc>
        <w:tc>
          <w:tcPr>
            <w:tcW w:type="dxa" w:w="1080"/>
          </w:tcPr>
          <w:p>
            <w:r>
              <w:t>黄思怡</w:t>
            </w:r>
          </w:p>
        </w:tc>
        <w:tc>
          <w:tcPr>
            <w:tcW w:type="dxa" w:w="1080"/>
          </w:tcPr>
          <w:p>
            <w:r>
              <w:t>化学工程与工艺</w:t>
            </w:r>
          </w:p>
        </w:tc>
        <w:tc>
          <w:tcPr>
            <w:tcW w:type="dxa" w:w="1080"/>
          </w:tcPr>
          <w:p>
            <w:r>
              <w:t>391.44</w:t>
            </w:r>
          </w:p>
        </w:tc>
        <w:tc>
          <w:tcPr>
            <w:tcW w:type="dxa" w:w="1080"/>
          </w:tcPr>
          <w:p>
            <w:r>
              <w:t>4</w:t>
            </w:r>
          </w:p>
        </w:tc>
        <w:tc>
          <w:tcPr>
            <w:tcW w:type="dxa" w:w="1080"/>
          </w:tcPr>
          <w:p>
            <w:r>
              <w:t>7</w:t>
            </w:r>
          </w:p>
        </w:tc>
        <w:tc>
          <w:tcPr>
            <w:tcW w:type="dxa" w:w="1080"/>
          </w:tcPr>
          <w:p>
            <w:r/>
          </w:p>
        </w:tc>
      </w:tr>
      <w:tr>
        <w:tc>
          <w:tcPr>
            <w:tcW w:type="dxa" w:w="1080"/>
          </w:tcPr>
          <w:p>
            <w:r>
              <w:t>33</w:t>
            </w:r>
          </w:p>
        </w:tc>
        <w:tc>
          <w:tcPr>
            <w:tcW w:type="dxa" w:w="1080"/>
          </w:tcPr>
          <w:p>
            <w:r>
              <w:t>1809407015</w:t>
            </w:r>
          </w:p>
        </w:tc>
        <w:tc>
          <w:tcPr>
            <w:tcW w:type="dxa" w:w="1080"/>
          </w:tcPr>
          <w:p>
            <w:r>
              <w:t>王施霁</w:t>
            </w:r>
          </w:p>
        </w:tc>
        <w:tc>
          <w:tcPr>
            <w:tcW w:type="dxa" w:w="1080"/>
          </w:tcPr>
          <w:p>
            <w:r>
              <w:t>环境工程</w:t>
            </w:r>
          </w:p>
        </w:tc>
        <w:tc>
          <w:tcPr>
            <w:tcW w:type="dxa" w:w="1080"/>
          </w:tcPr>
          <w:p>
            <w:r>
              <w:t>391.86</w:t>
            </w:r>
          </w:p>
        </w:tc>
        <w:tc>
          <w:tcPr>
            <w:tcW w:type="dxa" w:w="1080"/>
          </w:tcPr>
          <w:p>
            <w:r>
              <w:t>1</w:t>
            </w:r>
          </w:p>
        </w:tc>
        <w:tc>
          <w:tcPr>
            <w:tcW w:type="dxa" w:w="1080"/>
          </w:tcPr>
          <w:p>
            <w:r>
              <w:t>4</w:t>
            </w:r>
          </w:p>
        </w:tc>
        <w:tc>
          <w:tcPr>
            <w:tcW w:type="dxa" w:w="1080"/>
          </w:tcPr>
          <w:p>
            <w:r/>
          </w:p>
        </w:tc>
      </w:tr>
      <w:tr>
        <w:tc>
          <w:tcPr>
            <w:tcW w:type="dxa" w:w="1080"/>
          </w:tcPr>
          <w:p>
            <w:r>
              <w:t>34</w:t>
            </w:r>
          </w:p>
        </w:tc>
        <w:tc>
          <w:tcPr>
            <w:tcW w:type="dxa" w:w="1080"/>
          </w:tcPr>
          <w:p>
            <w:r>
              <w:t>1809407019</w:t>
            </w:r>
          </w:p>
        </w:tc>
        <w:tc>
          <w:tcPr>
            <w:tcW w:type="dxa" w:w="1080"/>
          </w:tcPr>
          <w:p>
            <w:r>
              <w:t>吕玉</w:t>
            </w:r>
          </w:p>
        </w:tc>
        <w:tc>
          <w:tcPr>
            <w:tcW w:type="dxa" w:w="1080"/>
          </w:tcPr>
          <w:p>
            <w:r>
              <w:t>环境工程</w:t>
            </w:r>
          </w:p>
        </w:tc>
        <w:tc>
          <w:tcPr>
            <w:tcW w:type="dxa" w:w="1080"/>
          </w:tcPr>
          <w:p>
            <w:r>
              <w:t>379.5</w:t>
            </w:r>
          </w:p>
        </w:tc>
        <w:tc>
          <w:tcPr>
            <w:tcW w:type="dxa" w:w="1080"/>
          </w:tcPr>
          <w:p>
            <w:r>
              <w:t>2</w:t>
            </w:r>
          </w:p>
        </w:tc>
        <w:tc>
          <w:tcPr>
            <w:tcW w:type="dxa" w:w="1080"/>
          </w:tcPr>
          <w:p>
            <w:r>
              <w:t>4</w:t>
            </w:r>
          </w:p>
        </w:tc>
        <w:tc>
          <w:tcPr>
            <w:tcW w:type="dxa" w:w="1080"/>
          </w:tcPr>
          <w:p>
            <w:r/>
          </w:p>
        </w:tc>
      </w:tr>
      <w:tr>
        <w:tc>
          <w:tcPr>
            <w:tcW w:type="dxa" w:w="1080"/>
          </w:tcPr>
          <w:p>
            <w:r>
              <w:t>35</w:t>
            </w:r>
          </w:p>
        </w:tc>
        <w:tc>
          <w:tcPr>
            <w:tcW w:type="dxa" w:w="1080"/>
          </w:tcPr>
          <w:p>
            <w:r>
              <w:t>1809401077</w:t>
            </w:r>
          </w:p>
        </w:tc>
        <w:tc>
          <w:tcPr>
            <w:tcW w:type="dxa" w:w="1080"/>
          </w:tcPr>
          <w:p>
            <w:r>
              <w:t>朱嘉伟</w:t>
            </w:r>
          </w:p>
        </w:tc>
        <w:tc>
          <w:tcPr>
            <w:tcW w:type="dxa" w:w="1080"/>
          </w:tcPr>
          <w:p>
            <w:r>
              <w:t>应用化学</w:t>
            </w:r>
          </w:p>
        </w:tc>
        <w:tc>
          <w:tcPr>
            <w:tcW w:type="dxa" w:w="1080"/>
          </w:tcPr>
          <w:p>
            <w:r>
              <w:t>406.8</w:t>
            </w:r>
          </w:p>
        </w:tc>
        <w:tc>
          <w:tcPr>
            <w:tcW w:type="dxa" w:w="1080"/>
          </w:tcPr>
          <w:p>
            <w:r>
              <w:t>1</w:t>
            </w:r>
          </w:p>
        </w:tc>
        <w:tc>
          <w:tcPr>
            <w:tcW w:type="dxa" w:w="1080"/>
          </w:tcPr>
          <w:p>
            <w:r>
              <w:t>13</w:t>
            </w:r>
          </w:p>
        </w:tc>
        <w:tc>
          <w:tcPr>
            <w:tcW w:type="dxa" w:w="1080"/>
          </w:tcPr>
          <w:p>
            <w:r/>
          </w:p>
        </w:tc>
      </w:tr>
      <w:tr>
        <w:tc>
          <w:tcPr>
            <w:tcW w:type="dxa" w:w="1080"/>
          </w:tcPr>
          <w:p>
            <w:r>
              <w:t>36</w:t>
            </w:r>
          </w:p>
        </w:tc>
        <w:tc>
          <w:tcPr>
            <w:tcW w:type="dxa" w:w="1080"/>
          </w:tcPr>
          <w:p>
            <w:r>
              <w:t>1809401091</w:t>
            </w:r>
          </w:p>
        </w:tc>
        <w:tc>
          <w:tcPr>
            <w:tcW w:type="dxa" w:w="1080"/>
          </w:tcPr>
          <w:p>
            <w:r>
              <w:t>何昊泽</w:t>
            </w:r>
          </w:p>
        </w:tc>
        <w:tc>
          <w:tcPr>
            <w:tcW w:type="dxa" w:w="1080"/>
          </w:tcPr>
          <w:p>
            <w:r>
              <w:t>应用化学</w:t>
            </w:r>
          </w:p>
        </w:tc>
        <w:tc>
          <w:tcPr>
            <w:tcW w:type="dxa" w:w="1080"/>
          </w:tcPr>
          <w:p>
            <w:r>
              <w:t>397.5</w:t>
            </w:r>
          </w:p>
        </w:tc>
        <w:tc>
          <w:tcPr>
            <w:tcW w:type="dxa" w:w="1080"/>
          </w:tcPr>
          <w:p>
            <w:r>
              <w:t>2</w:t>
            </w:r>
          </w:p>
        </w:tc>
        <w:tc>
          <w:tcPr>
            <w:tcW w:type="dxa" w:w="1080"/>
          </w:tcPr>
          <w:p>
            <w:r>
              <w:t>13</w:t>
            </w:r>
          </w:p>
        </w:tc>
        <w:tc>
          <w:tcPr>
            <w:tcW w:type="dxa" w:w="1080"/>
          </w:tcPr>
          <w:p>
            <w:r/>
          </w:p>
        </w:tc>
      </w:tr>
      <w:tr>
        <w:tc>
          <w:tcPr>
            <w:tcW w:type="dxa" w:w="1080"/>
          </w:tcPr>
          <w:p>
            <w:r>
              <w:t>37</w:t>
            </w:r>
          </w:p>
        </w:tc>
        <w:tc>
          <w:tcPr>
            <w:tcW w:type="dxa" w:w="1080"/>
          </w:tcPr>
          <w:p>
            <w:r>
              <w:t>1809401075</w:t>
            </w:r>
          </w:p>
        </w:tc>
        <w:tc>
          <w:tcPr>
            <w:tcW w:type="dxa" w:w="1080"/>
          </w:tcPr>
          <w:p>
            <w:r>
              <w:t>乔利鹏</w:t>
            </w:r>
          </w:p>
        </w:tc>
        <w:tc>
          <w:tcPr>
            <w:tcW w:type="dxa" w:w="1080"/>
          </w:tcPr>
          <w:p>
            <w:r>
              <w:t>应用化学</w:t>
            </w:r>
          </w:p>
        </w:tc>
        <w:tc>
          <w:tcPr>
            <w:tcW w:type="dxa" w:w="1080"/>
          </w:tcPr>
          <w:p>
            <w:r>
              <w:t>397.26</w:t>
            </w:r>
          </w:p>
        </w:tc>
        <w:tc>
          <w:tcPr>
            <w:tcW w:type="dxa" w:w="1080"/>
          </w:tcPr>
          <w:p>
            <w:r>
              <w:t>3</w:t>
            </w:r>
          </w:p>
        </w:tc>
        <w:tc>
          <w:tcPr>
            <w:tcW w:type="dxa" w:w="1080"/>
          </w:tcPr>
          <w:p>
            <w:r>
              <w:t>13</w:t>
            </w:r>
          </w:p>
        </w:tc>
        <w:tc>
          <w:tcPr>
            <w:tcW w:type="dxa" w:w="1080"/>
          </w:tcPr>
          <w:p>
            <w:r/>
          </w:p>
        </w:tc>
      </w:tr>
      <w:tr>
        <w:tc>
          <w:tcPr>
            <w:tcW w:type="dxa" w:w="1080"/>
          </w:tcPr>
          <w:p>
            <w:r>
              <w:t>38</w:t>
            </w:r>
          </w:p>
        </w:tc>
        <w:tc>
          <w:tcPr>
            <w:tcW w:type="dxa" w:w="1080"/>
          </w:tcPr>
          <w:p>
            <w:r>
              <w:t>1809401080</w:t>
            </w:r>
          </w:p>
        </w:tc>
        <w:tc>
          <w:tcPr>
            <w:tcW w:type="dxa" w:w="1080"/>
          </w:tcPr>
          <w:p>
            <w:r>
              <w:t>朱泽斌</w:t>
            </w:r>
          </w:p>
        </w:tc>
        <w:tc>
          <w:tcPr>
            <w:tcW w:type="dxa" w:w="1080"/>
          </w:tcPr>
          <w:p>
            <w:r>
              <w:t>应用化学</w:t>
            </w:r>
          </w:p>
        </w:tc>
        <w:tc>
          <w:tcPr>
            <w:tcW w:type="dxa" w:w="1080"/>
          </w:tcPr>
          <w:p>
            <w:r>
              <w:t>395</w:t>
            </w:r>
          </w:p>
        </w:tc>
        <w:tc>
          <w:tcPr>
            <w:tcW w:type="dxa" w:w="1080"/>
          </w:tcPr>
          <w:p>
            <w:r>
              <w:t>4</w:t>
            </w:r>
          </w:p>
        </w:tc>
        <w:tc>
          <w:tcPr>
            <w:tcW w:type="dxa" w:w="1080"/>
          </w:tcPr>
          <w:p>
            <w:r>
              <w:t>13</w:t>
            </w:r>
          </w:p>
        </w:tc>
        <w:tc>
          <w:tcPr>
            <w:tcW w:type="dxa" w:w="1080"/>
          </w:tcPr>
          <w:p>
            <w:r/>
          </w:p>
        </w:tc>
      </w:tr>
      <w:tr>
        <w:tc>
          <w:tcPr>
            <w:tcW w:type="dxa" w:w="1080"/>
          </w:tcPr>
          <w:p>
            <w:r>
              <w:t>39</w:t>
            </w:r>
          </w:p>
        </w:tc>
        <w:tc>
          <w:tcPr>
            <w:tcW w:type="dxa" w:w="1080"/>
          </w:tcPr>
          <w:p>
            <w:r>
              <w:t>1809401109</w:t>
            </w:r>
          </w:p>
        </w:tc>
        <w:tc>
          <w:tcPr>
            <w:tcW w:type="dxa" w:w="1080"/>
          </w:tcPr>
          <w:p>
            <w:r>
              <w:t>游良鹏</w:t>
            </w:r>
          </w:p>
        </w:tc>
        <w:tc>
          <w:tcPr>
            <w:tcW w:type="dxa" w:w="1080"/>
          </w:tcPr>
          <w:p>
            <w:r>
              <w:t>应用化学</w:t>
            </w:r>
          </w:p>
        </w:tc>
        <w:tc>
          <w:tcPr>
            <w:tcW w:type="dxa" w:w="1080"/>
          </w:tcPr>
          <w:p>
            <w:r>
              <w:t>392.5</w:t>
            </w:r>
          </w:p>
        </w:tc>
        <w:tc>
          <w:tcPr>
            <w:tcW w:type="dxa" w:w="1080"/>
          </w:tcPr>
          <w:p>
            <w:r>
              <w:t>5</w:t>
            </w:r>
          </w:p>
        </w:tc>
        <w:tc>
          <w:tcPr>
            <w:tcW w:type="dxa" w:w="1080"/>
          </w:tcPr>
          <w:p>
            <w:r>
              <w:t>13</w:t>
            </w:r>
          </w:p>
        </w:tc>
        <w:tc>
          <w:tcPr>
            <w:tcW w:type="dxa" w:w="1080"/>
          </w:tcPr>
          <w:p>
            <w:r/>
          </w:p>
        </w:tc>
      </w:tr>
      <w:tr>
        <w:tc>
          <w:tcPr>
            <w:tcW w:type="dxa" w:w="1080"/>
          </w:tcPr>
          <w:p>
            <w:r>
              <w:t>40</w:t>
            </w:r>
          </w:p>
        </w:tc>
        <w:tc>
          <w:tcPr>
            <w:tcW w:type="dxa" w:w="1080"/>
          </w:tcPr>
          <w:p>
            <w:r>
              <w:t>1809401107</w:t>
            </w:r>
          </w:p>
        </w:tc>
        <w:tc>
          <w:tcPr>
            <w:tcW w:type="dxa" w:w="1080"/>
          </w:tcPr>
          <w:p>
            <w:r>
              <w:t>王孟宇</w:t>
            </w:r>
          </w:p>
        </w:tc>
        <w:tc>
          <w:tcPr>
            <w:tcW w:type="dxa" w:w="1080"/>
          </w:tcPr>
          <w:p>
            <w:r>
              <w:t>应用化学</w:t>
            </w:r>
          </w:p>
        </w:tc>
        <w:tc>
          <w:tcPr>
            <w:tcW w:type="dxa" w:w="1080"/>
          </w:tcPr>
          <w:p>
            <w:r>
              <w:t>392</w:t>
            </w:r>
          </w:p>
        </w:tc>
        <w:tc>
          <w:tcPr>
            <w:tcW w:type="dxa" w:w="1080"/>
          </w:tcPr>
          <w:p>
            <w:r>
              <w:t>6</w:t>
            </w:r>
          </w:p>
        </w:tc>
        <w:tc>
          <w:tcPr>
            <w:tcW w:type="dxa" w:w="1080"/>
          </w:tcPr>
          <w:p>
            <w:r>
              <w:t>13</w:t>
            </w:r>
          </w:p>
        </w:tc>
        <w:tc>
          <w:tcPr>
            <w:tcW w:type="dxa" w:w="1080"/>
          </w:tcPr>
          <w:p>
            <w:r/>
          </w:p>
        </w:tc>
      </w:tr>
      <w:tr>
        <w:tc>
          <w:tcPr>
            <w:tcW w:type="dxa" w:w="1080"/>
          </w:tcPr>
          <w:p>
            <w:r>
              <w:t>41</w:t>
            </w:r>
          </w:p>
        </w:tc>
        <w:tc>
          <w:tcPr>
            <w:tcW w:type="dxa" w:w="1080"/>
          </w:tcPr>
          <w:p>
            <w:r>
              <w:t>1809401142</w:t>
            </w:r>
          </w:p>
        </w:tc>
        <w:tc>
          <w:tcPr>
            <w:tcW w:type="dxa" w:w="1080"/>
          </w:tcPr>
          <w:p>
            <w:r>
              <w:t>陈玉洁</w:t>
            </w:r>
          </w:p>
        </w:tc>
        <w:tc>
          <w:tcPr>
            <w:tcW w:type="dxa" w:w="1080"/>
          </w:tcPr>
          <w:p>
            <w:r>
              <w:t>应用化学（英语强化）</w:t>
            </w:r>
          </w:p>
        </w:tc>
        <w:tc>
          <w:tcPr>
            <w:tcW w:type="dxa" w:w="1080"/>
          </w:tcPr>
          <w:p>
            <w:r>
              <w:t>391.45</w:t>
            </w:r>
          </w:p>
        </w:tc>
        <w:tc>
          <w:tcPr>
            <w:tcW w:type="dxa" w:w="1080"/>
          </w:tcPr>
          <w:p>
            <w:r>
              <w:t>7</w:t>
            </w:r>
          </w:p>
        </w:tc>
        <w:tc>
          <w:tcPr>
            <w:tcW w:type="dxa" w:w="1080"/>
          </w:tcPr>
          <w:p>
            <w:r>
              <w:t>13</w:t>
            </w:r>
          </w:p>
        </w:tc>
        <w:tc>
          <w:tcPr>
            <w:tcW w:type="dxa" w:w="1080"/>
          </w:tcPr>
          <w:p>
            <w:r/>
          </w:p>
        </w:tc>
      </w:tr>
      <w:tr>
        <w:tc>
          <w:tcPr>
            <w:tcW w:type="dxa" w:w="1080"/>
          </w:tcPr>
          <w:p>
            <w:r>
              <w:t>42</w:t>
            </w:r>
          </w:p>
        </w:tc>
        <w:tc>
          <w:tcPr>
            <w:tcW w:type="dxa" w:w="1080"/>
          </w:tcPr>
          <w:p>
            <w:r>
              <w:t>1809408031</w:t>
            </w:r>
          </w:p>
        </w:tc>
        <w:tc>
          <w:tcPr>
            <w:tcW w:type="dxa" w:w="1080"/>
          </w:tcPr>
          <w:p>
            <w:r>
              <w:t>朱其林</w:t>
            </w:r>
          </w:p>
        </w:tc>
        <w:tc>
          <w:tcPr>
            <w:tcW w:type="dxa" w:w="1080"/>
          </w:tcPr>
          <w:p>
            <w:r>
              <w:t>化学工程与工艺</w:t>
            </w:r>
          </w:p>
        </w:tc>
        <w:tc>
          <w:tcPr>
            <w:tcW w:type="dxa" w:w="1080"/>
          </w:tcPr>
          <w:p>
            <w:r>
              <w:t>383.11</w:t>
            </w:r>
          </w:p>
        </w:tc>
        <w:tc>
          <w:tcPr>
            <w:tcW w:type="dxa" w:w="1080"/>
          </w:tcPr>
          <w:p>
            <w:r>
              <w:t>5</w:t>
            </w:r>
          </w:p>
        </w:tc>
        <w:tc>
          <w:tcPr>
            <w:tcW w:type="dxa" w:w="1080"/>
          </w:tcPr>
          <w:p>
            <w:r>
              <w:t>7</w:t>
            </w:r>
          </w:p>
        </w:tc>
        <w:tc>
          <w:tcPr>
            <w:tcW w:type="dxa" w:w="1080"/>
          </w:tcPr>
          <w:p>
            <w:r>
              <w:t>候补1</w:t>
            </w:r>
          </w:p>
        </w:tc>
      </w:tr>
      <w:tr>
        <w:tc>
          <w:tcPr>
            <w:tcW w:type="dxa" w:w="1080"/>
          </w:tcPr>
          <w:p>
            <w:r>
              <w:t>43</w:t>
            </w:r>
          </w:p>
        </w:tc>
        <w:tc>
          <w:tcPr>
            <w:tcW w:type="dxa" w:w="1080"/>
          </w:tcPr>
          <w:p>
            <w:r>
              <w:t>1809408033</w:t>
            </w:r>
          </w:p>
        </w:tc>
        <w:tc>
          <w:tcPr>
            <w:tcW w:type="dxa" w:w="1080"/>
          </w:tcPr>
          <w:p>
            <w:r>
              <w:t>程超伟</w:t>
            </w:r>
          </w:p>
        </w:tc>
        <w:tc>
          <w:tcPr>
            <w:tcW w:type="dxa" w:w="1080"/>
          </w:tcPr>
          <w:p>
            <w:r>
              <w:t>化学工程与工艺</w:t>
            </w:r>
          </w:p>
        </w:tc>
        <w:tc>
          <w:tcPr>
            <w:tcW w:type="dxa" w:w="1080"/>
          </w:tcPr>
          <w:p>
            <w:r>
              <w:t>382.35</w:t>
            </w:r>
          </w:p>
        </w:tc>
        <w:tc>
          <w:tcPr>
            <w:tcW w:type="dxa" w:w="1080"/>
          </w:tcPr>
          <w:p>
            <w:r>
              <w:t>6</w:t>
            </w:r>
          </w:p>
        </w:tc>
        <w:tc>
          <w:tcPr>
            <w:tcW w:type="dxa" w:w="1080"/>
          </w:tcPr>
          <w:p>
            <w:r>
              <w:t>7</w:t>
            </w:r>
          </w:p>
        </w:tc>
        <w:tc>
          <w:tcPr>
            <w:tcW w:type="dxa" w:w="1080"/>
          </w:tcPr>
          <w:p>
            <w:r>
              <w:t>候补2</w:t>
            </w:r>
          </w:p>
        </w:tc>
      </w:tr>
      <w:tr>
        <w:tc>
          <w:tcPr>
            <w:tcW w:type="dxa" w:w="1080"/>
          </w:tcPr>
          <w:p>
            <w:r>
              <w:t>44</w:t>
            </w:r>
          </w:p>
        </w:tc>
        <w:tc>
          <w:tcPr>
            <w:tcW w:type="dxa" w:w="1080"/>
          </w:tcPr>
          <w:p>
            <w:r>
              <w:t>1809401145</w:t>
            </w:r>
          </w:p>
        </w:tc>
        <w:tc>
          <w:tcPr>
            <w:tcW w:type="dxa" w:w="1080"/>
          </w:tcPr>
          <w:p>
            <w:r>
              <w:t>江普</w:t>
            </w:r>
          </w:p>
        </w:tc>
        <w:tc>
          <w:tcPr>
            <w:tcW w:type="dxa" w:w="1080"/>
          </w:tcPr>
          <w:p>
            <w:r>
              <w:t>应用化学</w:t>
            </w:r>
          </w:p>
        </w:tc>
        <w:tc>
          <w:tcPr>
            <w:tcW w:type="dxa" w:w="1080"/>
          </w:tcPr>
          <w:p>
            <w:r>
              <w:t>380.66</w:t>
            </w:r>
          </w:p>
        </w:tc>
        <w:tc>
          <w:tcPr>
            <w:tcW w:type="dxa" w:w="1080"/>
          </w:tcPr>
          <w:p>
            <w:r>
              <w:t>8</w:t>
            </w:r>
          </w:p>
        </w:tc>
        <w:tc>
          <w:tcPr>
            <w:tcW w:type="dxa" w:w="1080"/>
          </w:tcPr>
          <w:p>
            <w:r>
              <w:t>13</w:t>
            </w:r>
          </w:p>
        </w:tc>
        <w:tc>
          <w:tcPr>
            <w:tcW w:type="dxa" w:w="1080"/>
          </w:tcPr>
          <w:p>
            <w:r>
              <w:t>候补3</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