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材化部推荐优秀应届本科毕业生2021年免试攻读硕士学位研究生名单公示</w:t>
      </w:r>
    </w:p>
    <w:p>
      <w:r>
        <w:t>经学生个人申报，由学院（部）推荐工作领导小组根据《苏州大学推荐优秀应届本科毕业生免试攻读硕士学位研究生工作实施办法》、《材化部推免工作实施细则》等规定，审核学生的申请资格并组织全面考核，根据申请者综合考核成绩，确定拟推荐学生名单并公示如下，公示时间为2020年9月29日2020年10月8日。如有异议，请在公示期工作日内向材化部教学办公室（907-1209）提出书面申请，供学部评审委员会讨论并答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姓名</w:t>
            </w:r>
          </w:p>
        </w:tc>
        <w:tc>
          <w:tcPr>
            <w:tcW w:type="dxa" w:w="1080"/>
          </w:tcPr>
          <w:p>
            <w:r>
              <w:t>推荐类型</w:t>
            </w:r>
          </w:p>
        </w:tc>
        <w:tc>
          <w:tcPr>
            <w:tcW w:type="dxa" w:w="1080"/>
          </w:tcPr>
          <w:p>
            <w:r>
              <w:t>排名方式</w:t>
            </w:r>
          </w:p>
        </w:tc>
        <w:tc>
          <w:tcPr>
            <w:tcW w:type="dxa" w:w="1080"/>
          </w:tcPr>
          <w:p>
            <w:r>
              <w:t>综合成绩</w:t>
            </w:r>
          </w:p>
        </w:tc>
        <w:tc>
          <w:tcPr>
            <w:tcW w:type="dxa" w:w="1080"/>
          </w:tcPr>
          <w:p>
            <w:r>
              <w:t>综合名次</w:t>
            </w:r>
          </w:p>
        </w:tc>
        <w:tc>
          <w:tcPr>
            <w:tcW w:type="dxa" w:w="1080"/>
          </w:tcPr>
          <w:p>
            <w:r>
              <w:t>排名人数</w:t>
            </w:r>
          </w:p>
        </w:tc>
        <w:tc>
          <w:tcPr>
            <w:tcW w:type="dxa" w:w="1080"/>
          </w:tcPr>
          <w:p>
            <w:r>
              <w:t>候选选项</w:t>
            </w:r>
          </w:p>
        </w:tc>
        <w:tc>
          <w:tcPr>
            <w:tcW w:type="dxa" w:w="1080"/>
          </w:tcPr>
          <w:p>
            <w:r>
              <w:t>专业</w:t>
            </w:r>
          </w:p>
        </w:tc>
      </w:tr>
      <w:tr>
        <w:tc>
          <w:tcPr>
            <w:tcW w:type="dxa" w:w="1080"/>
          </w:tcPr>
          <w:p>
            <w:r>
              <w:t>张胜寒</w:t>
            </w:r>
          </w:p>
        </w:tc>
        <w:tc>
          <w:tcPr>
            <w:tcW w:type="dxa" w:w="1080"/>
          </w:tcPr>
          <w:p>
            <w:r>
              <w:t>0-普通</w:t>
            </w:r>
          </w:p>
        </w:tc>
        <w:tc>
          <w:tcPr>
            <w:tcW w:type="dxa" w:w="1080"/>
          </w:tcPr>
          <w:p>
            <w:r>
              <w:t>3-专业</w:t>
            </w:r>
          </w:p>
        </w:tc>
        <w:tc>
          <w:tcPr>
            <w:tcW w:type="dxa" w:w="1080"/>
          </w:tcPr>
          <w:p>
            <w:r>
              <w:t>407.33</w:t>
            </w:r>
          </w:p>
        </w:tc>
        <w:tc>
          <w:tcPr>
            <w:tcW w:type="dxa" w:w="1080"/>
          </w:tcPr>
          <w:p>
            <w:r>
              <w:t>1</w:t>
            </w:r>
          </w:p>
        </w:tc>
        <w:tc>
          <w:tcPr>
            <w:tcW w:type="dxa" w:w="1080"/>
          </w:tcPr>
          <w:p>
            <w:r>
              <w:t>19</w:t>
            </w:r>
          </w:p>
        </w:tc>
        <w:tc>
          <w:tcPr>
            <w:tcW w:type="dxa" w:w="1080"/>
          </w:tcPr>
          <w:p>
            <w:r/>
          </w:p>
        </w:tc>
        <w:tc>
          <w:tcPr>
            <w:tcW w:type="dxa" w:w="1080"/>
          </w:tcPr>
          <w:p>
            <w:r>
              <w:t>强化</w:t>
            </w:r>
          </w:p>
        </w:tc>
      </w:tr>
      <w:tr>
        <w:tc>
          <w:tcPr>
            <w:tcW w:type="dxa" w:w="1080"/>
          </w:tcPr>
          <w:p>
            <w:r>
              <w:t>王善乐</w:t>
            </w:r>
          </w:p>
        </w:tc>
        <w:tc>
          <w:tcPr>
            <w:tcW w:type="dxa" w:w="1080"/>
          </w:tcPr>
          <w:p>
            <w:r>
              <w:t>0-普通</w:t>
            </w:r>
          </w:p>
        </w:tc>
        <w:tc>
          <w:tcPr>
            <w:tcW w:type="dxa" w:w="1080"/>
          </w:tcPr>
          <w:p>
            <w:r>
              <w:t>3-专业</w:t>
            </w:r>
          </w:p>
        </w:tc>
        <w:tc>
          <w:tcPr>
            <w:tcW w:type="dxa" w:w="1080"/>
          </w:tcPr>
          <w:p>
            <w:r>
              <w:t>398.29</w:t>
            </w:r>
          </w:p>
        </w:tc>
        <w:tc>
          <w:tcPr>
            <w:tcW w:type="dxa" w:w="1080"/>
          </w:tcPr>
          <w:p>
            <w:r>
              <w:t>2</w:t>
            </w:r>
          </w:p>
        </w:tc>
        <w:tc>
          <w:tcPr>
            <w:tcW w:type="dxa" w:w="1080"/>
          </w:tcPr>
          <w:p>
            <w:r>
              <w:t>19</w:t>
            </w:r>
          </w:p>
        </w:tc>
        <w:tc>
          <w:tcPr>
            <w:tcW w:type="dxa" w:w="1080"/>
          </w:tcPr>
          <w:p>
            <w:r/>
          </w:p>
        </w:tc>
        <w:tc>
          <w:tcPr>
            <w:tcW w:type="dxa" w:w="1080"/>
          </w:tcPr>
          <w:p>
            <w:r>
              <w:t>强化</w:t>
            </w:r>
          </w:p>
        </w:tc>
      </w:tr>
      <w:tr>
        <w:tc>
          <w:tcPr>
            <w:tcW w:type="dxa" w:w="1080"/>
          </w:tcPr>
          <w:p>
            <w:r>
              <w:t>李星池</w:t>
            </w:r>
          </w:p>
        </w:tc>
        <w:tc>
          <w:tcPr>
            <w:tcW w:type="dxa" w:w="1080"/>
          </w:tcPr>
          <w:p>
            <w:r>
              <w:t>0-普通</w:t>
            </w:r>
          </w:p>
        </w:tc>
        <w:tc>
          <w:tcPr>
            <w:tcW w:type="dxa" w:w="1080"/>
          </w:tcPr>
          <w:p>
            <w:r>
              <w:t>3-专业</w:t>
            </w:r>
          </w:p>
        </w:tc>
        <w:tc>
          <w:tcPr>
            <w:tcW w:type="dxa" w:w="1080"/>
          </w:tcPr>
          <w:p>
            <w:r>
              <w:t>396.48</w:t>
            </w:r>
          </w:p>
        </w:tc>
        <w:tc>
          <w:tcPr>
            <w:tcW w:type="dxa" w:w="1080"/>
          </w:tcPr>
          <w:p>
            <w:r>
              <w:t>3</w:t>
            </w:r>
          </w:p>
        </w:tc>
        <w:tc>
          <w:tcPr>
            <w:tcW w:type="dxa" w:w="1080"/>
          </w:tcPr>
          <w:p>
            <w:r>
              <w:t>19</w:t>
            </w:r>
          </w:p>
        </w:tc>
        <w:tc>
          <w:tcPr>
            <w:tcW w:type="dxa" w:w="1080"/>
          </w:tcPr>
          <w:p>
            <w:r/>
          </w:p>
        </w:tc>
        <w:tc>
          <w:tcPr>
            <w:tcW w:type="dxa" w:w="1080"/>
          </w:tcPr>
          <w:p>
            <w:r>
              <w:t>强化</w:t>
            </w:r>
          </w:p>
        </w:tc>
      </w:tr>
      <w:tr>
        <w:tc>
          <w:tcPr>
            <w:tcW w:type="dxa" w:w="1080"/>
          </w:tcPr>
          <w:p>
            <w:r>
              <w:t>张龙龙</w:t>
            </w:r>
          </w:p>
        </w:tc>
        <w:tc>
          <w:tcPr>
            <w:tcW w:type="dxa" w:w="1080"/>
          </w:tcPr>
          <w:p>
            <w:r>
              <w:t>0-普通</w:t>
            </w:r>
          </w:p>
        </w:tc>
        <w:tc>
          <w:tcPr>
            <w:tcW w:type="dxa" w:w="1080"/>
          </w:tcPr>
          <w:p>
            <w:r>
              <w:t>3-专业</w:t>
            </w:r>
          </w:p>
        </w:tc>
        <w:tc>
          <w:tcPr>
            <w:tcW w:type="dxa" w:w="1080"/>
          </w:tcPr>
          <w:p>
            <w:r>
              <w:t>393.42</w:t>
            </w:r>
          </w:p>
        </w:tc>
        <w:tc>
          <w:tcPr>
            <w:tcW w:type="dxa" w:w="1080"/>
          </w:tcPr>
          <w:p>
            <w:r>
              <w:t>4</w:t>
            </w:r>
          </w:p>
        </w:tc>
        <w:tc>
          <w:tcPr>
            <w:tcW w:type="dxa" w:w="1080"/>
          </w:tcPr>
          <w:p>
            <w:r>
              <w:t>19</w:t>
            </w:r>
          </w:p>
        </w:tc>
        <w:tc>
          <w:tcPr>
            <w:tcW w:type="dxa" w:w="1080"/>
          </w:tcPr>
          <w:p>
            <w:r/>
          </w:p>
        </w:tc>
        <w:tc>
          <w:tcPr>
            <w:tcW w:type="dxa" w:w="1080"/>
          </w:tcPr>
          <w:p>
            <w:r>
              <w:t>强化</w:t>
            </w:r>
          </w:p>
        </w:tc>
      </w:tr>
      <w:tr>
        <w:tc>
          <w:tcPr>
            <w:tcW w:type="dxa" w:w="1080"/>
          </w:tcPr>
          <w:p>
            <w:r>
              <w:t>蒋鑫</w:t>
            </w:r>
          </w:p>
        </w:tc>
        <w:tc>
          <w:tcPr>
            <w:tcW w:type="dxa" w:w="1080"/>
          </w:tcPr>
          <w:p>
            <w:r>
              <w:t>0-普通</w:t>
            </w:r>
          </w:p>
        </w:tc>
        <w:tc>
          <w:tcPr>
            <w:tcW w:type="dxa" w:w="1080"/>
          </w:tcPr>
          <w:p>
            <w:r>
              <w:t>3-专业</w:t>
            </w:r>
          </w:p>
        </w:tc>
        <w:tc>
          <w:tcPr>
            <w:tcW w:type="dxa" w:w="1080"/>
          </w:tcPr>
          <w:p>
            <w:r>
              <w:t>390</w:t>
            </w:r>
          </w:p>
        </w:tc>
        <w:tc>
          <w:tcPr>
            <w:tcW w:type="dxa" w:w="1080"/>
          </w:tcPr>
          <w:p>
            <w:r>
              <w:t>5</w:t>
            </w:r>
          </w:p>
        </w:tc>
        <w:tc>
          <w:tcPr>
            <w:tcW w:type="dxa" w:w="1080"/>
          </w:tcPr>
          <w:p>
            <w:r>
              <w:t>19</w:t>
            </w:r>
          </w:p>
        </w:tc>
        <w:tc>
          <w:tcPr>
            <w:tcW w:type="dxa" w:w="1080"/>
          </w:tcPr>
          <w:p>
            <w:r/>
          </w:p>
        </w:tc>
        <w:tc>
          <w:tcPr>
            <w:tcW w:type="dxa" w:w="1080"/>
          </w:tcPr>
          <w:p>
            <w:r>
              <w:t>强化</w:t>
            </w:r>
          </w:p>
        </w:tc>
      </w:tr>
      <w:tr>
        <w:tc>
          <w:tcPr>
            <w:tcW w:type="dxa" w:w="1080"/>
          </w:tcPr>
          <w:p>
            <w:r>
              <w:t>吉波</w:t>
            </w:r>
          </w:p>
        </w:tc>
        <w:tc>
          <w:tcPr>
            <w:tcW w:type="dxa" w:w="1080"/>
          </w:tcPr>
          <w:p>
            <w:r>
              <w:t>0-普通</w:t>
            </w:r>
          </w:p>
        </w:tc>
        <w:tc>
          <w:tcPr>
            <w:tcW w:type="dxa" w:w="1080"/>
          </w:tcPr>
          <w:p>
            <w:r>
              <w:t>3-专业</w:t>
            </w:r>
          </w:p>
        </w:tc>
        <w:tc>
          <w:tcPr>
            <w:tcW w:type="dxa" w:w="1080"/>
          </w:tcPr>
          <w:p>
            <w:r>
              <w:t>389.5</w:t>
            </w:r>
          </w:p>
        </w:tc>
        <w:tc>
          <w:tcPr>
            <w:tcW w:type="dxa" w:w="1080"/>
          </w:tcPr>
          <w:p>
            <w:r>
              <w:t>6</w:t>
            </w:r>
          </w:p>
        </w:tc>
        <w:tc>
          <w:tcPr>
            <w:tcW w:type="dxa" w:w="1080"/>
          </w:tcPr>
          <w:p>
            <w:r>
              <w:t>19</w:t>
            </w:r>
          </w:p>
        </w:tc>
        <w:tc>
          <w:tcPr>
            <w:tcW w:type="dxa" w:w="1080"/>
          </w:tcPr>
          <w:p>
            <w:r/>
          </w:p>
        </w:tc>
        <w:tc>
          <w:tcPr>
            <w:tcW w:type="dxa" w:w="1080"/>
          </w:tcPr>
          <w:p>
            <w:r>
              <w:t>强化</w:t>
            </w:r>
          </w:p>
        </w:tc>
      </w:tr>
      <w:tr>
        <w:tc>
          <w:tcPr>
            <w:tcW w:type="dxa" w:w="1080"/>
          </w:tcPr>
          <w:p>
            <w:r>
              <w:t>缪婧琪</w:t>
            </w:r>
          </w:p>
        </w:tc>
        <w:tc>
          <w:tcPr>
            <w:tcW w:type="dxa" w:w="1080"/>
          </w:tcPr>
          <w:p>
            <w:r>
              <w:t>0-普通</w:t>
            </w:r>
          </w:p>
        </w:tc>
        <w:tc>
          <w:tcPr>
            <w:tcW w:type="dxa" w:w="1080"/>
          </w:tcPr>
          <w:p>
            <w:r>
              <w:t>3-专业</w:t>
            </w:r>
          </w:p>
        </w:tc>
        <w:tc>
          <w:tcPr>
            <w:tcW w:type="dxa" w:w="1080"/>
          </w:tcPr>
          <w:p>
            <w:r>
              <w:t>388.115</w:t>
            </w:r>
          </w:p>
        </w:tc>
        <w:tc>
          <w:tcPr>
            <w:tcW w:type="dxa" w:w="1080"/>
          </w:tcPr>
          <w:p>
            <w:r>
              <w:t>7</w:t>
            </w:r>
          </w:p>
        </w:tc>
        <w:tc>
          <w:tcPr>
            <w:tcW w:type="dxa" w:w="1080"/>
          </w:tcPr>
          <w:p>
            <w:r>
              <w:t>19</w:t>
            </w:r>
          </w:p>
        </w:tc>
        <w:tc>
          <w:tcPr>
            <w:tcW w:type="dxa" w:w="1080"/>
          </w:tcPr>
          <w:p>
            <w:r/>
          </w:p>
        </w:tc>
        <w:tc>
          <w:tcPr>
            <w:tcW w:type="dxa" w:w="1080"/>
          </w:tcPr>
          <w:p>
            <w:r>
              <w:t>强化</w:t>
            </w:r>
          </w:p>
        </w:tc>
      </w:tr>
      <w:tr>
        <w:tc>
          <w:tcPr>
            <w:tcW w:type="dxa" w:w="1080"/>
          </w:tcPr>
          <w:p>
            <w:r>
              <w:t>李悦鹏</w:t>
            </w:r>
          </w:p>
        </w:tc>
        <w:tc>
          <w:tcPr>
            <w:tcW w:type="dxa" w:w="1080"/>
          </w:tcPr>
          <w:p>
            <w:r>
              <w:t>0-普通</w:t>
            </w:r>
          </w:p>
        </w:tc>
        <w:tc>
          <w:tcPr>
            <w:tcW w:type="dxa" w:w="1080"/>
          </w:tcPr>
          <w:p>
            <w:r>
              <w:t>3-专业</w:t>
            </w:r>
          </w:p>
        </w:tc>
        <w:tc>
          <w:tcPr>
            <w:tcW w:type="dxa" w:w="1080"/>
          </w:tcPr>
          <w:p>
            <w:r>
              <w:t>387.345</w:t>
            </w:r>
          </w:p>
        </w:tc>
        <w:tc>
          <w:tcPr>
            <w:tcW w:type="dxa" w:w="1080"/>
          </w:tcPr>
          <w:p>
            <w:r>
              <w:t>8</w:t>
            </w:r>
          </w:p>
        </w:tc>
        <w:tc>
          <w:tcPr>
            <w:tcW w:type="dxa" w:w="1080"/>
          </w:tcPr>
          <w:p>
            <w:r>
              <w:t>19</w:t>
            </w:r>
          </w:p>
        </w:tc>
        <w:tc>
          <w:tcPr>
            <w:tcW w:type="dxa" w:w="1080"/>
          </w:tcPr>
          <w:p>
            <w:r/>
          </w:p>
        </w:tc>
        <w:tc>
          <w:tcPr>
            <w:tcW w:type="dxa" w:w="1080"/>
          </w:tcPr>
          <w:p>
            <w:r>
              <w:t>强化</w:t>
            </w:r>
          </w:p>
        </w:tc>
      </w:tr>
      <w:tr>
        <w:tc>
          <w:tcPr>
            <w:tcW w:type="dxa" w:w="1080"/>
          </w:tcPr>
          <w:p>
            <w:r>
              <w:t>汤雄凯</w:t>
            </w:r>
          </w:p>
        </w:tc>
        <w:tc>
          <w:tcPr>
            <w:tcW w:type="dxa" w:w="1080"/>
          </w:tcPr>
          <w:p>
            <w:r>
              <w:t>0-普通</w:t>
            </w:r>
          </w:p>
        </w:tc>
        <w:tc>
          <w:tcPr>
            <w:tcW w:type="dxa" w:w="1080"/>
          </w:tcPr>
          <w:p>
            <w:r>
              <w:t>3-专业</w:t>
            </w:r>
          </w:p>
        </w:tc>
        <w:tc>
          <w:tcPr>
            <w:tcW w:type="dxa" w:w="1080"/>
          </w:tcPr>
          <w:p>
            <w:r>
              <w:t>386.45</w:t>
            </w:r>
          </w:p>
        </w:tc>
        <w:tc>
          <w:tcPr>
            <w:tcW w:type="dxa" w:w="1080"/>
          </w:tcPr>
          <w:p>
            <w:r>
              <w:t>9</w:t>
            </w:r>
          </w:p>
        </w:tc>
        <w:tc>
          <w:tcPr>
            <w:tcW w:type="dxa" w:w="1080"/>
          </w:tcPr>
          <w:p>
            <w:r>
              <w:t>19</w:t>
            </w:r>
          </w:p>
        </w:tc>
        <w:tc>
          <w:tcPr>
            <w:tcW w:type="dxa" w:w="1080"/>
          </w:tcPr>
          <w:p>
            <w:r/>
          </w:p>
        </w:tc>
        <w:tc>
          <w:tcPr>
            <w:tcW w:type="dxa" w:w="1080"/>
          </w:tcPr>
          <w:p>
            <w:r>
              <w:t>强化</w:t>
            </w:r>
          </w:p>
        </w:tc>
      </w:tr>
      <w:tr>
        <w:tc>
          <w:tcPr>
            <w:tcW w:type="dxa" w:w="1080"/>
          </w:tcPr>
          <w:p>
            <w:r>
              <w:t>李幸佳</w:t>
            </w:r>
          </w:p>
        </w:tc>
        <w:tc>
          <w:tcPr>
            <w:tcW w:type="dxa" w:w="1080"/>
          </w:tcPr>
          <w:p>
            <w:r>
              <w:t>0-普通</w:t>
            </w:r>
          </w:p>
        </w:tc>
        <w:tc>
          <w:tcPr>
            <w:tcW w:type="dxa" w:w="1080"/>
          </w:tcPr>
          <w:p>
            <w:r>
              <w:t>3-专业</w:t>
            </w:r>
          </w:p>
        </w:tc>
        <w:tc>
          <w:tcPr>
            <w:tcW w:type="dxa" w:w="1080"/>
          </w:tcPr>
          <w:p>
            <w:r>
              <w:t>386.33</w:t>
            </w:r>
          </w:p>
        </w:tc>
        <w:tc>
          <w:tcPr>
            <w:tcW w:type="dxa" w:w="1080"/>
          </w:tcPr>
          <w:p>
            <w:r>
              <w:t>10</w:t>
            </w:r>
          </w:p>
        </w:tc>
        <w:tc>
          <w:tcPr>
            <w:tcW w:type="dxa" w:w="1080"/>
          </w:tcPr>
          <w:p>
            <w:r>
              <w:t>19</w:t>
            </w:r>
          </w:p>
        </w:tc>
        <w:tc>
          <w:tcPr>
            <w:tcW w:type="dxa" w:w="1080"/>
          </w:tcPr>
          <w:p>
            <w:r/>
          </w:p>
        </w:tc>
        <w:tc>
          <w:tcPr>
            <w:tcW w:type="dxa" w:w="1080"/>
          </w:tcPr>
          <w:p>
            <w:r>
              <w:t>强化</w:t>
            </w:r>
          </w:p>
        </w:tc>
      </w:tr>
      <w:tr>
        <w:tc>
          <w:tcPr>
            <w:tcW w:type="dxa" w:w="1080"/>
          </w:tcPr>
          <w:p>
            <w:r>
              <w:t>卫锟锟</w:t>
            </w:r>
          </w:p>
        </w:tc>
        <w:tc>
          <w:tcPr>
            <w:tcW w:type="dxa" w:w="1080"/>
          </w:tcPr>
          <w:p>
            <w:r>
              <w:t>0-普通</w:t>
            </w:r>
          </w:p>
        </w:tc>
        <w:tc>
          <w:tcPr>
            <w:tcW w:type="dxa" w:w="1080"/>
          </w:tcPr>
          <w:p>
            <w:r>
              <w:t>3-专业</w:t>
            </w:r>
          </w:p>
        </w:tc>
        <w:tc>
          <w:tcPr>
            <w:tcW w:type="dxa" w:w="1080"/>
          </w:tcPr>
          <w:p>
            <w:r>
              <w:t>382.6</w:t>
            </w:r>
          </w:p>
        </w:tc>
        <w:tc>
          <w:tcPr>
            <w:tcW w:type="dxa" w:w="1080"/>
          </w:tcPr>
          <w:p>
            <w:r>
              <w:t>11</w:t>
            </w:r>
          </w:p>
        </w:tc>
        <w:tc>
          <w:tcPr>
            <w:tcW w:type="dxa" w:w="1080"/>
          </w:tcPr>
          <w:p>
            <w:r>
              <w:t>19</w:t>
            </w:r>
          </w:p>
        </w:tc>
        <w:tc>
          <w:tcPr>
            <w:tcW w:type="dxa" w:w="1080"/>
          </w:tcPr>
          <w:p>
            <w:r/>
          </w:p>
        </w:tc>
        <w:tc>
          <w:tcPr>
            <w:tcW w:type="dxa" w:w="1080"/>
          </w:tcPr>
          <w:p>
            <w:r>
              <w:t>强化</w:t>
            </w:r>
          </w:p>
        </w:tc>
      </w:tr>
      <w:tr>
        <w:tc>
          <w:tcPr>
            <w:tcW w:type="dxa" w:w="1080"/>
          </w:tcPr>
          <w:p>
            <w:r>
              <w:t>杨茗琛</w:t>
            </w:r>
          </w:p>
        </w:tc>
        <w:tc>
          <w:tcPr>
            <w:tcW w:type="dxa" w:w="1080"/>
          </w:tcPr>
          <w:p>
            <w:r>
              <w:t>0-普通</w:t>
            </w:r>
          </w:p>
        </w:tc>
        <w:tc>
          <w:tcPr>
            <w:tcW w:type="dxa" w:w="1080"/>
          </w:tcPr>
          <w:p>
            <w:r>
              <w:t>3-专业</w:t>
            </w:r>
          </w:p>
        </w:tc>
        <w:tc>
          <w:tcPr>
            <w:tcW w:type="dxa" w:w="1080"/>
          </w:tcPr>
          <w:p>
            <w:r>
              <w:t>380</w:t>
            </w:r>
          </w:p>
        </w:tc>
        <w:tc>
          <w:tcPr>
            <w:tcW w:type="dxa" w:w="1080"/>
          </w:tcPr>
          <w:p>
            <w:r>
              <w:t>12</w:t>
            </w:r>
          </w:p>
        </w:tc>
        <w:tc>
          <w:tcPr>
            <w:tcW w:type="dxa" w:w="1080"/>
          </w:tcPr>
          <w:p>
            <w:r>
              <w:t>19</w:t>
            </w:r>
          </w:p>
        </w:tc>
        <w:tc>
          <w:tcPr>
            <w:tcW w:type="dxa" w:w="1080"/>
          </w:tcPr>
          <w:p>
            <w:r/>
          </w:p>
        </w:tc>
        <w:tc>
          <w:tcPr>
            <w:tcW w:type="dxa" w:w="1080"/>
          </w:tcPr>
          <w:p>
            <w:r>
              <w:t>强化</w:t>
            </w:r>
          </w:p>
        </w:tc>
      </w:tr>
      <w:tr>
        <w:tc>
          <w:tcPr>
            <w:tcW w:type="dxa" w:w="1080"/>
          </w:tcPr>
          <w:p>
            <w:r>
              <w:t>孙启文</w:t>
            </w:r>
          </w:p>
        </w:tc>
        <w:tc>
          <w:tcPr>
            <w:tcW w:type="dxa" w:w="1080"/>
          </w:tcPr>
          <w:p>
            <w:r>
              <w:t>0-普通</w:t>
            </w:r>
          </w:p>
        </w:tc>
        <w:tc>
          <w:tcPr>
            <w:tcW w:type="dxa" w:w="1080"/>
          </w:tcPr>
          <w:p>
            <w:r>
              <w:t>3-专业</w:t>
            </w:r>
          </w:p>
        </w:tc>
        <w:tc>
          <w:tcPr>
            <w:tcW w:type="dxa" w:w="1080"/>
          </w:tcPr>
          <w:p>
            <w:r>
              <w:t>409.58</w:t>
            </w:r>
          </w:p>
        </w:tc>
        <w:tc>
          <w:tcPr>
            <w:tcW w:type="dxa" w:w="1080"/>
          </w:tcPr>
          <w:p>
            <w:r>
              <w:t>1</w:t>
            </w:r>
          </w:p>
        </w:tc>
        <w:tc>
          <w:tcPr>
            <w:tcW w:type="dxa" w:w="1080"/>
          </w:tcPr>
          <w:p>
            <w:r>
              <w:t>11</w:t>
            </w:r>
          </w:p>
        </w:tc>
        <w:tc>
          <w:tcPr>
            <w:tcW w:type="dxa" w:w="1080"/>
          </w:tcPr>
          <w:p>
            <w:r/>
          </w:p>
        </w:tc>
        <w:tc>
          <w:tcPr>
            <w:tcW w:type="dxa" w:w="1080"/>
          </w:tcPr>
          <w:p>
            <w:r>
              <w:t>材科</w:t>
            </w:r>
          </w:p>
        </w:tc>
      </w:tr>
      <w:tr>
        <w:tc>
          <w:tcPr>
            <w:tcW w:type="dxa" w:w="1080"/>
          </w:tcPr>
          <w:p>
            <w:r>
              <w:t>裴润博</w:t>
            </w:r>
          </w:p>
        </w:tc>
        <w:tc>
          <w:tcPr>
            <w:tcW w:type="dxa" w:w="1080"/>
          </w:tcPr>
          <w:p>
            <w:r>
              <w:t>0-普通</w:t>
            </w:r>
          </w:p>
        </w:tc>
        <w:tc>
          <w:tcPr>
            <w:tcW w:type="dxa" w:w="1080"/>
          </w:tcPr>
          <w:p>
            <w:r>
              <w:t>3-专业</w:t>
            </w:r>
          </w:p>
        </w:tc>
        <w:tc>
          <w:tcPr>
            <w:tcW w:type="dxa" w:w="1080"/>
          </w:tcPr>
          <w:p>
            <w:r>
              <w:t>392.6</w:t>
            </w:r>
          </w:p>
        </w:tc>
        <w:tc>
          <w:tcPr>
            <w:tcW w:type="dxa" w:w="1080"/>
          </w:tcPr>
          <w:p>
            <w:r>
              <w:t>2</w:t>
            </w:r>
          </w:p>
        </w:tc>
        <w:tc>
          <w:tcPr>
            <w:tcW w:type="dxa" w:w="1080"/>
          </w:tcPr>
          <w:p>
            <w:r>
              <w:t>11</w:t>
            </w:r>
          </w:p>
        </w:tc>
        <w:tc>
          <w:tcPr>
            <w:tcW w:type="dxa" w:w="1080"/>
          </w:tcPr>
          <w:p>
            <w:r/>
          </w:p>
        </w:tc>
        <w:tc>
          <w:tcPr>
            <w:tcW w:type="dxa" w:w="1080"/>
          </w:tcPr>
          <w:p>
            <w:r>
              <w:t>材科</w:t>
            </w:r>
          </w:p>
        </w:tc>
      </w:tr>
      <w:tr>
        <w:tc>
          <w:tcPr>
            <w:tcW w:type="dxa" w:w="1080"/>
          </w:tcPr>
          <w:p>
            <w:r>
              <w:t>樊玥欣</w:t>
            </w:r>
          </w:p>
        </w:tc>
        <w:tc>
          <w:tcPr>
            <w:tcW w:type="dxa" w:w="1080"/>
          </w:tcPr>
          <w:p>
            <w:r>
              <w:t>0-普通</w:t>
            </w:r>
          </w:p>
        </w:tc>
        <w:tc>
          <w:tcPr>
            <w:tcW w:type="dxa" w:w="1080"/>
          </w:tcPr>
          <w:p>
            <w:r>
              <w:t>3-专业</w:t>
            </w:r>
          </w:p>
        </w:tc>
        <w:tc>
          <w:tcPr>
            <w:tcW w:type="dxa" w:w="1080"/>
          </w:tcPr>
          <w:p>
            <w:r>
              <w:t>391</w:t>
            </w:r>
          </w:p>
        </w:tc>
        <w:tc>
          <w:tcPr>
            <w:tcW w:type="dxa" w:w="1080"/>
          </w:tcPr>
          <w:p>
            <w:r>
              <w:t>3</w:t>
            </w:r>
          </w:p>
        </w:tc>
        <w:tc>
          <w:tcPr>
            <w:tcW w:type="dxa" w:w="1080"/>
          </w:tcPr>
          <w:p>
            <w:r>
              <w:t>11</w:t>
            </w:r>
          </w:p>
        </w:tc>
        <w:tc>
          <w:tcPr>
            <w:tcW w:type="dxa" w:w="1080"/>
          </w:tcPr>
          <w:p>
            <w:r/>
          </w:p>
        </w:tc>
        <w:tc>
          <w:tcPr>
            <w:tcW w:type="dxa" w:w="1080"/>
          </w:tcPr>
          <w:p>
            <w:r>
              <w:t>材科</w:t>
            </w:r>
          </w:p>
        </w:tc>
      </w:tr>
      <w:tr>
        <w:tc>
          <w:tcPr>
            <w:tcW w:type="dxa" w:w="1080"/>
          </w:tcPr>
          <w:p>
            <w:r>
              <w:t>陈屹婷</w:t>
            </w:r>
          </w:p>
        </w:tc>
        <w:tc>
          <w:tcPr>
            <w:tcW w:type="dxa" w:w="1080"/>
          </w:tcPr>
          <w:p>
            <w:r>
              <w:t>0-普通</w:t>
            </w:r>
          </w:p>
        </w:tc>
        <w:tc>
          <w:tcPr>
            <w:tcW w:type="dxa" w:w="1080"/>
          </w:tcPr>
          <w:p>
            <w:r>
              <w:t>3-专业</w:t>
            </w:r>
          </w:p>
        </w:tc>
        <w:tc>
          <w:tcPr>
            <w:tcW w:type="dxa" w:w="1080"/>
          </w:tcPr>
          <w:p>
            <w:r>
              <w:t>386</w:t>
            </w:r>
          </w:p>
        </w:tc>
        <w:tc>
          <w:tcPr>
            <w:tcW w:type="dxa" w:w="1080"/>
          </w:tcPr>
          <w:p>
            <w:r>
              <w:t>4</w:t>
            </w:r>
          </w:p>
        </w:tc>
        <w:tc>
          <w:tcPr>
            <w:tcW w:type="dxa" w:w="1080"/>
          </w:tcPr>
          <w:p>
            <w:r>
              <w:t>11</w:t>
            </w:r>
          </w:p>
        </w:tc>
        <w:tc>
          <w:tcPr>
            <w:tcW w:type="dxa" w:w="1080"/>
          </w:tcPr>
          <w:p>
            <w:r/>
          </w:p>
        </w:tc>
        <w:tc>
          <w:tcPr>
            <w:tcW w:type="dxa" w:w="1080"/>
          </w:tcPr>
          <w:p>
            <w:r>
              <w:t>材科</w:t>
            </w:r>
          </w:p>
        </w:tc>
      </w:tr>
      <w:tr>
        <w:tc>
          <w:tcPr>
            <w:tcW w:type="dxa" w:w="1080"/>
          </w:tcPr>
          <w:p>
            <w:r>
              <w:t>庄雅灵</w:t>
            </w:r>
          </w:p>
        </w:tc>
        <w:tc>
          <w:tcPr>
            <w:tcW w:type="dxa" w:w="1080"/>
          </w:tcPr>
          <w:p>
            <w:r>
              <w:t>0-普通</w:t>
            </w:r>
          </w:p>
        </w:tc>
        <w:tc>
          <w:tcPr>
            <w:tcW w:type="dxa" w:w="1080"/>
          </w:tcPr>
          <w:p>
            <w:r>
              <w:t>3-专业</w:t>
            </w:r>
          </w:p>
        </w:tc>
        <w:tc>
          <w:tcPr>
            <w:tcW w:type="dxa" w:w="1080"/>
          </w:tcPr>
          <w:p>
            <w:r>
              <w:t>382</w:t>
            </w:r>
          </w:p>
        </w:tc>
        <w:tc>
          <w:tcPr>
            <w:tcW w:type="dxa" w:w="1080"/>
          </w:tcPr>
          <w:p>
            <w:r>
              <w:t>5</w:t>
            </w:r>
          </w:p>
        </w:tc>
        <w:tc>
          <w:tcPr>
            <w:tcW w:type="dxa" w:w="1080"/>
          </w:tcPr>
          <w:p>
            <w:r>
              <w:t>11</w:t>
            </w:r>
          </w:p>
        </w:tc>
        <w:tc>
          <w:tcPr>
            <w:tcW w:type="dxa" w:w="1080"/>
          </w:tcPr>
          <w:p>
            <w:r/>
          </w:p>
        </w:tc>
        <w:tc>
          <w:tcPr>
            <w:tcW w:type="dxa" w:w="1080"/>
          </w:tcPr>
          <w:p>
            <w:r>
              <w:t>材科</w:t>
            </w:r>
          </w:p>
        </w:tc>
      </w:tr>
      <w:tr>
        <w:tc>
          <w:tcPr>
            <w:tcW w:type="dxa" w:w="1080"/>
          </w:tcPr>
          <w:p>
            <w:r>
              <w:t>郑浩</w:t>
            </w:r>
          </w:p>
        </w:tc>
        <w:tc>
          <w:tcPr>
            <w:tcW w:type="dxa" w:w="1080"/>
          </w:tcPr>
          <w:p>
            <w:r>
              <w:t>0-普通</w:t>
            </w:r>
          </w:p>
        </w:tc>
        <w:tc>
          <w:tcPr>
            <w:tcW w:type="dxa" w:w="1080"/>
          </w:tcPr>
          <w:p>
            <w:r>
              <w:t>3-专业</w:t>
            </w:r>
          </w:p>
        </w:tc>
        <w:tc>
          <w:tcPr>
            <w:tcW w:type="dxa" w:w="1080"/>
          </w:tcPr>
          <w:p>
            <w:r>
              <w:t>399.46</w:t>
            </w:r>
          </w:p>
        </w:tc>
        <w:tc>
          <w:tcPr>
            <w:tcW w:type="dxa" w:w="1080"/>
          </w:tcPr>
          <w:p>
            <w:r>
              <w:t>1</w:t>
            </w:r>
          </w:p>
        </w:tc>
        <w:tc>
          <w:tcPr>
            <w:tcW w:type="dxa" w:w="1080"/>
          </w:tcPr>
          <w:p>
            <w:r>
              <w:t>13</w:t>
            </w:r>
          </w:p>
        </w:tc>
        <w:tc>
          <w:tcPr>
            <w:tcW w:type="dxa" w:w="1080"/>
          </w:tcPr>
          <w:p>
            <w:r/>
          </w:p>
        </w:tc>
        <w:tc>
          <w:tcPr>
            <w:tcW w:type="dxa" w:w="1080"/>
          </w:tcPr>
          <w:p>
            <w:r>
              <w:t>高材</w:t>
            </w:r>
          </w:p>
        </w:tc>
      </w:tr>
      <w:tr>
        <w:tc>
          <w:tcPr>
            <w:tcW w:type="dxa" w:w="1080"/>
          </w:tcPr>
          <w:p>
            <w:r>
              <w:t>黄雨婷</w:t>
            </w:r>
          </w:p>
        </w:tc>
        <w:tc>
          <w:tcPr>
            <w:tcW w:type="dxa" w:w="1080"/>
          </w:tcPr>
          <w:p>
            <w:r>
              <w:t>0-普通</w:t>
            </w:r>
          </w:p>
        </w:tc>
        <w:tc>
          <w:tcPr>
            <w:tcW w:type="dxa" w:w="1080"/>
          </w:tcPr>
          <w:p>
            <w:r>
              <w:t>3-专业</w:t>
            </w:r>
          </w:p>
        </w:tc>
        <w:tc>
          <w:tcPr>
            <w:tcW w:type="dxa" w:w="1080"/>
          </w:tcPr>
          <w:p>
            <w:r>
              <w:t>389.005</w:t>
            </w:r>
          </w:p>
        </w:tc>
        <w:tc>
          <w:tcPr>
            <w:tcW w:type="dxa" w:w="1080"/>
          </w:tcPr>
          <w:p>
            <w:r>
              <w:t>2</w:t>
            </w:r>
          </w:p>
        </w:tc>
        <w:tc>
          <w:tcPr>
            <w:tcW w:type="dxa" w:w="1080"/>
          </w:tcPr>
          <w:p>
            <w:r>
              <w:t>13</w:t>
            </w:r>
          </w:p>
        </w:tc>
        <w:tc>
          <w:tcPr>
            <w:tcW w:type="dxa" w:w="1080"/>
          </w:tcPr>
          <w:p>
            <w:r/>
          </w:p>
        </w:tc>
        <w:tc>
          <w:tcPr>
            <w:tcW w:type="dxa" w:w="1080"/>
          </w:tcPr>
          <w:p>
            <w:r>
              <w:t>高材</w:t>
            </w:r>
          </w:p>
        </w:tc>
      </w:tr>
      <w:tr>
        <w:tc>
          <w:tcPr>
            <w:tcW w:type="dxa" w:w="1080"/>
          </w:tcPr>
          <w:p>
            <w:r>
              <w:t>陆靖秋</w:t>
            </w:r>
          </w:p>
        </w:tc>
        <w:tc>
          <w:tcPr>
            <w:tcW w:type="dxa" w:w="1080"/>
          </w:tcPr>
          <w:p>
            <w:r>
              <w:t>0-普通</w:t>
            </w:r>
          </w:p>
        </w:tc>
        <w:tc>
          <w:tcPr>
            <w:tcW w:type="dxa" w:w="1080"/>
          </w:tcPr>
          <w:p>
            <w:r>
              <w:t>3-专业</w:t>
            </w:r>
          </w:p>
        </w:tc>
        <w:tc>
          <w:tcPr>
            <w:tcW w:type="dxa" w:w="1080"/>
          </w:tcPr>
          <w:p>
            <w:r>
              <w:t>388.49</w:t>
            </w:r>
          </w:p>
        </w:tc>
        <w:tc>
          <w:tcPr>
            <w:tcW w:type="dxa" w:w="1080"/>
          </w:tcPr>
          <w:p>
            <w:r>
              <w:t>3</w:t>
            </w:r>
          </w:p>
        </w:tc>
        <w:tc>
          <w:tcPr>
            <w:tcW w:type="dxa" w:w="1080"/>
          </w:tcPr>
          <w:p>
            <w:r>
              <w:t>13</w:t>
            </w:r>
          </w:p>
        </w:tc>
        <w:tc>
          <w:tcPr>
            <w:tcW w:type="dxa" w:w="1080"/>
          </w:tcPr>
          <w:p>
            <w:r/>
          </w:p>
        </w:tc>
        <w:tc>
          <w:tcPr>
            <w:tcW w:type="dxa" w:w="1080"/>
          </w:tcPr>
          <w:p>
            <w:r>
              <w:t>高材</w:t>
            </w:r>
          </w:p>
        </w:tc>
      </w:tr>
      <w:tr>
        <w:tc>
          <w:tcPr>
            <w:tcW w:type="dxa" w:w="1080"/>
          </w:tcPr>
          <w:p>
            <w:r>
              <w:t>吴晓晓</w:t>
            </w:r>
          </w:p>
        </w:tc>
        <w:tc>
          <w:tcPr>
            <w:tcW w:type="dxa" w:w="1080"/>
          </w:tcPr>
          <w:p>
            <w:r>
              <w:t>0-普通</w:t>
            </w:r>
          </w:p>
        </w:tc>
        <w:tc>
          <w:tcPr>
            <w:tcW w:type="dxa" w:w="1080"/>
          </w:tcPr>
          <w:p>
            <w:r>
              <w:t>3-专业</w:t>
            </w:r>
          </w:p>
        </w:tc>
        <w:tc>
          <w:tcPr>
            <w:tcW w:type="dxa" w:w="1080"/>
          </w:tcPr>
          <w:p>
            <w:r>
              <w:t>387.365</w:t>
            </w:r>
          </w:p>
        </w:tc>
        <w:tc>
          <w:tcPr>
            <w:tcW w:type="dxa" w:w="1080"/>
          </w:tcPr>
          <w:p>
            <w:r>
              <w:t>4</w:t>
            </w:r>
          </w:p>
        </w:tc>
        <w:tc>
          <w:tcPr>
            <w:tcW w:type="dxa" w:w="1080"/>
          </w:tcPr>
          <w:p>
            <w:r>
              <w:t>13</w:t>
            </w:r>
          </w:p>
        </w:tc>
        <w:tc>
          <w:tcPr>
            <w:tcW w:type="dxa" w:w="1080"/>
          </w:tcPr>
          <w:p>
            <w:r/>
          </w:p>
        </w:tc>
        <w:tc>
          <w:tcPr>
            <w:tcW w:type="dxa" w:w="1080"/>
          </w:tcPr>
          <w:p>
            <w:r>
              <w:t>高材</w:t>
            </w:r>
          </w:p>
        </w:tc>
      </w:tr>
      <w:tr>
        <w:tc>
          <w:tcPr>
            <w:tcW w:type="dxa" w:w="1080"/>
          </w:tcPr>
          <w:p>
            <w:r>
              <w:t>曹杰</w:t>
            </w:r>
          </w:p>
        </w:tc>
        <w:tc>
          <w:tcPr>
            <w:tcW w:type="dxa" w:w="1080"/>
          </w:tcPr>
          <w:p>
            <w:r>
              <w:t>0-普通</w:t>
            </w:r>
          </w:p>
        </w:tc>
        <w:tc>
          <w:tcPr>
            <w:tcW w:type="dxa" w:w="1080"/>
          </w:tcPr>
          <w:p>
            <w:r>
              <w:t>3-专业</w:t>
            </w:r>
          </w:p>
        </w:tc>
        <w:tc>
          <w:tcPr>
            <w:tcW w:type="dxa" w:w="1080"/>
          </w:tcPr>
          <w:p>
            <w:r>
              <w:t>386.43</w:t>
            </w:r>
          </w:p>
        </w:tc>
        <w:tc>
          <w:tcPr>
            <w:tcW w:type="dxa" w:w="1080"/>
          </w:tcPr>
          <w:p>
            <w:r>
              <w:t>5</w:t>
            </w:r>
          </w:p>
        </w:tc>
        <w:tc>
          <w:tcPr>
            <w:tcW w:type="dxa" w:w="1080"/>
          </w:tcPr>
          <w:p>
            <w:r>
              <w:t>13</w:t>
            </w:r>
          </w:p>
        </w:tc>
        <w:tc>
          <w:tcPr>
            <w:tcW w:type="dxa" w:w="1080"/>
          </w:tcPr>
          <w:p>
            <w:r/>
          </w:p>
        </w:tc>
        <w:tc>
          <w:tcPr>
            <w:tcW w:type="dxa" w:w="1080"/>
          </w:tcPr>
          <w:p>
            <w:r>
              <w:t>高材</w:t>
            </w:r>
          </w:p>
        </w:tc>
      </w:tr>
      <w:tr>
        <w:tc>
          <w:tcPr>
            <w:tcW w:type="dxa" w:w="1080"/>
          </w:tcPr>
          <w:p>
            <w:r>
              <w:t>严珅</w:t>
            </w:r>
          </w:p>
        </w:tc>
        <w:tc>
          <w:tcPr>
            <w:tcW w:type="dxa" w:w="1080"/>
          </w:tcPr>
          <w:p>
            <w:r>
              <w:t>0-普通</w:t>
            </w:r>
          </w:p>
        </w:tc>
        <w:tc>
          <w:tcPr>
            <w:tcW w:type="dxa" w:w="1080"/>
          </w:tcPr>
          <w:p>
            <w:r>
              <w:t>3-专业</w:t>
            </w:r>
          </w:p>
        </w:tc>
        <w:tc>
          <w:tcPr>
            <w:tcW w:type="dxa" w:w="1080"/>
          </w:tcPr>
          <w:p>
            <w:r>
              <w:t>385</w:t>
            </w:r>
          </w:p>
        </w:tc>
        <w:tc>
          <w:tcPr>
            <w:tcW w:type="dxa" w:w="1080"/>
          </w:tcPr>
          <w:p>
            <w:r>
              <w:t>1</w:t>
            </w:r>
          </w:p>
        </w:tc>
        <w:tc>
          <w:tcPr>
            <w:tcW w:type="dxa" w:w="1080"/>
          </w:tcPr>
          <w:p>
            <w:r>
              <w:t>1</w:t>
            </w:r>
          </w:p>
        </w:tc>
        <w:tc>
          <w:tcPr>
            <w:tcW w:type="dxa" w:w="1080"/>
          </w:tcPr>
          <w:p>
            <w:r/>
          </w:p>
        </w:tc>
        <w:tc>
          <w:tcPr>
            <w:tcW w:type="dxa" w:w="1080"/>
          </w:tcPr>
          <w:p>
            <w:r>
              <w:t>功材</w:t>
            </w:r>
          </w:p>
        </w:tc>
      </w:tr>
      <w:tr>
        <w:tc>
          <w:tcPr>
            <w:tcW w:type="dxa" w:w="1080"/>
          </w:tcPr>
          <w:p>
            <w:r>
              <w:t>宇文李焰</w:t>
            </w:r>
          </w:p>
        </w:tc>
        <w:tc>
          <w:tcPr>
            <w:tcW w:type="dxa" w:w="1080"/>
          </w:tcPr>
          <w:p>
            <w:r>
              <w:t>0-普通</w:t>
            </w:r>
          </w:p>
        </w:tc>
        <w:tc>
          <w:tcPr>
            <w:tcW w:type="dxa" w:w="1080"/>
          </w:tcPr>
          <w:p>
            <w:r>
              <w:t>3-专业</w:t>
            </w:r>
          </w:p>
        </w:tc>
        <w:tc>
          <w:tcPr>
            <w:tcW w:type="dxa" w:w="1080"/>
          </w:tcPr>
          <w:p>
            <w:r>
              <w:t>380.2</w:t>
            </w:r>
          </w:p>
        </w:tc>
        <w:tc>
          <w:tcPr>
            <w:tcW w:type="dxa" w:w="1080"/>
          </w:tcPr>
          <w:p>
            <w:r>
              <w:t>1</w:t>
            </w:r>
          </w:p>
        </w:tc>
        <w:tc>
          <w:tcPr>
            <w:tcW w:type="dxa" w:w="1080"/>
          </w:tcPr>
          <w:p>
            <w:r>
              <w:t>6</w:t>
            </w:r>
          </w:p>
        </w:tc>
        <w:tc>
          <w:tcPr>
            <w:tcW w:type="dxa" w:w="1080"/>
          </w:tcPr>
          <w:p>
            <w:r/>
          </w:p>
        </w:tc>
        <w:tc>
          <w:tcPr>
            <w:tcW w:type="dxa" w:w="1080"/>
          </w:tcPr>
          <w:p>
            <w:r>
              <w:t>化工</w:t>
            </w:r>
          </w:p>
        </w:tc>
      </w:tr>
      <w:tr>
        <w:tc>
          <w:tcPr>
            <w:tcW w:type="dxa" w:w="1080"/>
          </w:tcPr>
          <w:p>
            <w:r>
              <w:t>施清韵</w:t>
            </w:r>
          </w:p>
        </w:tc>
        <w:tc>
          <w:tcPr>
            <w:tcW w:type="dxa" w:w="1080"/>
          </w:tcPr>
          <w:p>
            <w:r>
              <w:t>0-普通</w:t>
            </w:r>
          </w:p>
        </w:tc>
        <w:tc>
          <w:tcPr>
            <w:tcW w:type="dxa" w:w="1080"/>
          </w:tcPr>
          <w:p>
            <w:r>
              <w:t>3-专业</w:t>
            </w:r>
          </w:p>
        </w:tc>
        <w:tc>
          <w:tcPr>
            <w:tcW w:type="dxa" w:w="1080"/>
          </w:tcPr>
          <w:p>
            <w:r>
              <w:t>379.2</w:t>
            </w:r>
          </w:p>
        </w:tc>
        <w:tc>
          <w:tcPr>
            <w:tcW w:type="dxa" w:w="1080"/>
          </w:tcPr>
          <w:p>
            <w:r>
              <w:t>2</w:t>
            </w:r>
          </w:p>
        </w:tc>
        <w:tc>
          <w:tcPr>
            <w:tcW w:type="dxa" w:w="1080"/>
          </w:tcPr>
          <w:p>
            <w:r>
              <w:t>6</w:t>
            </w:r>
          </w:p>
        </w:tc>
        <w:tc>
          <w:tcPr>
            <w:tcW w:type="dxa" w:w="1080"/>
          </w:tcPr>
          <w:p>
            <w:r/>
          </w:p>
        </w:tc>
        <w:tc>
          <w:tcPr>
            <w:tcW w:type="dxa" w:w="1080"/>
          </w:tcPr>
          <w:p>
            <w:r>
              <w:t>化工</w:t>
            </w:r>
          </w:p>
        </w:tc>
      </w:tr>
      <w:tr>
        <w:tc>
          <w:tcPr>
            <w:tcW w:type="dxa" w:w="1080"/>
          </w:tcPr>
          <w:p>
            <w:r>
              <w:t>蒋俊辉</w:t>
            </w:r>
          </w:p>
        </w:tc>
        <w:tc>
          <w:tcPr>
            <w:tcW w:type="dxa" w:w="1080"/>
          </w:tcPr>
          <w:p>
            <w:r>
              <w:t>0-普通</w:t>
            </w:r>
          </w:p>
        </w:tc>
        <w:tc>
          <w:tcPr>
            <w:tcW w:type="dxa" w:w="1080"/>
          </w:tcPr>
          <w:p>
            <w:r>
              <w:t>3-专业</w:t>
            </w:r>
          </w:p>
        </w:tc>
        <w:tc>
          <w:tcPr>
            <w:tcW w:type="dxa" w:w="1080"/>
          </w:tcPr>
          <w:p>
            <w:r>
              <w:t>371.85</w:t>
            </w:r>
          </w:p>
        </w:tc>
        <w:tc>
          <w:tcPr>
            <w:tcW w:type="dxa" w:w="1080"/>
          </w:tcPr>
          <w:p>
            <w:r>
              <w:t>3</w:t>
            </w:r>
          </w:p>
        </w:tc>
        <w:tc>
          <w:tcPr>
            <w:tcW w:type="dxa" w:w="1080"/>
          </w:tcPr>
          <w:p>
            <w:r>
              <w:t>6</w:t>
            </w:r>
          </w:p>
        </w:tc>
        <w:tc>
          <w:tcPr>
            <w:tcW w:type="dxa" w:w="1080"/>
          </w:tcPr>
          <w:p>
            <w:r/>
          </w:p>
        </w:tc>
        <w:tc>
          <w:tcPr>
            <w:tcW w:type="dxa" w:w="1080"/>
          </w:tcPr>
          <w:p>
            <w:r>
              <w:t>化工</w:t>
            </w:r>
          </w:p>
        </w:tc>
      </w:tr>
      <w:tr>
        <w:tc>
          <w:tcPr>
            <w:tcW w:type="dxa" w:w="1080"/>
          </w:tcPr>
          <w:p>
            <w:r>
              <w:t>王舒娴</w:t>
            </w:r>
          </w:p>
        </w:tc>
        <w:tc>
          <w:tcPr>
            <w:tcW w:type="dxa" w:w="1080"/>
          </w:tcPr>
          <w:p>
            <w:r>
              <w:t>0-普通</w:t>
            </w:r>
          </w:p>
        </w:tc>
        <w:tc>
          <w:tcPr>
            <w:tcW w:type="dxa" w:w="1080"/>
          </w:tcPr>
          <w:p>
            <w:r>
              <w:t>3-专业</w:t>
            </w:r>
          </w:p>
        </w:tc>
        <w:tc>
          <w:tcPr>
            <w:tcW w:type="dxa" w:w="1080"/>
          </w:tcPr>
          <w:p>
            <w:r>
              <w:t>383.33</w:t>
            </w:r>
          </w:p>
        </w:tc>
        <w:tc>
          <w:tcPr>
            <w:tcW w:type="dxa" w:w="1080"/>
          </w:tcPr>
          <w:p>
            <w:r>
              <w:t>1</w:t>
            </w:r>
          </w:p>
        </w:tc>
        <w:tc>
          <w:tcPr>
            <w:tcW w:type="dxa" w:w="1080"/>
          </w:tcPr>
          <w:p>
            <w:r>
              <w:t>11</w:t>
            </w:r>
          </w:p>
        </w:tc>
        <w:tc>
          <w:tcPr>
            <w:tcW w:type="dxa" w:w="1080"/>
          </w:tcPr>
          <w:p>
            <w:r/>
          </w:p>
        </w:tc>
        <w:tc>
          <w:tcPr>
            <w:tcW w:type="dxa" w:w="1080"/>
          </w:tcPr>
          <w:p>
            <w:r>
              <w:t>化学</w:t>
            </w:r>
          </w:p>
        </w:tc>
      </w:tr>
      <w:tr>
        <w:tc>
          <w:tcPr>
            <w:tcW w:type="dxa" w:w="1080"/>
          </w:tcPr>
          <w:p>
            <w:r>
              <w:t>谢琦皓</w:t>
            </w:r>
          </w:p>
        </w:tc>
        <w:tc>
          <w:tcPr>
            <w:tcW w:type="dxa" w:w="1080"/>
          </w:tcPr>
          <w:p>
            <w:r>
              <w:t>0-普通</w:t>
            </w:r>
          </w:p>
        </w:tc>
        <w:tc>
          <w:tcPr>
            <w:tcW w:type="dxa" w:w="1080"/>
          </w:tcPr>
          <w:p>
            <w:r>
              <w:t>3-专业</w:t>
            </w:r>
          </w:p>
        </w:tc>
        <w:tc>
          <w:tcPr>
            <w:tcW w:type="dxa" w:w="1080"/>
          </w:tcPr>
          <w:p>
            <w:r>
              <w:t>380.39</w:t>
            </w:r>
          </w:p>
        </w:tc>
        <w:tc>
          <w:tcPr>
            <w:tcW w:type="dxa" w:w="1080"/>
          </w:tcPr>
          <w:p>
            <w:r>
              <w:t>2</w:t>
            </w:r>
          </w:p>
        </w:tc>
        <w:tc>
          <w:tcPr>
            <w:tcW w:type="dxa" w:w="1080"/>
          </w:tcPr>
          <w:p>
            <w:r>
              <w:t>11</w:t>
            </w:r>
          </w:p>
        </w:tc>
        <w:tc>
          <w:tcPr>
            <w:tcW w:type="dxa" w:w="1080"/>
          </w:tcPr>
          <w:p>
            <w:r/>
          </w:p>
        </w:tc>
        <w:tc>
          <w:tcPr>
            <w:tcW w:type="dxa" w:w="1080"/>
          </w:tcPr>
          <w:p>
            <w:r>
              <w:t>化学</w:t>
            </w:r>
          </w:p>
        </w:tc>
      </w:tr>
      <w:tr>
        <w:tc>
          <w:tcPr>
            <w:tcW w:type="dxa" w:w="1080"/>
          </w:tcPr>
          <w:p>
            <w:r>
              <w:t>陶嘉逸</w:t>
            </w:r>
          </w:p>
        </w:tc>
        <w:tc>
          <w:tcPr>
            <w:tcW w:type="dxa" w:w="1080"/>
          </w:tcPr>
          <w:p>
            <w:r>
              <w:t>0-普通</w:t>
            </w:r>
          </w:p>
        </w:tc>
        <w:tc>
          <w:tcPr>
            <w:tcW w:type="dxa" w:w="1080"/>
          </w:tcPr>
          <w:p>
            <w:r>
              <w:t>3-专业</w:t>
            </w:r>
          </w:p>
        </w:tc>
        <w:tc>
          <w:tcPr>
            <w:tcW w:type="dxa" w:w="1080"/>
          </w:tcPr>
          <w:p>
            <w:r>
              <w:t>380</w:t>
            </w:r>
          </w:p>
        </w:tc>
        <w:tc>
          <w:tcPr>
            <w:tcW w:type="dxa" w:w="1080"/>
          </w:tcPr>
          <w:p>
            <w:r>
              <w:t>3</w:t>
            </w:r>
          </w:p>
        </w:tc>
        <w:tc>
          <w:tcPr>
            <w:tcW w:type="dxa" w:w="1080"/>
          </w:tcPr>
          <w:p>
            <w:r>
              <w:t>11</w:t>
            </w:r>
          </w:p>
        </w:tc>
        <w:tc>
          <w:tcPr>
            <w:tcW w:type="dxa" w:w="1080"/>
          </w:tcPr>
          <w:p>
            <w:r/>
          </w:p>
        </w:tc>
        <w:tc>
          <w:tcPr>
            <w:tcW w:type="dxa" w:w="1080"/>
          </w:tcPr>
          <w:p>
            <w:r>
              <w:t>化学</w:t>
            </w:r>
          </w:p>
        </w:tc>
      </w:tr>
      <w:tr>
        <w:tc>
          <w:tcPr>
            <w:tcW w:type="dxa" w:w="1080"/>
          </w:tcPr>
          <w:p>
            <w:r>
              <w:t>何成</w:t>
            </w:r>
          </w:p>
        </w:tc>
        <w:tc>
          <w:tcPr>
            <w:tcW w:type="dxa" w:w="1080"/>
          </w:tcPr>
          <w:p>
            <w:r>
              <w:t>0-普通</w:t>
            </w:r>
          </w:p>
        </w:tc>
        <w:tc>
          <w:tcPr>
            <w:tcW w:type="dxa" w:w="1080"/>
          </w:tcPr>
          <w:p>
            <w:r>
              <w:t>3-专业</w:t>
            </w:r>
          </w:p>
        </w:tc>
        <w:tc>
          <w:tcPr>
            <w:tcW w:type="dxa" w:w="1080"/>
          </w:tcPr>
          <w:p>
            <w:r>
              <w:t>378.81</w:t>
            </w:r>
          </w:p>
        </w:tc>
        <w:tc>
          <w:tcPr>
            <w:tcW w:type="dxa" w:w="1080"/>
          </w:tcPr>
          <w:p>
            <w:r>
              <w:t>4</w:t>
            </w:r>
          </w:p>
        </w:tc>
        <w:tc>
          <w:tcPr>
            <w:tcW w:type="dxa" w:w="1080"/>
          </w:tcPr>
          <w:p>
            <w:r>
              <w:t>11</w:t>
            </w:r>
          </w:p>
        </w:tc>
        <w:tc>
          <w:tcPr>
            <w:tcW w:type="dxa" w:w="1080"/>
          </w:tcPr>
          <w:p>
            <w:r/>
          </w:p>
        </w:tc>
        <w:tc>
          <w:tcPr>
            <w:tcW w:type="dxa" w:w="1080"/>
          </w:tcPr>
          <w:p>
            <w:r>
              <w:t>化学</w:t>
            </w:r>
          </w:p>
        </w:tc>
      </w:tr>
      <w:tr>
        <w:tc>
          <w:tcPr>
            <w:tcW w:type="dxa" w:w="1080"/>
          </w:tcPr>
          <w:p>
            <w:r>
              <w:t>魏猷昊</w:t>
            </w:r>
          </w:p>
        </w:tc>
        <w:tc>
          <w:tcPr>
            <w:tcW w:type="dxa" w:w="1080"/>
          </w:tcPr>
          <w:p>
            <w:r>
              <w:t>0-普通</w:t>
            </w:r>
          </w:p>
        </w:tc>
        <w:tc>
          <w:tcPr>
            <w:tcW w:type="dxa" w:w="1080"/>
          </w:tcPr>
          <w:p>
            <w:r>
              <w:t>3-专业</w:t>
            </w:r>
          </w:p>
        </w:tc>
        <w:tc>
          <w:tcPr>
            <w:tcW w:type="dxa" w:w="1080"/>
          </w:tcPr>
          <w:p>
            <w:r>
              <w:t>377</w:t>
            </w:r>
          </w:p>
        </w:tc>
        <w:tc>
          <w:tcPr>
            <w:tcW w:type="dxa" w:w="1080"/>
          </w:tcPr>
          <w:p>
            <w:r>
              <w:t>5</w:t>
            </w:r>
          </w:p>
        </w:tc>
        <w:tc>
          <w:tcPr>
            <w:tcW w:type="dxa" w:w="1080"/>
          </w:tcPr>
          <w:p>
            <w:r>
              <w:t>11</w:t>
            </w:r>
          </w:p>
        </w:tc>
        <w:tc>
          <w:tcPr>
            <w:tcW w:type="dxa" w:w="1080"/>
          </w:tcPr>
          <w:p>
            <w:r/>
          </w:p>
        </w:tc>
        <w:tc>
          <w:tcPr>
            <w:tcW w:type="dxa" w:w="1080"/>
          </w:tcPr>
          <w:p>
            <w:r>
              <w:t>化学</w:t>
            </w:r>
          </w:p>
        </w:tc>
      </w:tr>
      <w:tr>
        <w:tc>
          <w:tcPr>
            <w:tcW w:type="dxa" w:w="1080"/>
          </w:tcPr>
          <w:p>
            <w:r>
              <w:t>张文欣</w:t>
            </w:r>
          </w:p>
        </w:tc>
        <w:tc>
          <w:tcPr>
            <w:tcW w:type="dxa" w:w="1080"/>
          </w:tcPr>
          <w:p>
            <w:r>
              <w:t>0-普通</w:t>
            </w:r>
          </w:p>
        </w:tc>
        <w:tc>
          <w:tcPr>
            <w:tcW w:type="dxa" w:w="1080"/>
          </w:tcPr>
          <w:p>
            <w:r>
              <w:t>3-专业</w:t>
            </w:r>
          </w:p>
        </w:tc>
        <w:tc>
          <w:tcPr>
            <w:tcW w:type="dxa" w:w="1080"/>
          </w:tcPr>
          <w:p>
            <w:r>
              <w:t>369.205</w:t>
            </w:r>
          </w:p>
        </w:tc>
        <w:tc>
          <w:tcPr>
            <w:tcW w:type="dxa" w:w="1080"/>
          </w:tcPr>
          <w:p>
            <w:r>
              <w:t>6</w:t>
            </w:r>
          </w:p>
        </w:tc>
        <w:tc>
          <w:tcPr>
            <w:tcW w:type="dxa" w:w="1080"/>
          </w:tcPr>
          <w:p>
            <w:r>
              <w:t>11</w:t>
            </w:r>
          </w:p>
        </w:tc>
        <w:tc>
          <w:tcPr>
            <w:tcW w:type="dxa" w:w="1080"/>
          </w:tcPr>
          <w:p>
            <w:r/>
          </w:p>
        </w:tc>
        <w:tc>
          <w:tcPr>
            <w:tcW w:type="dxa" w:w="1080"/>
          </w:tcPr>
          <w:p>
            <w:r>
              <w:t>化学</w:t>
            </w:r>
          </w:p>
        </w:tc>
      </w:tr>
      <w:tr>
        <w:tc>
          <w:tcPr>
            <w:tcW w:type="dxa" w:w="1080"/>
          </w:tcPr>
          <w:p>
            <w:r>
              <w:t>李海姣</w:t>
            </w:r>
          </w:p>
        </w:tc>
        <w:tc>
          <w:tcPr>
            <w:tcW w:type="dxa" w:w="1080"/>
          </w:tcPr>
          <w:p>
            <w:r>
              <w:t>0-普通</w:t>
            </w:r>
          </w:p>
        </w:tc>
        <w:tc>
          <w:tcPr>
            <w:tcW w:type="dxa" w:w="1080"/>
          </w:tcPr>
          <w:p>
            <w:r>
              <w:t>3-专业</w:t>
            </w:r>
          </w:p>
        </w:tc>
        <w:tc>
          <w:tcPr>
            <w:tcW w:type="dxa" w:w="1080"/>
          </w:tcPr>
          <w:p>
            <w:r>
              <w:t>366</w:t>
            </w:r>
          </w:p>
        </w:tc>
        <w:tc>
          <w:tcPr>
            <w:tcW w:type="dxa" w:w="1080"/>
          </w:tcPr>
          <w:p>
            <w:r>
              <w:t>7</w:t>
            </w:r>
          </w:p>
        </w:tc>
        <w:tc>
          <w:tcPr>
            <w:tcW w:type="dxa" w:w="1080"/>
          </w:tcPr>
          <w:p>
            <w:r>
              <w:t>11</w:t>
            </w:r>
          </w:p>
        </w:tc>
        <w:tc>
          <w:tcPr>
            <w:tcW w:type="dxa" w:w="1080"/>
          </w:tcPr>
          <w:p>
            <w:r/>
          </w:p>
        </w:tc>
        <w:tc>
          <w:tcPr>
            <w:tcW w:type="dxa" w:w="1080"/>
          </w:tcPr>
          <w:p>
            <w:r>
              <w:t>化学</w:t>
            </w:r>
          </w:p>
        </w:tc>
      </w:tr>
      <w:tr>
        <w:tc>
          <w:tcPr>
            <w:tcW w:type="dxa" w:w="1080"/>
          </w:tcPr>
          <w:p>
            <w:r>
              <w:t>钱伊琳</w:t>
            </w:r>
          </w:p>
        </w:tc>
        <w:tc>
          <w:tcPr>
            <w:tcW w:type="dxa" w:w="1080"/>
          </w:tcPr>
          <w:p>
            <w:r>
              <w:t>0-普通</w:t>
            </w:r>
          </w:p>
        </w:tc>
        <w:tc>
          <w:tcPr>
            <w:tcW w:type="dxa" w:w="1080"/>
          </w:tcPr>
          <w:p>
            <w:r>
              <w:t>3-专业</w:t>
            </w:r>
          </w:p>
        </w:tc>
        <w:tc>
          <w:tcPr>
            <w:tcW w:type="dxa" w:w="1080"/>
          </w:tcPr>
          <w:p>
            <w:r>
              <w:t>399.675</w:t>
            </w:r>
          </w:p>
        </w:tc>
        <w:tc>
          <w:tcPr>
            <w:tcW w:type="dxa" w:w="1080"/>
          </w:tcPr>
          <w:p>
            <w:r>
              <w:t>1</w:t>
            </w:r>
          </w:p>
        </w:tc>
        <w:tc>
          <w:tcPr>
            <w:tcW w:type="dxa" w:w="1080"/>
          </w:tcPr>
          <w:p>
            <w:r>
              <w:t>10</w:t>
            </w:r>
          </w:p>
        </w:tc>
        <w:tc>
          <w:tcPr>
            <w:tcW w:type="dxa" w:w="1080"/>
          </w:tcPr>
          <w:p>
            <w:r/>
          </w:p>
        </w:tc>
        <w:tc>
          <w:tcPr>
            <w:tcW w:type="dxa" w:w="1080"/>
          </w:tcPr>
          <w:p>
            <w:r>
              <w:t>应化</w:t>
            </w:r>
          </w:p>
        </w:tc>
      </w:tr>
      <w:tr>
        <w:tc>
          <w:tcPr>
            <w:tcW w:type="dxa" w:w="1080"/>
          </w:tcPr>
          <w:p>
            <w:r>
              <w:t>朱筱妍</w:t>
            </w:r>
          </w:p>
        </w:tc>
        <w:tc>
          <w:tcPr>
            <w:tcW w:type="dxa" w:w="1080"/>
          </w:tcPr>
          <w:p>
            <w:r>
              <w:t>0-普通</w:t>
            </w:r>
          </w:p>
        </w:tc>
        <w:tc>
          <w:tcPr>
            <w:tcW w:type="dxa" w:w="1080"/>
          </w:tcPr>
          <w:p>
            <w:r>
              <w:t>3-专业</w:t>
            </w:r>
          </w:p>
        </w:tc>
        <w:tc>
          <w:tcPr>
            <w:tcW w:type="dxa" w:w="1080"/>
          </w:tcPr>
          <w:p>
            <w:r>
              <w:t>392.57</w:t>
            </w:r>
          </w:p>
        </w:tc>
        <w:tc>
          <w:tcPr>
            <w:tcW w:type="dxa" w:w="1080"/>
          </w:tcPr>
          <w:p>
            <w:r>
              <w:t>2</w:t>
            </w:r>
          </w:p>
        </w:tc>
        <w:tc>
          <w:tcPr>
            <w:tcW w:type="dxa" w:w="1080"/>
          </w:tcPr>
          <w:p>
            <w:r>
              <w:t>10</w:t>
            </w:r>
          </w:p>
        </w:tc>
        <w:tc>
          <w:tcPr>
            <w:tcW w:type="dxa" w:w="1080"/>
          </w:tcPr>
          <w:p>
            <w:r/>
          </w:p>
        </w:tc>
        <w:tc>
          <w:tcPr>
            <w:tcW w:type="dxa" w:w="1080"/>
          </w:tcPr>
          <w:p>
            <w:r>
              <w:t>应化</w:t>
            </w:r>
          </w:p>
        </w:tc>
      </w:tr>
      <w:tr>
        <w:tc>
          <w:tcPr>
            <w:tcW w:type="dxa" w:w="1080"/>
          </w:tcPr>
          <w:p>
            <w:r>
              <w:t>熊联虎</w:t>
            </w:r>
          </w:p>
        </w:tc>
        <w:tc>
          <w:tcPr>
            <w:tcW w:type="dxa" w:w="1080"/>
          </w:tcPr>
          <w:p>
            <w:r>
              <w:t>0-普通</w:t>
            </w:r>
          </w:p>
        </w:tc>
        <w:tc>
          <w:tcPr>
            <w:tcW w:type="dxa" w:w="1080"/>
          </w:tcPr>
          <w:p>
            <w:r>
              <w:t>3-专业</w:t>
            </w:r>
          </w:p>
        </w:tc>
        <w:tc>
          <w:tcPr>
            <w:tcW w:type="dxa" w:w="1080"/>
          </w:tcPr>
          <w:p>
            <w:r>
              <w:t>386.365</w:t>
            </w:r>
          </w:p>
        </w:tc>
        <w:tc>
          <w:tcPr>
            <w:tcW w:type="dxa" w:w="1080"/>
          </w:tcPr>
          <w:p>
            <w:r>
              <w:t>3</w:t>
            </w:r>
          </w:p>
        </w:tc>
        <w:tc>
          <w:tcPr>
            <w:tcW w:type="dxa" w:w="1080"/>
          </w:tcPr>
          <w:p>
            <w:r>
              <w:t>10</w:t>
            </w:r>
          </w:p>
        </w:tc>
        <w:tc>
          <w:tcPr>
            <w:tcW w:type="dxa" w:w="1080"/>
          </w:tcPr>
          <w:p>
            <w:r/>
          </w:p>
        </w:tc>
        <w:tc>
          <w:tcPr>
            <w:tcW w:type="dxa" w:w="1080"/>
          </w:tcPr>
          <w:p>
            <w:r>
              <w:t>应化</w:t>
            </w:r>
          </w:p>
        </w:tc>
      </w:tr>
      <w:tr>
        <w:tc>
          <w:tcPr>
            <w:tcW w:type="dxa" w:w="1080"/>
          </w:tcPr>
          <w:p>
            <w:r>
              <w:t>陆航</w:t>
            </w:r>
          </w:p>
        </w:tc>
        <w:tc>
          <w:tcPr>
            <w:tcW w:type="dxa" w:w="1080"/>
          </w:tcPr>
          <w:p>
            <w:r>
              <w:t>0-普通</w:t>
            </w:r>
          </w:p>
        </w:tc>
        <w:tc>
          <w:tcPr>
            <w:tcW w:type="dxa" w:w="1080"/>
          </w:tcPr>
          <w:p>
            <w:r>
              <w:t>3-专业</w:t>
            </w:r>
          </w:p>
        </w:tc>
        <w:tc>
          <w:tcPr>
            <w:tcW w:type="dxa" w:w="1080"/>
          </w:tcPr>
          <w:p>
            <w:r>
              <w:t>385.185</w:t>
            </w:r>
          </w:p>
        </w:tc>
        <w:tc>
          <w:tcPr>
            <w:tcW w:type="dxa" w:w="1080"/>
          </w:tcPr>
          <w:p>
            <w:r>
              <w:t>4</w:t>
            </w:r>
          </w:p>
        </w:tc>
        <w:tc>
          <w:tcPr>
            <w:tcW w:type="dxa" w:w="1080"/>
          </w:tcPr>
          <w:p>
            <w:r>
              <w:t>10</w:t>
            </w:r>
          </w:p>
        </w:tc>
        <w:tc>
          <w:tcPr>
            <w:tcW w:type="dxa" w:w="1080"/>
          </w:tcPr>
          <w:p>
            <w:r>
              <w:t>候选1</w:t>
            </w:r>
          </w:p>
        </w:tc>
        <w:tc>
          <w:tcPr>
            <w:tcW w:type="dxa" w:w="1080"/>
          </w:tcPr>
          <w:p>
            <w:r>
              <w:t>应化</w:t>
            </w:r>
          </w:p>
        </w:tc>
      </w:tr>
      <w:tr>
        <w:tc>
          <w:tcPr>
            <w:tcW w:type="dxa" w:w="1080"/>
          </w:tcPr>
          <w:p>
            <w:r>
              <w:t>陈宇</w:t>
            </w:r>
          </w:p>
        </w:tc>
        <w:tc>
          <w:tcPr>
            <w:tcW w:type="dxa" w:w="1080"/>
          </w:tcPr>
          <w:p>
            <w:r>
              <w:t>0-普通</w:t>
            </w:r>
          </w:p>
        </w:tc>
        <w:tc>
          <w:tcPr>
            <w:tcW w:type="dxa" w:w="1080"/>
          </w:tcPr>
          <w:p>
            <w:r>
              <w:t>3-专业</w:t>
            </w:r>
          </w:p>
        </w:tc>
        <w:tc>
          <w:tcPr>
            <w:tcW w:type="dxa" w:w="1080"/>
          </w:tcPr>
          <w:p>
            <w:r>
              <w:t>384.365</w:t>
            </w:r>
          </w:p>
        </w:tc>
        <w:tc>
          <w:tcPr>
            <w:tcW w:type="dxa" w:w="1080"/>
          </w:tcPr>
          <w:p>
            <w:r>
              <w:t>6</w:t>
            </w:r>
          </w:p>
        </w:tc>
        <w:tc>
          <w:tcPr>
            <w:tcW w:type="dxa" w:w="1080"/>
          </w:tcPr>
          <w:p>
            <w:r>
              <w:t>13</w:t>
            </w:r>
          </w:p>
        </w:tc>
        <w:tc>
          <w:tcPr>
            <w:tcW w:type="dxa" w:w="1080"/>
          </w:tcPr>
          <w:p>
            <w:r>
              <w:t>候选2</w:t>
            </w:r>
          </w:p>
        </w:tc>
        <w:tc>
          <w:tcPr>
            <w:tcW w:type="dxa" w:w="1080"/>
          </w:tcPr>
          <w:p>
            <w:r>
              <w:t>高材</w:t>
            </w:r>
          </w:p>
        </w:tc>
      </w:tr>
      <w:tr>
        <w:tc>
          <w:tcPr>
            <w:tcW w:type="dxa" w:w="1080"/>
          </w:tcPr>
          <w:p>
            <w:r>
              <w:t>饶海程</w:t>
            </w:r>
          </w:p>
        </w:tc>
        <w:tc>
          <w:tcPr>
            <w:tcW w:type="dxa" w:w="1080"/>
          </w:tcPr>
          <w:p>
            <w:r>
              <w:t>0-普通</w:t>
            </w:r>
          </w:p>
        </w:tc>
        <w:tc>
          <w:tcPr>
            <w:tcW w:type="dxa" w:w="1080"/>
          </w:tcPr>
          <w:p>
            <w:r>
              <w:t>3-专业</w:t>
            </w:r>
          </w:p>
        </w:tc>
        <w:tc>
          <w:tcPr>
            <w:tcW w:type="dxa" w:w="1080"/>
          </w:tcPr>
          <w:p>
            <w:r>
              <w:t>383.825</w:t>
            </w:r>
          </w:p>
        </w:tc>
        <w:tc>
          <w:tcPr>
            <w:tcW w:type="dxa" w:w="1080"/>
          </w:tcPr>
          <w:p>
            <w:r>
              <w:t>7</w:t>
            </w:r>
          </w:p>
        </w:tc>
        <w:tc>
          <w:tcPr>
            <w:tcW w:type="dxa" w:w="1080"/>
          </w:tcPr>
          <w:p>
            <w:r>
              <w:t>13</w:t>
            </w:r>
          </w:p>
        </w:tc>
        <w:tc>
          <w:tcPr>
            <w:tcW w:type="dxa" w:w="1080"/>
          </w:tcPr>
          <w:p>
            <w:r>
              <w:t>候选3</w:t>
            </w:r>
          </w:p>
        </w:tc>
        <w:tc>
          <w:tcPr>
            <w:tcW w:type="dxa" w:w="1080"/>
          </w:tcPr>
          <w:p>
            <w:r>
              <w:t>高材</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