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机电工程学院2024年推荐优秀应届本科毕业生免试攻读研究生综合评价总分及初选名单</w:t>
      </w:r>
    </w:p>
    <w:p>
      <w:r>
        <w:t>pc导航</w:t>
      </w:r>
    </w:p>
    <w:p>
      <w:r>
        <w:t>手机导航</w:t>
      </w:r>
    </w:p>
    <w:p>
      <w:pPr>
        <w:pStyle w:val="Heading3"/>
      </w:pPr>
      <w:r>
        <w:t>新闻中心</w:t>
      </w:r>
    </w:p>
    <w:p>
      <w:pPr>
        <w:pStyle w:val="ListBullet"/>
      </w:pPr>
      <w:r>
        <w:t>学院新闻</w:t>
      </w:r>
    </w:p>
    <w:p>
      <w:pPr>
        <w:pStyle w:val="ListBullet"/>
      </w:pPr>
      <w:r>
        <w:t>通知公告</w:t>
      </w:r>
    </w:p>
    <w:p>
      <w:pPr>
        <w:pStyle w:val="ListBullet"/>
      </w:pPr>
      <w:r>
        <w:t>学院发文</w:t>
      </w:r>
    </w:p>
    <w:p>
      <w:pPr>
        <w:pStyle w:val="ListBullet"/>
      </w:pPr>
      <w:r>
        <w:t>媒体聚焦</w:t>
      </w:r>
    </w:p>
    <w:p>
      <w:r>
        <w:t>通知公告</w:t>
      </w:r>
    </w:p>
    <w:p>
      <w:r>
        <w:t>当前位置：首页新闻中心通知公告</w:t>
      </w:r>
    </w:p>
    <w:p>
      <w:r>
        <w:t>时间:2023-09-19作者:编辑:审核:阅读: 5161</w:t>
      </w:r>
    </w:p>
    <w:p>
      <w:r>
        <w:t>根据《苏州大学推荐优秀应届本科毕业生免试攻读研究生工作实施办法（2021年修订）》《关于组织开展推荐2024年优秀应届本科毕业生免试攻读研究生工作的通知》《机电工程学院2024年推荐优秀应届本科毕业生免试攻读研究生实施细则》等文件精神，通过学生申请，学院审核、综合测评，机电工程学院2024年推荐优秀应届本科毕业生免试攻读研究生综合评价总分及初选名单，现予以公示（名单见附件）。</w:t>
      </w:r>
    </w:p>
    <w:p>
      <w:r>
        <w:t>广大师生若对公示名单有疑议，请于本公示发布之前日起10日内，以书面、实名的方式与学院教务办公室联系。</w:t>
      </w:r>
    </w:p>
    <w:p>
      <w:r>
        <w:t>联系人：徐老师，0512-69593491</w:t>
      </w:r>
    </w:p>
    <w:p>
      <w:r>
        <w:t>机电工程学院2024年推荐优秀应届本科毕业生免试攻读研究生综合评价总分及初选名单.xls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