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推免上岸后，他们最想说的不是“我成功了”，而是......</w:t>
      </w:r>
    </w:p>
    <w:p>
      <w:r>
        <w:t>盛夏时节，毕业的篇章正悄然翻开。未来科学与工程学院2026届学子走过大学时光，在一次次探索与实践中沉淀自我，逐步成长为更加坚定的自己。他们在升学、求职等人生发展的道路上，交出了各自的答卷：有人成功推免或考取清华大学、北京大学等C9及985高校的研究生，继续深耕科研前沿；有人圆梦海外名校，留学深造；有人顺利入职央企国企及行业头部企业，迈入职业生涯的新阶段；也有人选择扎根基层，默默发光……每个人都找到了属于自己的方向，各有光芒，各具精彩。</w:t>
      </w:r>
    </w:p>
    <w:p>
      <w:r>
        <w:t>为记录这份成长，学院特别推出“向未来·再出发”2026届毕业生风采展系列推送，聚焦毕业生的发展轨迹，分享真实可鉴的实战经验，树立奋发向上的青春榜样。</w:t>
      </w:r>
    </w:p>
    <w:p>
      <w:r>
        <w:t>本期推免特辑，12位学长学姐为你加油打气，追风赶月，顶峰相见！</w:t>
      </w:r>
    </w:p>
    <w:p>
      <w:r>
        <w:t>奉浩哲丨去向：清华大学</w:t>
      </w:r>
    </w:p>
    <w:p>
      <w:r>
        <w:t>座右铭：</w:t>
      </w:r>
    </w:p>
    <w:p>
      <w:r>
        <w:t>尽人事，听天命。</w:t>
      </w:r>
    </w:p>
    <w:p>
      <w:r>
        <w:t>个人简介：</w:t>
      </w:r>
    </w:p>
    <w:p>
      <w:r>
        <w:t>奉浩哲，机器人工程专业2022级本科生。曾获国家奖学金；创新创业特等奖学金；学习优秀特等奖学金；获评三好学生、优秀学生干部等称号；获中国机器人及人工智能大赛全国二等奖；“挑战杯”“揭榜挂帅“全国三等奖；美国大学生数学建模大赛H奖等；以第一（共一）作者发表学术论文2篇，以第二作者发表会议论文2篇；以第一发明人申请受理国家发明专利1项、授权实用新型专利1项；累计志愿时长462小时，获评学院优秀志愿者。现已推免至清华大学机械专业。</w:t>
      </w:r>
    </w:p>
    <w:p>
      <w:r>
        <w:t>写给后来的你：</w:t>
      </w:r>
    </w:p>
    <w:p>
      <w:r>
        <w:t>知道自己在做什么和想做什么已经是了不起的事了。</w:t>
      </w:r>
    </w:p>
    <w:p>
      <w:r>
        <w:t>李卓承丨去向：北京大学</w:t>
      </w:r>
    </w:p>
    <w:p>
      <w:r>
        <w:t>座右铭：</w:t>
      </w:r>
    </w:p>
    <w:p>
      <w:r>
        <w:t>Stay hungry, stay foolish.</w:t>
      </w:r>
    </w:p>
    <w:p>
      <w:r>
        <w:t>个人简介：</w:t>
      </w:r>
    </w:p>
    <w:p>
      <w:r>
        <w:t>李卓承，人工智能专业2022级本科生。曾获2023年高教社杯全国大学生数学建模竞赛本科组全国一等奖；第十四届蓝桥杯全国软件和信息技术专业人才大赛江苏赛区Python程序设计大学A组二等奖。专注计算机视觉与边缘智能，围绕摩尔纹检测、多模态视觉导航开展研究，以第一作者在ICPR 2024（CCF-C）发表论文1篇，共同第一作者在SCI三区期刊发表论文1篇，以学生第一发明人申请国家发明专利1项。积极投身科技助残公益实践，主导研发面向盲人的轻量化视觉导航系统，与苏州市吴江区残疾人联合会及盲人协会开展合作。已推免至北京大学软件与微电子学院电子信息专业攻读硕士学位。</w:t>
      </w:r>
    </w:p>
    <w:p>
      <w:r>
        <w:t>写给后来的你：</w:t>
      </w:r>
    </w:p>
    <w:p>
      <w:r>
        <w:t>永远保持初心，追寻所热爱的。</w:t>
      </w:r>
    </w:p>
    <w:p>
      <w:r>
        <w:t>陈宇潭丨去向：北京大学</w:t>
      </w:r>
    </w:p>
    <w:p>
      <w:r>
        <w:t>座右铭：</w:t>
      </w:r>
    </w:p>
    <w:p>
      <w:r>
        <w:t>愿你成为自己的太阳，无需借谁的光。</w:t>
      </w:r>
    </w:p>
    <w:p>
      <w:r>
        <w:t>个人简介：</w:t>
      </w:r>
    </w:p>
    <w:p>
      <w:r>
        <w:t>陈宇潭，机器人工程专业2022级本科生。曾获国家奖学金、苏州大学立德树人奖学金、轨道交通专项奖学金；学习科研标兵、三好学生标兵称号；2024年美国大学生数学建模竞赛F奖、第二十六届中国机器人及人工智能大赛全国一等奖；主持“䇹政基金”项目1项；以第一作者发表学术论文1篇；以第一作者获国家实用新型专利授权1项、获国家发明专利授权1项。现已推免至北京大学直博。</w:t>
      </w:r>
    </w:p>
    <w:p>
      <w:r>
        <w:t>写给后来的你：</w:t>
      </w:r>
    </w:p>
    <w:p>
      <w:r>
        <w:t>那些看似不起波澜的日复一日，终会让我们看到坚持的意义。少年心气不止在于高光时刻的振奋人心，更在于长期默默无闻中的静水沉深。愿我们都能去做热烈而自由，赤诚且勇敢的人。</w:t>
      </w:r>
    </w:p>
    <w:p>
      <w:r>
        <w:t>平昊阳丨去向：北京大学</w:t>
      </w:r>
    </w:p>
    <w:p>
      <w:r>
        <w:t>座右铭：</w:t>
      </w:r>
    </w:p>
    <w:p>
      <w:r>
        <w:t>有志者，事竟成，破釜沉舟，百二秦关终属楚；苦心人，天不负，卧薪尝胆，三千越甲可吞吴。</w:t>
      </w:r>
    </w:p>
    <w:p>
      <w:r>
        <w:t>个人简介：</w:t>
      </w:r>
    </w:p>
    <w:p>
      <w:r>
        <w:t>平昊阳，集成电路设计与集成系统专业2022级本科生。曾获国家奖学金，苏州大学“三好学生”称号，苏州大学“佳禾食品”奖学金、“合木孵化”奖学金、学习优秀特等奖学金、创新创业特等奖学金、综合奖学金、“社会工作”专项奖学金、“精神文明”专项奖学金；2023年高教社杯全国大学生数学建模竞赛本科组一等奖；2023年中国国际大学生创新大赛国家金奖；第十八届“挑战杯”全国大学生课外学术科技作品竞赛“黑科技”展示活动国家特等奖；第十七届iCAN大学生创新创业大赛全国总决赛国家二等奖；2024年江苏省大学生电子设计竞赛一等奖；第八届全国大学生集成电路创新创业大赛华东赛区二等奖；第十九届全国大学生智能车竞赛华东赛区二等奖等各种荣誉奖项。发表SCI论文3篇，第一作者1篇；发表专利若干，第一发明人发表国家实用新型专利1项；主持一项江苏省创新类大学生创新训练计划项目和一项苏州大学大学生课外学术科研基金项目并结项；积极参加志愿服务与社会实践，志愿时长累计超过300小时。</w:t>
      </w:r>
    </w:p>
    <w:p>
      <w:r>
        <w:t>写给后来的你：</w:t>
      </w:r>
    </w:p>
    <w:p>
      <w:r>
        <w:t>学会在纷扰中坚守本心，明确目标并持之以恒地为之奋斗。复盘能避开大半弯路，自律可以稳住前行节奏，而脚踏实地的行动更是消解焦虑的最好办法。这些心得分享给大家，愿各位找准方向、稳步前行，奔赴属于自己的璀璨前程。</w:t>
      </w:r>
    </w:p>
    <w:p>
      <w:r>
        <w:t>沈西竹丨去向：浙江大学</w:t>
      </w:r>
    </w:p>
    <w:p>
      <w:r>
        <w:t>座右铭：</w:t>
      </w:r>
    </w:p>
    <w:p>
      <w:r>
        <w:t>不积跬步，无以至千里；不积小流，无以成江海。</w:t>
      </w:r>
    </w:p>
    <w:p>
      <w:r>
        <w:t>个人简介：</w:t>
      </w:r>
    </w:p>
    <w:p>
      <w:r>
        <w:t>沈西竹，人工智能专业2022级本科生。在学业方面，勤奋钻研，求知若渴，专业绩点排名第一。2022至2025学年期间，连续三年荣获苏州大学学习优秀特等奖、专项奖学金与综合奖学金，2023-2024学年获得创新创业特等奖；2022至2024学年连续两年被评为“苏州大学三好学生”。志愿活动方面，担任苏州大学唐仲英爱心学社社员，于2022、2023年连续获得唐仲英德育奖学金。科研竞赛方面，曾获全国大学生英语竞赛C类三等奖、高教社杯全国大学生数学建模竞赛本科组全国一等奖、第十六届蓝桥杯A组国赛三等奖、获评“2025年度䇹政学者”。</w:t>
      </w:r>
    </w:p>
    <w:p>
      <w:r>
        <w:t>写给后来的你：</w:t>
      </w:r>
    </w:p>
    <w:p>
      <w:r>
        <w:t>大学四年是不断积累和试错的过程，在学有余力时，多去尝试不同的领域，尽早明确自己未来真正愿意钻研的方向。不论是项目竞赛、还是单纯地拓展一个爱好，最重要的是保持独立思考和持续的投入。不要因为未知的将来而过度焦虑，把精力集中在当下的每一堂课、和每一次活动上。踏踏实实做好眼前的每一件事，你们一定能收获一段充实且无悔的大学时光。</w:t>
      </w:r>
    </w:p>
    <w:p>
      <w:r>
        <w:t>许欣苗丨去向：复旦大学</w:t>
      </w:r>
    </w:p>
    <w:p>
      <w:r>
        <w:t>座右铭：</w:t>
      </w:r>
    </w:p>
    <w:p>
      <w:r>
        <w:t>相信相信的力量！</w:t>
      </w:r>
    </w:p>
    <w:p>
      <w:r>
        <w:t>个人简介：</w:t>
      </w:r>
    </w:p>
    <w:p>
      <w:r>
        <w:t>许欣苗，集成电路设计与集成系统专业2022级本科生。曾获苏州大学“三好学生”称号、苏州大学“优秀学生干部标兵”称号；苏州大学学习优秀特等奖学金、苏州大学创新创业特等奖学金；第八届（2024）全国大学生集成电路创新创业大赛全国总决赛二等奖；第二十七届中国机器人及人工智能大赛国家级一等奖；第十六届蓝桥杯全国软件和信息技术专业人才大赛单片机设计与开发大学组国家级三等奖等。专注科技前沿，围绕磁控微型机器人开展研究，发表SCI论文3篇，第一作者一篇；以第一作者获得国家实用新型专利授权1项等；积极投身志愿服务，累计志愿服务时长超300小时等。</w:t>
      </w:r>
    </w:p>
    <w:p>
      <w:r>
        <w:t>写给后来的你：</w:t>
      </w:r>
    </w:p>
    <w:p>
      <w:r>
        <w:t>愿你们早日找到自己想要的人生，朝着自己的目标付出应有的努力。如果暂时没想清楚也没关系，那就提升自己让自己有更多选择的可能。不要怕失败、崩溃、内耗，每一次爆发后又是重生，生出更坚定的内心。</w:t>
      </w:r>
    </w:p>
    <w:p>
      <w:r>
        <w:t>张天羽丨去向：中国科学技术大学</w:t>
      </w:r>
    </w:p>
    <w:p>
      <w:r>
        <w:t>座右铭：</w:t>
      </w:r>
    </w:p>
    <w:p>
      <w:r>
        <w:t>自能生羽翼，何必仰云梯！</w:t>
      </w:r>
    </w:p>
    <w:p>
      <w:r>
        <w:t>个人简介：</w:t>
      </w:r>
    </w:p>
    <w:p>
      <w:r>
        <w:t>张天羽，统计学专业2022级本科生。曾获学习优秀特等奖学金（两学年）、创新创业奖学金等校级奖学金，“三星”奖学金，“佳禾”奖学金等捐赠奖学金，并获“三好学生”“优秀学生干部”等荣誉称号。在学科竞赛上，在全国大学生英语竞赛中获得C类三等奖，在美国大学生数学建模竞赛中获M奖，在第十五届正大杯市场调查与分析大赛中获得江苏赛区一等奖、全国三等奖，在全国大学生数学建模竞赛中获江苏赛区二等奖。专注学科前沿，大三时参与“基于深度强化学习的复杂环境AGV路径规划研究”，相关论文《Adaptive Exploration Deep Q-Network for AGV Static Path Planning with Improved Convergence and Optimization》已在EI会议发表。</w:t>
      </w:r>
    </w:p>
    <w:p>
      <w:r>
        <w:t>写给后来的你：</w:t>
      </w:r>
    </w:p>
    <w:p>
      <w:r>
        <w:t>每一步都算数，我在未来等你！</w:t>
      </w:r>
    </w:p>
    <w:p>
      <w:r>
        <w:t>谭震洲丨去向：中国科学院计算技术研究所</w:t>
      </w:r>
    </w:p>
    <w:p>
      <w:r>
        <w:t>座右铭：</w:t>
      </w:r>
    </w:p>
    <w:p>
      <w:r>
        <w:t>一蓑烟雨任平生。</w:t>
      </w:r>
    </w:p>
    <w:p>
      <w:r>
        <w:t>个人简介：</w:t>
      </w:r>
    </w:p>
    <w:p>
      <w:r>
        <w:t>谭震洲，数据科学与大数据技术专业2022级本科生，本科期间的主要研究方向为具身智能与VLA模型，现已推免至中国科学院计算技术研究所攻读博士学位。在校期间，绩点始终保持专业前三，同时积极参加科研竞赛，获得国家级奖项3项、省级奖项5项，主持大学生课外学术基金项目1项，作为核心成员参与省级大学生创新创业训练计划项目1项。此外，曾获校学习优秀特等奖学金、周氏奖学金、创新创业专项奖学金等奖学金，并获“三好学生”称号。</w:t>
      </w:r>
    </w:p>
    <w:p>
      <w:r>
        <w:t>写给后来的你：</w:t>
      </w:r>
    </w:p>
    <w:p>
      <w:r>
        <w:t>你们正年轻，不必害怕昨日的失败与迷茫，明天的成功与希望必将到来。各位，悟以往之不谏，知来者之可追，过去的意气风发或焦虑彷徨皆为序章，放眼望去，未来将是无限风光。</w:t>
      </w:r>
    </w:p>
    <w:p>
      <w:r>
        <w:t>韩之丨去向：中山大学</w:t>
      </w:r>
    </w:p>
    <w:p>
      <w:r>
        <w:t>座右铭：</w:t>
      </w:r>
    </w:p>
    <w:p>
      <w:r>
        <w:t>悟已往之不谏，知来者之可追。</w:t>
      </w:r>
    </w:p>
    <w:p>
      <w:r>
        <w:t>个人简介：</w:t>
      </w:r>
    </w:p>
    <w:p>
      <w:r>
        <w:t>韩之，机械电子工程专业2022级本科生，推免至中山大学攻读力学博士学位。在校期间，积极参加科研竞赛，在机器人及人工智能大赛中获得全国二等奖，以第二作者发表两篇sci论文和一篇发明专利。此外曾担任班级团支书，积极参与学生工作，获校“优秀班干部”和“三好学生”的称号。</w:t>
      </w:r>
    </w:p>
    <w:p>
      <w:r>
        <w:t>写给后来的你：</w:t>
      </w:r>
    </w:p>
    <w:p>
      <w:r>
        <w:t>大学最珍贵的不是那张文凭，而是这四年青春的每一个瞬间，勇敢地试错，温柔地坚持，然后坦然接受所有结果。</w:t>
      </w:r>
    </w:p>
    <w:p>
      <w:r>
        <w:t>曹阳光丨去向：北京理工大学</w:t>
      </w:r>
    </w:p>
    <w:p>
      <w:r>
        <w:t>座右铭：</w:t>
      </w:r>
    </w:p>
    <w:p>
      <w:r>
        <w:t>乾坤未定，你我皆黑马。</w:t>
      </w:r>
    </w:p>
    <w:p>
      <w:r>
        <w:t>个人简介：</w:t>
      </w:r>
    </w:p>
    <w:p>
      <w:r>
        <w:t>曹阳光，机械电子工程专业2022级本科生。曾获国家奖学金、苏州大学三好学生、学习优秀特等奖学金、创新创业特等奖学金、周氏优秀学生奖学金等；2025年中国大学生工程实践与创新能力大赛国家级二等奖，第十七届“高教杯”全国大学生先进成图技术与产品信息建模创新大赛国家级二等奖，第十五届全国周培源大学生力学竞赛国家级三等奖。担任两年班级班长，积极投身志愿服务，累计志愿时长400多小时。</w:t>
      </w:r>
    </w:p>
    <w:p>
      <w:r>
        <w:t>写给后来的你：</w:t>
      </w:r>
    </w:p>
    <w:p>
      <w:r>
        <w:t>坚持就是胜利，总会熬过去的。相信自己，做好准备，拥抱一切可能的结果。或许最好的结果正在朝你奔来的路上。往前看，别回头。</w:t>
      </w:r>
    </w:p>
    <w:p>
      <w:r>
        <w:t>孙圣延丨去向：山东大学</w:t>
      </w:r>
    </w:p>
    <w:p>
      <w:r>
        <w:t>座右铭：</w:t>
      </w:r>
    </w:p>
    <w:p>
      <w:r>
        <w:t>道阻且长，行则将至。</w:t>
      </w:r>
    </w:p>
    <w:p>
      <w:r>
        <w:t>个人简介：</w:t>
      </w:r>
    </w:p>
    <w:p>
      <w:r>
        <w:t>孙圣延，统计学专业2022级本科生。曾获苏州大学学习优秀奖学金；苏州大学“优秀学生干部”称号；第十届全国大学生统计建模大赛国家级三等奖等。围绕数据漂移开展研究Concurrency and Computation: Practice and Experience期刊论文1篇；积极投身支援服务，累计363小时志愿时长。</w:t>
      </w:r>
    </w:p>
    <w:p>
      <w:r>
        <w:t>写给后来的你：</w:t>
      </w:r>
    </w:p>
    <w:p>
      <w:r>
        <w:t>请不要害怕做“没用”的事。去旁听一门和专业课毫无关系的课，去参加一个看似没什么用的社团，去学一门看起来和未来职业无关的技能。这些“没用”的东西，往往会在未来某个意想不到的地方派上用场，甚至成为你独特竞争力的来源。</w:t>
      </w:r>
    </w:p>
    <w:p>
      <w:r>
        <w:t>孙世佳丨去向：电子科技大学</w:t>
      </w:r>
    </w:p>
    <w:p>
      <w:r>
        <w:t>座右铭：</w:t>
      </w:r>
    </w:p>
    <w:p>
      <w:r>
        <w:t>不抛弃，不放弃。</w:t>
      </w:r>
    </w:p>
    <w:p>
      <w:r>
        <w:t>个人简介：</w:t>
      </w:r>
    </w:p>
    <w:p>
      <w:r>
        <w:t>孙世佳，数据科学与大数据技术2022级本科生。目前已推免至电子科技大学电子信息专业。曾获第六届全球校园人工智能算法精英大赛省赛一等奖、2024美国大学生数学建模竞赛H奖、2024全国大学生数学建模竞赛江苏赛区三等奖等。以共一作者身份发表ECAI会议论文1篇；大学四年担任班级教学信息员，获得2022-2023年度苏州大学优秀教学信息员；积极投身志愿服务，志愿时长累积265小时。</w:t>
      </w:r>
    </w:p>
    <w:p>
      <w:r>
        <w:t>写给后来的你：</w:t>
      </w:r>
    </w:p>
    <w:p>
      <w:r>
        <w:t>青春最好的模样，是脚踏实地，心怀远方。愿你们不负当下，不负自己，未来步步生光。</w:t>
      </w:r>
    </w:p>
    <w:p>
      <w:r>
        <w:t>愿每一位毕业生带着勇气与智慧，在更广阔的天地里续写精彩。你们的奋斗故事，将成为学弟学妹前行路上的光。愿所有追梦人各自灿烂，终在更高处交汇，不负韶华！</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