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苏州大学文学院推荐优秀应届本科毕业生2018年免试攻读硕士研究生实施细则</w:t>
      </w:r>
    </w:p>
    <w:p>
      <w:r>
        <w:t>根据教育部有关工作通知以及《关于进一步完善推荐优秀应届本科毕业生免试攻读研究生工作办法的通知》（教学厅[2014]5号）和学校《关于开展推荐优秀应届本科毕业生201 8年免试攻读硕士研究生工作的通知》精神，结合文学院工作实际，特制定本实施细则。</w:t>
      </w:r>
    </w:p>
    <w:p>
      <w:r>
        <w:t>一、工作机构</w:t>
      </w:r>
    </w:p>
    <w:p>
      <w:r>
        <w:t>为加强推免工作的组织领导，落实集体议事和集体决策制度，本着公平、公正、公开的原则，维护推荐与招生的公平竞争和科学选拔，选拔出真正优秀的本科生免试攻读研究生，特成立文学院201 8年推免工作领导小组与专家小组：</w:t>
      </w:r>
    </w:p>
    <w:p>
      <w:r>
        <w:t>1、领导小组</w:t>
      </w:r>
    </w:p>
    <w:p>
      <w:r>
        <w:t>组长：孙宁华</w:t>
      </w:r>
    </w:p>
    <w:p>
      <w:r>
        <w:t>成员：丁治民、阴浩、张洁、王建军</w:t>
      </w:r>
    </w:p>
    <w:p>
      <w:r>
        <w:t>秘书：胡萱</w:t>
      </w:r>
    </w:p>
    <w:p>
      <w:r>
        <w:t>2、专家小组</w:t>
      </w:r>
    </w:p>
    <w:p>
      <w:r>
        <w:t>组长：马亚中</w:t>
      </w:r>
    </w:p>
    <w:p>
      <w:r>
        <w:t>成员：曹炜、李勇、季进、汪卫东、孙宁华、孙启华</w:t>
      </w:r>
    </w:p>
    <w:p>
      <w:r>
        <w:t>秘书：胡萱</w:t>
      </w:r>
    </w:p>
    <w:p>
      <w:r>
        <w:t>其中，由丁治民全面负责协调推免生的选拔和录取工作。</w:t>
      </w:r>
    </w:p>
    <w:p>
      <w:r>
        <w:t>二、工作过程</w:t>
      </w:r>
    </w:p>
    <w:p>
      <w:r>
        <w:t>1、9月9日上午，召集全部有意参加推免申请的同学，召开推免工作动员会，全面传达学校推免工作会议的精神，介绍推免政策，并接受学生的咨询。</w:t>
      </w:r>
    </w:p>
    <w:p>
      <w:r>
        <w:t>2、9月11日上午，符合条件的学生自行打印本人成绩单，向学院提出申请，填写申请表，并提交相应证明材料。学院领导小组依据相关文件精神，进行资格初审，初审合格者方可参加全面考核环节。</w:t>
      </w:r>
    </w:p>
    <w:p>
      <w:r>
        <w:t>3、9月1 2日-1 3日，由专家组进行全面考核和综合评价，并提出初步的选拔名单，报院领导小组审核。</w:t>
      </w:r>
    </w:p>
    <w:p>
      <w:r>
        <w:t>4、9月18日前，将《文学院推荐优秀应届本科毕业生201 8年免试攻读硕士研究生名单》报教务部，并在学院网站公示十天。</w:t>
      </w:r>
    </w:p>
    <w:p>
      <w:r>
        <w:t>5、9月2 3日起，指导获得推免资格的学生到教育部“推免服务系统”中进行志愿申报，并完成相应的操作。</w:t>
      </w:r>
    </w:p>
    <w:p>
      <w:r>
        <w:t>6、9月2 3日起，指定专人对填报文学院的校外推免生进行跟踪式服务，并及时组织面试，展开接受录取工作，从中选择优秀生源进入文学院攻读硕士研究生。</w:t>
      </w:r>
    </w:p>
    <w:p>
      <w:r>
        <w:t>7、10月25日前，完成本校和外校免试生的接受录取工作。</w:t>
      </w:r>
    </w:p>
    <w:p>
      <w:r>
        <w:t>三、综合考核及遴选办法</w:t>
      </w:r>
    </w:p>
    <w:p>
      <w:r>
        <w:t>1、成立文学院推免工作领导小组与专家小组；</w:t>
      </w:r>
    </w:p>
    <w:p>
      <w:r>
        <w:t>2、笔试和面试着重考查学生的思想品德和专业素养以及在沟通表达与逻辑思维、科研与创新、综合英语等方面的能力。学生参与国家级、省级大创项目、</w:t>
      </w:r>
    </w:p>
    <w:p>
      <w:r>
        <w:t>�</w:t>
      </w:r>
    </w:p>
    <w:p>
      <w:r>
        <w:t>政项目、发表论文、重要社会工作、各种奖励等，均在面试中予以考虑，不再另外加分。</w:t>
      </w:r>
    </w:p>
    <w:p>
      <w:r>
        <w:t>3、笔试试卷产生办法：</w:t>
      </w:r>
    </w:p>
    <w:p>
      <w:r>
        <w:t>1）综合笔试试卷：由综合考核专家小组成员中的专业教师根据人才培养的专业要求，每人分别出三个笔试题，装入信封后封口交给学院办公室主任并在封口盖章；由综合考核专家小组秘书在考试当天提前半天拆封将考题汇总成考卷；笔试前一个小时由专家小组成员（人数不少于一半）随机抽取试题号，试题号被抽取入选数量最多者最终被采纳为考试试卷。</w:t>
      </w:r>
    </w:p>
    <w:p>
      <w:r>
        <w:t>2）英语笔试试卷：由两位老师出两套试卷，笔试前一天付印，笔试前一个小时由综合考核领导小组成员（人数不少于一半）随机抽取试卷号，试卷号被抽取入选数量最多者最终被采纳为考试试卷。</w:t>
      </w:r>
    </w:p>
    <w:p>
      <w:r>
        <w:t>4、综合考核的分值和时间安排：</w:t>
      </w:r>
    </w:p>
    <w:p>
      <w:r>
        <w:t>综合考核分为综合笔试和英语笔试、综合面试和英语面试，其中综合笔试和英语笔试各80分，综合面试和英语面试各20分，共200分。</w:t>
      </w:r>
    </w:p>
    <w:p>
      <w:r>
        <w:t>9月11日14：00前，专家小组成员把试题封好后交院办</w:t>
      </w:r>
    </w:p>
    <w:p>
      <w:r>
        <w:t>9月12日08:30，领导小组成员到院办抽取英语笔试试卷号</w:t>
      </w:r>
    </w:p>
    <w:p>
      <w:r>
        <w:t>09：30―1 1：30，英语笔试</w:t>
      </w:r>
    </w:p>
    <w:p>
      <w:r>
        <w:t>12:30，专家小组成员到院办抽取综合笔试试题号</w:t>
      </w:r>
    </w:p>
    <w:p>
      <w:r>
        <w:t>1 3：3 0―1 5：3 0，综合笔试</w:t>
      </w:r>
    </w:p>
    <w:p>
      <w:r>
        <w:t>9月1 3日12：30― 15：00，综合面试和英语面试</w:t>
      </w:r>
    </w:p>
    <w:p>
      <w:r>
        <w:t>9月1 4日17：00前完成笔试试卷各试题的评分后交给秘书</w:t>
      </w:r>
    </w:p>
    <w:p>
      <w:r>
        <w:t>9月15日17：00前完成总分的核定</w:t>
      </w:r>
    </w:p>
    <w:p>
      <w:r>
        <w:t>5、批卷方式：</w:t>
      </w:r>
    </w:p>
    <w:p>
      <w:r>
        <w:t>1）综合笔试：每位专家小组成员只给本专业方向的试题打分，每个试题总分16分，由秘书负责分数汇总。</w:t>
      </w:r>
    </w:p>
    <w:p>
      <w:r>
        <w:t>2）英语笔试：由英语出卷专家批卷并结分，总分80分。</w:t>
      </w:r>
    </w:p>
    <w:p>
      <w:r>
        <w:t>6、笔试成绩+面试成绩+GPA * 100，即为该生的综合得分（其中综合考核成绩不得低于120分），并以此排序，形成初步的选拔名单。</w:t>
      </w:r>
    </w:p>
    <w:p>
      <w:r>
        <w:t>7、认真细致深入地做好每个推免生的引导工作，处理好填报外校与本校的关系，吸引更多优秀生源来文学院攻读硕士学位。对本校的推免生，也将做好引导工作，避免填报专业过于集中。</w:t>
      </w:r>
    </w:p>
    <w:p>
      <w:r>
        <w:t>文学院</w:t>
      </w:r>
    </w:p>
    <w:p>
      <w:r>
        <w:t>201 7年9月8日</w:t>
      </w:r>
    </w:p>
    <w:p>
      <w:r>
        <w:t>EndFragment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