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苏州大学文学院保研请就位2021届推免全攻略</w:t>
      </w:r>
    </w:p>
    <w:p>
      <w:r>
        <w:t>作者：来源：文学院点击率：1214更新时间：2019-11-06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