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文学院推荐2025年优秀应届本科毕业生免试攻读研究生综合评价总分及初选名单</w:t>
      </w:r>
    </w:p>
    <w:p>
      <w:r>
        <w:t>根据学校《关于组织开展推荐2025年优秀应届本科毕业生免试攻读研究生工作的通知》（教字﹝2024﹞190号）《苏州大学推荐优秀应届本科毕业生免试攻读研究生工作实施办法》（2021年修订）及《文学院推荐2025届优秀应届本科毕业生免试攻读硕士研究生实施细则》等文件精神，经学生自愿申请、学院审核与综合测评，文学院对推荐2025年优秀应届本科毕业生免试攻读研究生的综合评价总分及初选名单进行公示（见附件）。</w:t>
      </w:r>
    </w:p>
    <w:p>
      <w:r>
        <w:t>如有异议，请在7个工作日内向学院教务办公室反映。为便于核实查证，确保客观公正处理异议，提出异议的单位或者个人应当表明真实身份，并提供有效联系方式。凡匿名、冒名或超出期限的异议均不予受理。</w:t>
      </w:r>
    </w:p>
    <w:p>
      <w:r>
        <w:t>学院教务办公室电话：0512—65880506</w:t>
      </w:r>
    </w:p>
    <w:p>
      <w:r>
        <w:t>特此通知。</w:t>
      </w:r>
    </w:p>
    <w:p>
      <w:r>
        <w:t>附件：文学院推荐2025年优秀应届本科毕业生免试攻读研究生综合评价总分及初选名单.xlsx</w:t>
      </w:r>
    </w:p>
    <w:p>
      <w:r>
        <w:t>文学院</w:t>
      </w:r>
    </w:p>
    <w:p>
      <w:r>
        <w:t>2024年9月18日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