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文学院推荐2024年优秀应届本科毕业生免试攻读研究生综合评价总分及初选名单</w:t>
      </w:r>
    </w:p>
    <w:p>
      <w:r>
        <w:t>根据学校《关于组织开展推荐2024年优秀应届本科毕业生免试攻读研究生工作的通知》（教字﹝2023﹞221号）《苏州大学推荐优秀应届本科毕业生免试攻读研究生工作实施办法》（2021年修订）及《文学院推荐2024届优秀应届本科毕业生免试攻读硕士研究生实施细则》等文件精神，经学生自愿申请、学院审核与综合测评，文学院对推荐2024年优秀应届本科毕业生免试攻读研究生的综合评价总分及初选名单进行公示（见附件）。</w:t>
      </w:r>
    </w:p>
    <w:p>
      <w:r>
        <w:t>学院师生对公示名单如有异议，请于本公示发布之日起10个工作日内，以书面、实名的方式与学院联系。联系电话：0512-65880756。</w:t>
      </w:r>
    </w:p>
    <w:p>
      <w:r>
        <w:t>特此通知。</w:t>
      </w:r>
    </w:p>
    <w:p>
      <w:r>
        <w:t>文学院推荐2024年优秀应届本科毕业生免试攻读研究生综合评价总分及初选名单.xlsx</w:t>
      </w:r>
    </w:p>
    <w:p>
      <w:r>
        <w:t>苏州大学文学院</w:t>
      </w:r>
    </w:p>
    <w:p>
      <w:r>
        <w:t>2023年9月19日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