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文学院拟推荐优秀应届本科毕业生2020年免试攻读硕士研究生名单公示</w:t>
      </w:r>
    </w:p>
    <w:p>
      <w:r>
        <w:t>根据教育部有关工作通知以及《苏州大学推荐优秀应届本科毕业生免试攻读硕士学位研究生工作实施办法（修订稿）》（苏大教[2015]28号）、《关于开展推荐优秀应届本科毕业生2020年免试攻读硕士研究生工作的通知》和《苏州大学文学院推荐优秀应届本科毕业生2020年免试攻读硕士研究生实施细则》等文件精神，通过资格审查、综合面试等程序，经过学院免试攻读硕士研究生领导小组和党政联席会议讨论，确定了我院优秀应届本科毕业生2020年免试攻读硕士研究生初选名单，其中汉语言文学（基地）专业按照综合成绩排名遴选20人（含2名替补），其他专业按照综合成绩排名遴选15人（含2名替补），现予以公示（按学号排序）。</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院系名称</w:t>
            </w:r>
          </w:p>
        </w:tc>
        <w:tc>
          <w:tcPr>
            <w:tcW w:type="dxa" w:w="2160"/>
          </w:tcPr>
          <w:p>
            <w:r>
              <w:t>专业名称</w:t>
            </w:r>
          </w:p>
        </w:tc>
        <w:tc>
          <w:tcPr>
            <w:tcW w:type="dxa" w:w="2160"/>
          </w:tcPr>
          <w:p>
            <w:r>
              <w:t>学号</w:t>
            </w:r>
          </w:p>
        </w:tc>
        <w:tc>
          <w:tcPr>
            <w:tcW w:type="dxa" w:w="2160"/>
          </w:tcPr>
          <w:p>
            <w:r>
              <w:t>姓名</w:t>
            </w:r>
          </w:p>
        </w:tc>
      </w:tr>
      <w:tr>
        <w:tc>
          <w:tcPr>
            <w:tcW w:type="dxa" w:w="2160"/>
          </w:tcPr>
          <w:p>
            <w:r>
              <w:t>文学院</w:t>
            </w:r>
          </w:p>
        </w:tc>
        <w:tc>
          <w:tcPr>
            <w:tcW w:type="dxa" w:w="2160"/>
          </w:tcPr>
          <w:p>
            <w:r>
              <w:t>汉语言文学（基地）</w:t>
            </w:r>
          </w:p>
        </w:tc>
        <w:tc>
          <w:tcPr>
            <w:tcW w:type="dxa" w:w="2160"/>
          </w:tcPr>
          <w:p>
            <w:r>
              <w:t>1601401007</w:t>
            </w:r>
          </w:p>
        </w:tc>
        <w:tc>
          <w:tcPr>
            <w:tcW w:type="dxa" w:w="2160"/>
          </w:tcPr>
          <w:p>
            <w:r>
              <w:t>赵欣怡</w:t>
            </w:r>
          </w:p>
        </w:tc>
      </w:tr>
      <w:tr>
        <w:tc>
          <w:tcPr>
            <w:tcW w:type="dxa" w:w="2160"/>
          </w:tcPr>
          <w:p>
            <w:r>
              <w:t>文学院</w:t>
            </w:r>
          </w:p>
        </w:tc>
        <w:tc>
          <w:tcPr>
            <w:tcW w:type="dxa" w:w="2160"/>
          </w:tcPr>
          <w:p>
            <w:r>
              <w:t>汉语言文学（基地）</w:t>
            </w:r>
          </w:p>
        </w:tc>
        <w:tc>
          <w:tcPr>
            <w:tcW w:type="dxa" w:w="2160"/>
          </w:tcPr>
          <w:p>
            <w:r>
              <w:t>1601401031</w:t>
            </w:r>
          </w:p>
        </w:tc>
        <w:tc>
          <w:tcPr>
            <w:tcW w:type="dxa" w:w="2160"/>
          </w:tcPr>
          <w:p>
            <w:r>
              <w:t>罗启冉</w:t>
            </w:r>
          </w:p>
        </w:tc>
      </w:tr>
      <w:tr>
        <w:tc>
          <w:tcPr>
            <w:tcW w:type="dxa" w:w="2160"/>
          </w:tcPr>
          <w:p>
            <w:r>
              <w:t>文学院</w:t>
            </w:r>
          </w:p>
        </w:tc>
        <w:tc>
          <w:tcPr>
            <w:tcW w:type="dxa" w:w="2160"/>
          </w:tcPr>
          <w:p>
            <w:r>
              <w:t>汉语言文学（基地）</w:t>
            </w:r>
          </w:p>
        </w:tc>
        <w:tc>
          <w:tcPr>
            <w:tcW w:type="dxa" w:w="2160"/>
          </w:tcPr>
          <w:p>
            <w:r>
              <w:t>1601401033</w:t>
            </w:r>
          </w:p>
        </w:tc>
        <w:tc>
          <w:tcPr>
            <w:tcW w:type="dxa" w:w="2160"/>
          </w:tcPr>
          <w:p>
            <w:r>
              <w:t>彭涔洋</w:t>
            </w:r>
          </w:p>
        </w:tc>
      </w:tr>
      <w:tr>
        <w:tc>
          <w:tcPr>
            <w:tcW w:type="dxa" w:w="2160"/>
          </w:tcPr>
          <w:p>
            <w:r>
              <w:t>文学院</w:t>
            </w:r>
          </w:p>
        </w:tc>
        <w:tc>
          <w:tcPr>
            <w:tcW w:type="dxa" w:w="2160"/>
          </w:tcPr>
          <w:p>
            <w:r>
              <w:t>汉语言文学（基地）</w:t>
            </w:r>
          </w:p>
        </w:tc>
        <w:tc>
          <w:tcPr>
            <w:tcW w:type="dxa" w:w="2160"/>
          </w:tcPr>
          <w:p>
            <w:r>
              <w:t>1601401049</w:t>
            </w:r>
          </w:p>
        </w:tc>
        <w:tc>
          <w:tcPr>
            <w:tcW w:type="dxa" w:w="2160"/>
          </w:tcPr>
          <w:p>
            <w:r>
              <w:t>张玉彬</w:t>
            </w:r>
          </w:p>
        </w:tc>
      </w:tr>
      <w:tr>
        <w:tc>
          <w:tcPr>
            <w:tcW w:type="dxa" w:w="2160"/>
          </w:tcPr>
          <w:p>
            <w:r>
              <w:t>文学院</w:t>
            </w:r>
          </w:p>
        </w:tc>
        <w:tc>
          <w:tcPr>
            <w:tcW w:type="dxa" w:w="2160"/>
          </w:tcPr>
          <w:p>
            <w:r>
              <w:t>汉语言文学（基地）</w:t>
            </w:r>
          </w:p>
        </w:tc>
        <w:tc>
          <w:tcPr>
            <w:tcW w:type="dxa" w:w="2160"/>
          </w:tcPr>
          <w:p>
            <w:r>
              <w:t>1601401055</w:t>
            </w:r>
          </w:p>
        </w:tc>
        <w:tc>
          <w:tcPr>
            <w:tcW w:type="dxa" w:w="2160"/>
          </w:tcPr>
          <w:p>
            <w:r>
              <w:t>谢杰炜</w:t>
            </w:r>
          </w:p>
        </w:tc>
      </w:tr>
      <w:tr>
        <w:tc>
          <w:tcPr>
            <w:tcW w:type="dxa" w:w="2160"/>
          </w:tcPr>
          <w:p>
            <w:r>
              <w:t>文学院</w:t>
            </w:r>
          </w:p>
        </w:tc>
        <w:tc>
          <w:tcPr>
            <w:tcW w:type="dxa" w:w="2160"/>
          </w:tcPr>
          <w:p>
            <w:r>
              <w:t>汉语言文学（基地）</w:t>
            </w:r>
          </w:p>
        </w:tc>
        <w:tc>
          <w:tcPr>
            <w:tcW w:type="dxa" w:w="2160"/>
          </w:tcPr>
          <w:p>
            <w:r>
              <w:t>1601401089</w:t>
            </w:r>
          </w:p>
        </w:tc>
        <w:tc>
          <w:tcPr>
            <w:tcW w:type="dxa" w:w="2160"/>
          </w:tcPr>
          <w:p>
            <w:r>
              <w:t>王资博</w:t>
            </w:r>
          </w:p>
        </w:tc>
      </w:tr>
      <w:tr>
        <w:tc>
          <w:tcPr>
            <w:tcW w:type="dxa" w:w="2160"/>
          </w:tcPr>
          <w:p>
            <w:r>
              <w:t>文学院</w:t>
            </w:r>
          </w:p>
        </w:tc>
        <w:tc>
          <w:tcPr>
            <w:tcW w:type="dxa" w:w="2160"/>
          </w:tcPr>
          <w:p>
            <w:r>
              <w:t>汉语言文学（基地）</w:t>
            </w:r>
          </w:p>
        </w:tc>
        <w:tc>
          <w:tcPr>
            <w:tcW w:type="dxa" w:w="2160"/>
          </w:tcPr>
          <w:p>
            <w:r>
              <w:t>1601401096</w:t>
            </w:r>
          </w:p>
        </w:tc>
        <w:tc>
          <w:tcPr>
            <w:tcW w:type="dxa" w:w="2160"/>
          </w:tcPr>
          <w:p>
            <w:r>
              <w:t>徐晶莹</w:t>
            </w:r>
          </w:p>
        </w:tc>
      </w:tr>
      <w:tr>
        <w:tc>
          <w:tcPr>
            <w:tcW w:type="dxa" w:w="2160"/>
          </w:tcPr>
          <w:p>
            <w:r>
              <w:t>文学院</w:t>
            </w:r>
          </w:p>
        </w:tc>
        <w:tc>
          <w:tcPr>
            <w:tcW w:type="dxa" w:w="2160"/>
          </w:tcPr>
          <w:p>
            <w:r>
              <w:t>汉语言文学（基地）</w:t>
            </w:r>
          </w:p>
        </w:tc>
        <w:tc>
          <w:tcPr>
            <w:tcW w:type="dxa" w:w="2160"/>
          </w:tcPr>
          <w:p>
            <w:r>
              <w:t>1601401111</w:t>
            </w:r>
          </w:p>
        </w:tc>
        <w:tc>
          <w:tcPr>
            <w:tcW w:type="dxa" w:w="2160"/>
          </w:tcPr>
          <w:p>
            <w:r>
              <w:t>李家琪</w:t>
            </w:r>
          </w:p>
        </w:tc>
      </w:tr>
      <w:tr>
        <w:tc>
          <w:tcPr>
            <w:tcW w:type="dxa" w:w="2160"/>
          </w:tcPr>
          <w:p>
            <w:r>
              <w:t>文学院</w:t>
            </w:r>
          </w:p>
        </w:tc>
        <w:tc>
          <w:tcPr>
            <w:tcW w:type="dxa" w:w="2160"/>
          </w:tcPr>
          <w:p>
            <w:r>
              <w:t>汉语言文学（基地）</w:t>
            </w:r>
          </w:p>
        </w:tc>
        <w:tc>
          <w:tcPr>
            <w:tcW w:type="dxa" w:w="2160"/>
          </w:tcPr>
          <w:p>
            <w:r>
              <w:t>1601401117</w:t>
            </w:r>
          </w:p>
        </w:tc>
        <w:tc>
          <w:tcPr>
            <w:tcW w:type="dxa" w:w="2160"/>
          </w:tcPr>
          <w:p>
            <w:r>
              <w:t>戴思钰</w:t>
            </w:r>
          </w:p>
        </w:tc>
      </w:tr>
      <w:tr>
        <w:tc>
          <w:tcPr>
            <w:tcW w:type="dxa" w:w="2160"/>
          </w:tcPr>
          <w:p>
            <w:r>
              <w:t>文学院</w:t>
            </w:r>
          </w:p>
        </w:tc>
        <w:tc>
          <w:tcPr>
            <w:tcW w:type="dxa" w:w="2160"/>
          </w:tcPr>
          <w:p>
            <w:r>
              <w:t>汉语言文学（基地）</w:t>
            </w:r>
          </w:p>
        </w:tc>
        <w:tc>
          <w:tcPr>
            <w:tcW w:type="dxa" w:w="2160"/>
          </w:tcPr>
          <w:p>
            <w:r>
              <w:t>1601401123</w:t>
            </w:r>
          </w:p>
        </w:tc>
        <w:tc>
          <w:tcPr>
            <w:tcW w:type="dxa" w:w="2160"/>
          </w:tcPr>
          <w:p>
            <w:r>
              <w:t>梁淼</w:t>
            </w:r>
          </w:p>
        </w:tc>
      </w:tr>
      <w:tr>
        <w:tc>
          <w:tcPr>
            <w:tcW w:type="dxa" w:w="2160"/>
          </w:tcPr>
          <w:p>
            <w:r>
              <w:t>文学院</w:t>
            </w:r>
          </w:p>
        </w:tc>
        <w:tc>
          <w:tcPr>
            <w:tcW w:type="dxa" w:w="2160"/>
          </w:tcPr>
          <w:p>
            <w:r>
              <w:t>汉语言文学（基地）</w:t>
            </w:r>
          </w:p>
        </w:tc>
        <w:tc>
          <w:tcPr>
            <w:tcW w:type="dxa" w:w="2160"/>
          </w:tcPr>
          <w:p>
            <w:r>
              <w:t>1601401125</w:t>
            </w:r>
          </w:p>
        </w:tc>
        <w:tc>
          <w:tcPr>
            <w:tcW w:type="dxa" w:w="2160"/>
          </w:tcPr>
          <w:p>
            <w:r>
              <w:t>俞果岑</w:t>
            </w:r>
          </w:p>
        </w:tc>
      </w:tr>
      <w:tr>
        <w:tc>
          <w:tcPr>
            <w:tcW w:type="dxa" w:w="2160"/>
          </w:tcPr>
          <w:p>
            <w:r>
              <w:t>文学院</w:t>
            </w:r>
          </w:p>
        </w:tc>
        <w:tc>
          <w:tcPr>
            <w:tcW w:type="dxa" w:w="2160"/>
          </w:tcPr>
          <w:p>
            <w:r>
              <w:t>汉语言文学（基地）</w:t>
            </w:r>
          </w:p>
        </w:tc>
        <w:tc>
          <w:tcPr>
            <w:tcW w:type="dxa" w:w="2160"/>
          </w:tcPr>
          <w:p>
            <w:r>
              <w:t>1601401150</w:t>
            </w:r>
          </w:p>
        </w:tc>
        <w:tc>
          <w:tcPr>
            <w:tcW w:type="dxa" w:w="2160"/>
          </w:tcPr>
          <w:p>
            <w:r>
              <w:t>何顾楠</w:t>
            </w:r>
          </w:p>
        </w:tc>
      </w:tr>
      <w:tr>
        <w:tc>
          <w:tcPr>
            <w:tcW w:type="dxa" w:w="2160"/>
          </w:tcPr>
          <w:p>
            <w:r>
              <w:t>文学院</w:t>
            </w:r>
          </w:p>
        </w:tc>
        <w:tc>
          <w:tcPr>
            <w:tcW w:type="dxa" w:w="2160"/>
          </w:tcPr>
          <w:p>
            <w:r>
              <w:t>汉语言文学（基地）</w:t>
            </w:r>
          </w:p>
        </w:tc>
        <w:tc>
          <w:tcPr>
            <w:tcW w:type="dxa" w:w="2160"/>
          </w:tcPr>
          <w:p>
            <w:r>
              <w:t>1601401155</w:t>
            </w:r>
          </w:p>
        </w:tc>
        <w:tc>
          <w:tcPr>
            <w:tcW w:type="dxa" w:w="2160"/>
          </w:tcPr>
          <w:p>
            <w:r>
              <w:t>吴斌斌</w:t>
            </w:r>
          </w:p>
        </w:tc>
      </w:tr>
      <w:tr>
        <w:tc>
          <w:tcPr>
            <w:tcW w:type="dxa" w:w="2160"/>
          </w:tcPr>
          <w:p>
            <w:r>
              <w:t>文学院</w:t>
            </w:r>
          </w:p>
        </w:tc>
        <w:tc>
          <w:tcPr>
            <w:tcW w:type="dxa" w:w="2160"/>
          </w:tcPr>
          <w:p>
            <w:r>
              <w:t>汉语言文学（基地）</w:t>
            </w:r>
          </w:p>
        </w:tc>
        <w:tc>
          <w:tcPr>
            <w:tcW w:type="dxa" w:w="2160"/>
          </w:tcPr>
          <w:p>
            <w:r>
              <w:t>1601401164</w:t>
            </w:r>
          </w:p>
        </w:tc>
        <w:tc>
          <w:tcPr>
            <w:tcW w:type="dxa" w:w="2160"/>
          </w:tcPr>
          <w:p>
            <w:r>
              <w:t>丁小丽</w:t>
            </w:r>
          </w:p>
        </w:tc>
      </w:tr>
      <w:tr>
        <w:tc>
          <w:tcPr>
            <w:tcW w:type="dxa" w:w="2160"/>
          </w:tcPr>
          <w:p>
            <w:r>
              <w:t>文学院</w:t>
            </w:r>
          </w:p>
        </w:tc>
        <w:tc>
          <w:tcPr>
            <w:tcW w:type="dxa" w:w="2160"/>
          </w:tcPr>
          <w:p>
            <w:r>
              <w:t>汉语言文学（基地）</w:t>
            </w:r>
          </w:p>
        </w:tc>
        <w:tc>
          <w:tcPr>
            <w:tcW w:type="dxa" w:w="2160"/>
          </w:tcPr>
          <w:p>
            <w:r>
              <w:t>1601401198</w:t>
            </w:r>
          </w:p>
        </w:tc>
        <w:tc>
          <w:tcPr>
            <w:tcW w:type="dxa" w:w="2160"/>
          </w:tcPr>
          <w:p>
            <w:r>
              <w:t>张昕煜</w:t>
            </w:r>
          </w:p>
        </w:tc>
      </w:tr>
      <w:tr>
        <w:tc>
          <w:tcPr>
            <w:tcW w:type="dxa" w:w="2160"/>
          </w:tcPr>
          <w:p>
            <w:r>
              <w:t>文学院</w:t>
            </w:r>
          </w:p>
        </w:tc>
        <w:tc>
          <w:tcPr>
            <w:tcW w:type="dxa" w:w="2160"/>
          </w:tcPr>
          <w:p>
            <w:r>
              <w:t>汉语言文学（基地）</w:t>
            </w:r>
          </w:p>
        </w:tc>
        <w:tc>
          <w:tcPr>
            <w:tcW w:type="dxa" w:w="2160"/>
          </w:tcPr>
          <w:p>
            <w:r>
              <w:t>1601401200</w:t>
            </w:r>
          </w:p>
        </w:tc>
        <w:tc>
          <w:tcPr>
            <w:tcW w:type="dxa" w:w="2160"/>
          </w:tcPr>
          <w:p>
            <w:r>
              <w:t>杨祺</w:t>
            </w:r>
          </w:p>
        </w:tc>
      </w:tr>
      <w:tr>
        <w:tc>
          <w:tcPr>
            <w:tcW w:type="dxa" w:w="2160"/>
          </w:tcPr>
          <w:p>
            <w:r>
              <w:t>文学院</w:t>
            </w:r>
          </w:p>
        </w:tc>
        <w:tc>
          <w:tcPr>
            <w:tcW w:type="dxa" w:w="2160"/>
          </w:tcPr>
          <w:p>
            <w:r>
              <w:t>汉语言文学（基地）</w:t>
            </w:r>
          </w:p>
        </w:tc>
        <w:tc>
          <w:tcPr>
            <w:tcW w:type="dxa" w:w="2160"/>
          </w:tcPr>
          <w:p>
            <w:r>
              <w:t>1601401217</w:t>
            </w:r>
          </w:p>
        </w:tc>
        <w:tc>
          <w:tcPr>
            <w:tcW w:type="dxa" w:w="2160"/>
          </w:tcPr>
          <w:p>
            <w:r>
              <w:t>刘欣叶</w:t>
            </w:r>
          </w:p>
        </w:tc>
      </w:tr>
      <w:tr>
        <w:tc>
          <w:tcPr>
            <w:tcW w:type="dxa" w:w="2160"/>
          </w:tcPr>
          <w:p>
            <w:r>
              <w:t>文学院</w:t>
            </w:r>
          </w:p>
        </w:tc>
        <w:tc>
          <w:tcPr>
            <w:tcW w:type="dxa" w:w="2160"/>
          </w:tcPr>
          <w:p>
            <w:r>
              <w:t>汉语言文学（基地）</w:t>
            </w:r>
          </w:p>
        </w:tc>
        <w:tc>
          <w:tcPr>
            <w:tcW w:type="dxa" w:w="2160"/>
          </w:tcPr>
          <w:p>
            <w:r>
              <w:t>1603401093</w:t>
            </w:r>
          </w:p>
        </w:tc>
        <w:tc>
          <w:tcPr>
            <w:tcW w:type="dxa" w:w="2160"/>
          </w:tcPr>
          <w:p>
            <w:r>
              <w:t>周子敬</w:t>
            </w:r>
          </w:p>
        </w:tc>
      </w:tr>
      <w:tr>
        <w:tc>
          <w:tcPr>
            <w:tcW w:type="dxa" w:w="2160"/>
          </w:tcPr>
          <w:p>
            <w:r>
              <w:t>文学院</w:t>
            </w:r>
          </w:p>
        </w:tc>
        <w:tc>
          <w:tcPr>
            <w:tcW w:type="dxa" w:w="2160"/>
          </w:tcPr>
          <w:p>
            <w:r>
              <w:t>汉语言文学（基地）</w:t>
            </w:r>
          </w:p>
        </w:tc>
        <w:tc>
          <w:tcPr>
            <w:tcW w:type="dxa" w:w="2160"/>
          </w:tcPr>
          <w:p>
            <w:r>
              <w:t>1601401056</w:t>
            </w:r>
          </w:p>
        </w:tc>
        <w:tc>
          <w:tcPr>
            <w:tcW w:type="dxa" w:w="2160"/>
          </w:tcPr>
          <w:p>
            <w:r>
              <w:t>吕蓝（替补1）</w:t>
            </w:r>
          </w:p>
        </w:tc>
      </w:tr>
      <w:tr>
        <w:tc>
          <w:tcPr>
            <w:tcW w:type="dxa" w:w="2160"/>
          </w:tcPr>
          <w:p>
            <w:r>
              <w:t>文学院</w:t>
            </w:r>
          </w:p>
        </w:tc>
        <w:tc>
          <w:tcPr>
            <w:tcW w:type="dxa" w:w="2160"/>
          </w:tcPr>
          <w:p>
            <w:r>
              <w:t>汉语言文学（基地）</w:t>
            </w:r>
          </w:p>
        </w:tc>
        <w:tc>
          <w:tcPr>
            <w:tcW w:type="dxa" w:w="2160"/>
          </w:tcPr>
          <w:p>
            <w:r>
              <w:t>1601401066</w:t>
            </w:r>
          </w:p>
        </w:tc>
        <w:tc>
          <w:tcPr>
            <w:tcW w:type="dxa" w:w="2160"/>
          </w:tcPr>
          <w:p>
            <w:r>
              <w:t>袁继美（替补2）</w:t>
            </w:r>
          </w:p>
        </w:tc>
      </w:tr>
      <w:tr>
        <w:tc>
          <w:tcPr>
            <w:tcW w:type="dxa" w:w="2160"/>
          </w:tcPr>
          <w:p>
            <w:r>
              <w:t>文学院</w:t>
            </w:r>
          </w:p>
        </w:tc>
        <w:tc>
          <w:tcPr>
            <w:tcW w:type="dxa" w:w="2160"/>
          </w:tcPr>
          <w:p>
            <w:r>
              <w:t>汉语言文学（师范）</w:t>
            </w:r>
          </w:p>
        </w:tc>
        <w:tc>
          <w:tcPr>
            <w:tcW w:type="dxa" w:w="2160"/>
          </w:tcPr>
          <w:p>
            <w:r>
              <w:t>1601401023</w:t>
            </w:r>
          </w:p>
        </w:tc>
        <w:tc>
          <w:tcPr>
            <w:tcW w:type="dxa" w:w="2160"/>
          </w:tcPr>
          <w:p>
            <w:r>
              <w:t>缪之淇</w:t>
            </w:r>
          </w:p>
        </w:tc>
      </w:tr>
      <w:tr>
        <w:tc>
          <w:tcPr>
            <w:tcW w:type="dxa" w:w="2160"/>
          </w:tcPr>
          <w:p>
            <w:r>
              <w:t>文学院</w:t>
            </w:r>
          </w:p>
        </w:tc>
        <w:tc>
          <w:tcPr>
            <w:tcW w:type="dxa" w:w="2160"/>
          </w:tcPr>
          <w:p>
            <w:r>
              <w:t>汉语言文学（师范）</w:t>
            </w:r>
          </w:p>
        </w:tc>
        <w:tc>
          <w:tcPr>
            <w:tcW w:type="dxa" w:w="2160"/>
          </w:tcPr>
          <w:p>
            <w:r>
              <w:t>1601401035</w:t>
            </w:r>
          </w:p>
        </w:tc>
        <w:tc>
          <w:tcPr>
            <w:tcW w:type="dxa" w:w="2160"/>
          </w:tcPr>
          <w:p>
            <w:r>
              <w:t>陈淼淼</w:t>
            </w:r>
          </w:p>
        </w:tc>
      </w:tr>
      <w:tr>
        <w:tc>
          <w:tcPr>
            <w:tcW w:type="dxa" w:w="2160"/>
          </w:tcPr>
          <w:p>
            <w:r>
              <w:t>文学院</w:t>
            </w:r>
          </w:p>
        </w:tc>
        <w:tc>
          <w:tcPr>
            <w:tcW w:type="dxa" w:w="2160"/>
          </w:tcPr>
          <w:p>
            <w:r>
              <w:t>汉语国际教育</w:t>
            </w:r>
          </w:p>
        </w:tc>
        <w:tc>
          <w:tcPr>
            <w:tcW w:type="dxa" w:w="2160"/>
          </w:tcPr>
          <w:p>
            <w:r>
              <w:t>1601401072</w:t>
            </w:r>
          </w:p>
        </w:tc>
        <w:tc>
          <w:tcPr>
            <w:tcW w:type="dxa" w:w="2160"/>
          </w:tcPr>
          <w:p>
            <w:r>
              <w:t>周莎莎</w:t>
            </w:r>
          </w:p>
        </w:tc>
      </w:tr>
      <w:tr>
        <w:tc>
          <w:tcPr>
            <w:tcW w:type="dxa" w:w="2160"/>
          </w:tcPr>
          <w:p>
            <w:r>
              <w:t>文学院</w:t>
            </w:r>
          </w:p>
        </w:tc>
        <w:tc>
          <w:tcPr>
            <w:tcW w:type="dxa" w:w="2160"/>
          </w:tcPr>
          <w:p>
            <w:r>
              <w:t>汉语言文学（师范）</w:t>
            </w:r>
          </w:p>
        </w:tc>
        <w:tc>
          <w:tcPr>
            <w:tcW w:type="dxa" w:w="2160"/>
          </w:tcPr>
          <w:p>
            <w:r>
              <w:t>1601401076</w:t>
            </w:r>
          </w:p>
        </w:tc>
        <w:tc>
          <w:tcPr>
            <w:tcW w:type="dxa" w:w="2160"/>
          </w:tcPr>
          <w:p>
            <w:r>
              <w:t>陈玉婷</w:t>
            </w:r>
          </w:p>
        </w:tc>
      </w:tr>
      <w:tr>
        <w:tc>
          <w:tcPr>
            <w:tcW w:type="dxa" w:w="2160"/>
          </w:tcPr>
          <w:p>
            <w:r>
              <w:t>文学院</w:t>
            </w:r>
          </w:p>
        </w:tc>
        <w:tc>
          <w:tcPr>
            <w:tcW w:type="dxa" w:w="2160"/>
          </w:tcPr>
          <w:p>
            <w:r>
              <w:t>汉语言文学（师范）</w:t>
            </w:r>
          </w:p>
        </w:tc>
        <w:tc>
          <w:tcPr>
            <w:tcW w:type="dxa" w:w="2160"/>
          </w:tcPr>
          <w:p>
            <w:r>
              <w:t>1601401082</w:t>
            </w:r>
          </w:p>
        </w:tc>
        <w:tc>
          <w:tcPr>
            <w:tcW w:type="dxa" w:w="2160"/>
          </w:tcPr>
          <w:p>
            <w:r>
              <w:t>陆紫嫣</w:t>
            </w:r>
          </w:p>
        </w:tc>
      </w:tr>
      <w:tr>
        <w:tc>
          <w:tcPr>
            <w:tcW w:type="dxa" w:w="2160"/>
          </w:tcPr>
          <w:p>
            <w:r>
              <w:t>文学院</w:t>
            </w:r>
          </w:p>
        </w:tc>
        <w:tc>
          <w:tcPr>
            <w:tcW w:type="dxa" w:w="2160"/>
          </w:tcPr>
          <w:p>
            <w:r>
              <w:t>汉语言文学（师范）</w:t>
            </w:r>
          </w:p>
        </w:tc>
        <w:tc>
          <w:tcPr>
            <w:tcW w:type="dxa" w:w="2160"/>
          </w:tcPr>
          <w:p>
            <w:r>
              <w:t>1601401087</w:t>
            </w:r>
          </w:p>
        </w:tc>
        <w:tc>
          <w:tcPr>
            <w:tcW w:type="dxa" w:w="2160"/>
          </w:tcPr>
          <w:p>
            <w:r>
              <w:t>孙晓晴</w:t>
            </w:r>
          </w:p>
        </w:tc>
      </w:tr>
      <w:tr>
        <w:tc>
          <w:tcPr>
            <w:tcW w:type="dxa" w:w="2160"/>
          </w:tcPr>
          <w:p>
            <w:r>
              <w:t>文学院</w:t>
            </w:r>
          </w:p>
        </w:tc>
        <w:tc>
          <w:tcPr>
            <w:tcW w:type="dxa" w:w="2160"/>
          </w:tcPr>
          <w:p>
            <w:r>
              <w:t>汉语国际教育</w:t>
            </w:r>
          </w:p>
        </w:tc>
        <w:tc>
          <w:tcPr>
            <w:tcW w:type="dxa" w:w="2160"/>
          </w:tcPr>
          <w:p>
            <w:r>
              <w:t>1601401093</w:t>
            </w:r>
          </w:p>
        </w:tc>
        <w:tc>
          <w:tcPr>
            <w:tcW w:type="dxa" w:w="2160"/>
          </w:tcPr>
          <w:p>
            <w:r>
              <w:t>李彬源</w:t>
            </w:r>
          </w:p>
        </w:tc>
      </w:tr>
      <w:tr>
        <w:tc>
          <w:tcPr>
            <w:tcW w:type="dxa" w:w="2160"/>
          </w:tcPr>
          <w:p>
            <w:r>
              <w:t>文学院</w:t>
            </w:r>
          </w:p>
        </w:tc>
        <w:tc>
          <w:tcPr>
            <w:tcW w:type="dxa" w:w="2160"/>
          </w:tcPr>
          <w:p>
            <w:r>
              <w:t>汉语国际教育</w:t>
            </w:r>
          </w:p>
        </w:tc>
        <w:tc>
          <w:tcPr>
            <w:tcW w:type="dxa" w:w="2160"/>
          </w:tcPr>
          <w:p>
            <w:r>
              <w:t>1601401102</w:t>
            </w:r>
          </w:p>
        </w:tc>
        <w:tc>
          <w:tcPr>
            <w:tcW w:type="dxa" w:w="2160"/>
          </w:tcPr>
          <w:p>
            <w:r>
              <w:t>王惑立</w:t>
            </w:r>
          </w:p>
        </w:tc>
      </w:tr>
      <w:tr>
        <w:tc>
          <w:tcPr>
            <w:tcW w:type="dxa" w:w="2160"/>
          </w:tcPr>
          <w:p>
            <w:r>
              <w:t>文学院</w:t>
            </w:r>
          </w:p>
        </w:tc>
        <w:tc>
          <w:tcPr>
            <w:tcW w:type="dxa" w:w="2160"/>
          </w:tcPr>
          <w:p>
            <w:r>
              <w:t>汉语言文学（师范）</w:t>
            </w:r>
          </w:p>
        </w:tc>
        <w:tc>
          <w:tcPr>
            <w:tcW w:type="dxa" w:w="2160"/>
          </w:tcPr>
          <w:p>
            <w:r>
              <w:t>1601401104</w:t>
            </w:r>
          </w:p>
        </w:tc>
        <w:tc>
          <w:tcPr>
            <w:tcW w:type="dxa" w:w="2160"/>
          </w:tcPr>
          <w:p>
            <w:r>
              <w:t>房启迪</w:t>
            </w:r>
          </w:p>
        </w:tc>
      </w:tr>
      <w:tr>
        <w:tc>
          <w:tcPr>
            <w:tcW w:type="dxa" w:w="2160"/>
          </w:tcPr>
          <w:p>
            <w:r>
              <w:t>文学院</w:t>
            </w:r>
          </w:p>
        </w:tc>
        <w:tc>
          <w:tcPr>
            <w:tcW w:type="dxa" w:w="2160"/>
          </w:tcPr>
          <w:p>
            <w:r>
              <w:t>汉语言文学（师范）</w:t>
            </w:r>
          </w:p>
        </w:tc>
        <w:tc>
          <w:tcPr>
            <w:tcW w:type="dxa" w:w="2160"/>
          </w:tcPr>
          <w:p>
            <w:r>
              <w:t>1601401105</w:t>
            </w:r>
          </w:p>
        </w:tc>
        <w:tc>
          <w:tcPr>
            <w:tcW w:type="dxa" w:w="2160"/>
          </w:tcPr>
          <w:p>
            <w:r>
              <w:t>丁弋桐</w:t>
            </w:r>
          </w:p>
        </w:tc>
      </w:tr>
      <w:tr>
        <w:tc>
          <w:tcPr>
            <w:tcW w:type="dxa" w:w="2160"/>
          </w:tcPr>
          <w:p>
            <w:r>
              <w:t>文学院</w:t>
            </w:r>
          </w:p>
        </w:tc>
        <w:tc>
          <w:tcPr>
            <w:tcW w:type="dxa" w:w="2160"/>
          </w:tcPr>
          <w:p>
            <w:r>
              <w:t>汉语言文学（师范）</w:t>
            </w:r>
          </w:p>
        </w:tc>
        <w:tc>
          <w:tcPr>
            <w:tcW w:type="dxa" w:w="2160"/>
          </w:tcPr>
          <w:p>
            <w:r>
              <w:t>1601401148</w:t>
            </w:r>
          </w:p>
        </w:tc>
        <w:tc>
          <w:tcPr>
            <w:tcW w:type="dxa" w:w="2160"/>
          </w:tcPr>
          <w:p>
            <w:r>
              <w:t>李婉如</w:t>
            </w:r>
          </w:p>
        </w:tc>
      </w:tr>
      <w:tr>
        <w:tc>
          <w:tcPr>
            <w:tcW w:type="dxa" w:w="2160"/>
          </w:tcPr>
          <w:p>
            <w:r>
              <w:t>文学院</w:t>
            </w:r>
          </w:p>
        </w:tc>
        <w:tc>
          <w:tcPr>
            <w:tcW w:type="dxa" w:w="2160"/>
          </w:tcPr>
          <w:p>
            <w:r>
              <w:t>汉语言文学（师范）</w:t>
            </w:r>
          </w:p>
        </w:tc>
        <w:tc>
          <w:tcPr>
            <w:tcW w:type="dxa" w:w="2160"/>
          </w:tcPr>
          <w:p>
            <w:r>
              <w:t>1601401160</w:t>
            </w:r>
          </w:p>
        </w:tc>
        <w:tc>
          <w:tcPr>
            <w:tcW w:type="dxa" w:w="2160"/>
          </w:tcPr>
          <w:p>
            <w:r>
              <w:t>谷雅寒</w:t>
            </w:r>
          </w:p>
        </w:tc>
      </w:tr>
      <w:tr>
        <w:tc>
          <w:tcPr>
            <w:tcW w:type="dxa" w:w="2160"/>
          </w:tcPr>
          <w:p>
            <w:r>
              <w:t>文学院</w:t>
            </w:r>
          </w:p>
        </w:tc>
        <w:tc>
          <w:tcPr>
            <w:tcW w:type="dxa" w:w="2160"/>
          </w:tcPr>
          <w:p>
            <w:r>
              <w:t>汉语言文学（师范）</w:t>
            </w:r>
          </w:p>
        </w:tc>
        <w:tc>
          <w:tcPr>
            <w:tcW w:type="dxa" w:w="2160"/>
          </w:tcPr>
          <w:p>
            <w:r>
              <w:t>1641403019</w:t>
            </w:r>
          </w:p>
        </w:tc>
        <w:tc>
          <w:tcPr>
            <w:tcW w:type="dxa" w:w="2160"/>
          </w:tcPr>
          <w:p>
            <w:r>
              <w:t>周晓丽</w:t>
            </w:r>
          </w:p>
        </w:tc>
      </w:tr>
      <w:tr>
        <w:tc>
          <w:tcPr>
            <w:tcW w:type="dxa" w:w="2160"/>
          </w:tcPr>
          <w:p>
            <w:r>
              <w:t>文学院</w:t>
            </w:r>
          </w:p>
        </w:tc>
        <w:tc>
          <w:tcPr>
            <w:tcW w:type="dxa" w:w="2160"/>
          </w:tcPr>
          <w:p>
            <w:r>
              <w:t>汉语国际教育</w:t>
            </w:r>
          </w:p>
        </w:tc>
        <w:tc>
          <w:tcPr>
            <w:tcW w:type="dxa" w:w="2160"/>
          </w:tcPr>
          <w:p>
            <w:r>
              <w:t>1601401127</w:t>
            </w:r>
          </w:p>
        </w:tc>
        <w:tc>
          <w:tcPr>
            <w:tcW w:type="dxa" w:w="2160"/>
          </w:tcPr>
          <w:p>
            <w:r>
              <w:t>邓娜（替补1）</w:t>
            </w:r>
          </w:p>
        </w:tc>
      </w:tr>
      <w:tr>
        <w:tc>
          <w:tcPr>
            <w:tcW w:type="dxa" w:w="2160"/>
          </w:tcPr>
          <w:p>
            <w:r>
              <w:t>文学院</w:t>
            </w:r>
          </w:p>
        </w:tc>
        <w:tc>
          <w:tcPr>
            <w:tcW w:type="dxa" w:w="2160"/>
          </w:tcPr>
          <w:p>
            <w:r>
              <w:t>汉语国际教育</w:t>
            </w:r>
          </w:p>
        </w:tc>
        <w:tc>
          <w:tcPr>
            <w:tcW w:type="dxa" w:w="2160"/>
          </w:tcPr>
          <w:p>
            <w:r>
              <w:t>1601401081</w:t>
            </w:r>
          </w:p>
        </w:tc>
        <w:tc>
          <w:tcPr>
            <w:tcW w:type="dxa" w:w="2160"/>
          </w:tcPr>
          <w:p>
            <w:r>
              <w:t>谷兆颖（替补2）</w:t>
            </w:r>
          </w:p>
        </w:tc>
      </w:tr>
    </w:tbl>
    <w:p>
      <w:r>
        <w:t>公示期为：2019年9月13日-2019年9月23日。</w:t>
      </w:r>
    </w:p>
    <w:p>
      <w:r>
        <w:t>对公示名单，同学若有异议，请于9月23日下午5：00前向学院反映，联系电话：65880508（院长：曹炜）、65880512（书记：孙宁华）、65880528（副书记：阴浩）、65880502（副院长：周生杰）、65880756（学生工作办公室：纪金平）。</w:t>
      </w:r>
    </w:p>
    <w:p>
      <w:r>
        <w:t>文学院</w:t>
      </w:r>
    </w:p>
    <w:p>
      <w:r>
        <w:t>2019年9月13日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