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文学院拟推荐优秀应届本科毕业生2019年免试攻读硕士研究生名单公示</w:t>
      </w:r>
    </w:p>
    <w:p>
      <w:r>
        <w:t>根据教育部有关工作通知以及《苏州大学推荐优秀应届本科毕业生免试攻读硕士学位研究生工作实施办法（修订稿）》（苏大教</w:t>
      </w:r>
    </w:p>
    <w:p>
      <w:r>
        <w:t>[2015]28</w:t>
      </w:r>
    </w:p>
    <w:p>
      <w:r>
        <w:t>号）、《关于开展推荐优秀应届本科毕业生</w:t>
      </w:r>
    </w:p>
    <w:p>
      <w:r>
        <w:t>2019</w:t>
      </w:r>
    </w:p>
    <w:p>
      <w:r>
        <w:t>年免试攻读硕士研究生工作的通知》和《苏州大学文学院推荐优秀应届本科毕业生</w:t>
      </w:r>
    </w:p>
    <w:p>
      <w:r>
        <w:t>2019</w:t>
      </w:r>
    </w:p>
    <w:p>
      <w:r>
        <w:t>年免试攻读硕士研究生实施细则》等文件精神，经过资格审查、综合面试等程序，经过学院免试攻读硕士研究生领导小组和党政联席会议讨论，确定了我院优秀应届本科毕业生</w:t>
      </w:r>
    </w:p>
    <w:p>
      <w:r>
        <w:t>2019</w:t>
      </w:r>
    </w:p>
    <w:p>
      <w:r>
        <w:t>年免试攻读硕士研究生的名单，现予以公示（见附件）。</w:t>
      </w:r>
    </w:p>
    <w:p>
      <w:r>
        <w:t>公示期为：</w:t>
      </w:r>
    </w:p>
    <w:p>
      <w:r>
        <w:t>2018</w:t>
      </w:r>
    </w:p>
    <w:p>
      <w:r>
        <w:t>年</w:t>
      </w:r>
    </w:p>
    <w:p>
      <w:r>
        <w:t>9</w:t>
      </w:r>
    </w:p>
    <w:p>
      <w:r>
        <w:t>月</w:t>
      </w:r>
    </w:p>
    <w:p>
      <w:r>
        <w:t>14</w:t>
      </w:r>
    </w:p>
    <w:p>
      <w:r>
        <w:t>日</w:t>
      </w:r>
    </w:p>
    <w:p>
      <w:r>
        <w:t>-2018</w:t>
      </w:r>
    </w:p>
    <w:p>
      <w:r>
        <w:t>年</w:t>
      </w:r>
    </w:p>
    <w:p>
      <w:r>
        <w:t>9</w:t>
      </w:r>
    </w:p>
    <w:p>
      <w:r>
        <w:t>月</w:t>
      </w:r>
    </w:p>
    <w:p>
      <w:r>
        <w:t>24</w:t>
      </w:r>
    </w:p>
    <w:p>
      <w:r>
        <w:t>日。</w:t>
      </w:r>
    </w:p>
    <w:p>
      <w:r>
        <w:t>对公示名单，同学若有异议，请于</w:t>
      </w:r>
    </w:p>
    <w:p>
      <w:r>
        <w:t>9</w:t>
      </w:r>
    </w:p>
    <w:p>
      <w:r>
        <w:t>月</w:t>
      </w:r>
    </w:p>
    <w:p>
      <w:r>
        <w:t>24</w:t>
      </w:r>
    </w:p>
    <w:p>
      <w:r>
        <w:t>日下午</w:t>
      </w:r>
    </w:p>
    <w:p>
      <w:r>
        <w:t>5</w:t>
      </w:r>
    </w:p>
    <w:p>
      <w:r>
        <w:t>：</w:t>
      </w:r>
    </w:p>
    <w:p>
      <w:r>
        <w:t>00</w:t>
      </w:r>
    </w:p>
    <w:p>
      <w:r>
        <w:t>前向学院反映，电话：</w:t>
      </w:r>
    </w:p>
    <w:p>
      <w:r>
        <w:t>65880512</w:t>
      </w:r>
    </w:p>
    <w:p>
      <w:r>
        <w:t>（书记：孙宁华）、</w:t>
      </w:r>
    </w:p>
    <w:p>
      <w:r>
        <w:t>65880508</w:t>
      </w:r>
    </w:p>
    <w:p>
      <w:r>
        <w:t>（主持工作副院长：汪卫东）、</w:t>
      </w:r>
    </w:p>
    <w:p>
      <w:r>
        <w:t>65880528</w:t>
      </w:r>
    </w:p>
    <w:p>
      <w:r>
        <w:t>（副书记：阴浩）、</w:t>
      </w:r>
    </w:p>
    <w:p>
      <w:r>
        <w:t>65880756</w:t>
      </w:r>
    </w:p>
    <w:p>
      <w:r>
        <w:t>（学工办：纪金平）。</w:t>
      </w:r>
    </w:p>
    <w:p>
      <w:r>
        <w:t>附件：点击浏览该文件</w:t>
      </w:r>
    </w:p>
    <w:p>
      <w:r>
        <w:t>苏州大学文学院</w:t>
      </w:r>
    </w:p>
    <w:p>
      <w:r>
        <w:t>2018年9月14日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