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苏州大学数学科学学院2019年推免研究生遴选工作小组</w:t>
      </w:r>
    </w:p>
    <w:p>
      <w:r>
        <w:t>Header</w:t>
      </w:r>
    </w:p>
    <w:p>
      <w:r>
        <w:t>Content</w:t>
      </w:r>
    </w:p>
    <w:p>
      <w:r>
        <w:t>首页通知公告教务通知</w:t>
      </w:r>
    </w:p>
    <w:p>
      <w:r>
        <w:t>时间: 2018-09-10作者:热度: 2556</w:t>
      </w:r>
    </w:p>
    <w:p>
      <w:r>
        <w:t>Footer</w:t>
      </w:r>
    </w:p>
    <w:p>
      <w:r>
        <w:t>&lt;script src="https://cdn.bootcdn.net/ajax/libs/jquery/3.5.1/jquery.min.js"&gt;&lt;/script&gt;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