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【公示】数学科学学院推荐2026年优秀应届本科毕业生免试攻读研究生工作结果公示</w:t>
      </w:r>
    </w:p>
    <w:p>
      <w:r>
        <w:t>数学科学学院推荐2026年优秀应届本科毕业生免试攻读研究生工作结果公示</w:t>
      </w:r>
    </w:p>
    <w:p>
      <w:r>
        <w:t>根据苏州大学2026年推荐优秀应届本科毕业生免试攻读研究生工作相关文件精神及要求，经学生自愿申请、学院推免工作小组组织综合评价，现将结果（见附件）予以公示，公示时间：2025年9月12日至18日。</w:t>
      </w:r>
    </w:p>
    <w:p>
      <w:r>
        <w:t>广大师生对公示名单若有异议，可于上述公示期内实名向学院推免工作小组反映，联系人：孙老师,邮箱：shukeyuan07@163.com。反映问题应客观公正、实事求是，并应提供有关异议的证明材料。凡匿名、冒名或超出期限的异议不予受理。</w:t>
      </w:r>
    </w:p>
    <w:p>
      <w:r>
        <w:t>附件：数学科学学院推荐2026年优秀应届本科毕业生免试攻读研究生初选名单及综合评价总分表</w:t>
      </w:r>
    </w:p>
    <w:p>
      <w:r>
        <w:t>附件：数学科学学院推荐2026年优秀应届本科毕业生免试攻读研究生初选名单及综合评价总分表.xls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