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2025年度苏州大学教育学院硕士生预推免考核通知</w:t>
      </w:r>
    </w:p>
    <w:p>
      <w:r>
        <w:t>请在苏州大学研究生招生管理平台提交预推免申请并审核通过的考生关注：确定参加我院预推免考核请加预推免QQ群：340656786，验证信息请注明：“本科院校+姓名”，进群后备注昵称为：“拟报考方向+姓名”，例：应用心理学-张三，预推免考核详细安排将在QQ群公布，请及时关注QQ群相关消息。</w:t>
      </w:r>
    </w:p>
    <w:p>
      <w:r>
        <w:t>如放弃参加考核请发邮件weiding@suda.edu.cn告知。谢谢！</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