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苏州大学教育学院2024年推荐优秀应届本科毕业生免试攻读研究生实施细则</w:t>
      </w:r>
    </w:p>
    <w:p>
      <w:r>
        <w:t>（3）发布推免公告：9月11日在学院网站公布《苏州大学教育学院2024年推荐优秀应届本科毕业生免试攻读研究生实施细则》，含各专业推荐名额、推免生遴选条件等。</w:t>
      </w:r>
    </w:p>
    <w:p>
      <w:r>
        <w:t>（4）学生申请材料报送：学生发展素质相关的纸质证明材料复印件（与上传推免申请系统的一致，含参军入伍服兵役、参加志愿服务、到国际组织实习、科研成果、竞赛获奖等），交至学院教务办公室，若本人不在校可委托他人上交。截止时间9月13日10:00。</w:t>
      </w:r>
    </w:p>
    <w:p>
      <w:r>
        <w:t>（5）审核学生申请资格：9月14日12:00点前，根据推免条件，由宋玲玲对学生提交的申请材料进行初核。</w:t>
      </w:r>
    </w:p>
    <w:p>
      <w:r>
        <w:t>（6）综合评价及遴选：9月15日-18日，严格按《苏州大学2024年推荐优秀应届本科毕业生免试攻读研究生工作方案》《苏州大学推荐优秀应届本科毕业生免试攻读研究生工作实施办法（2021年修订）》、本实施细则、《教育学院发展素质成绩加分规则》（附件1），学院推免工作小组对符合申请资格的学生展开综合评价。综合评价体系须坚持德智体美劳全面衡量，以德为先，严格遵循实事求是的原则，注重对学生政治态度、思想表现、道德品质、科学精神、诚实守信、遵纪守法等方面的考查，思想品德考核不合格者不予推荐。</w:t>
      </w:r>
    </w:p>
    <w:p>
      <w:r>
        <w:t>学院推免工作小组在学校下达的限额内，根据申请者综合评价成绩，综合评价成绩满分500分=学业成绩（GPA*100）+发展素质成绩（满分100分），其中，GPA保留2位小数计算，发展素质成绩按以下五项打分：参军入伍服兵役（最高20分）、参加志愿服务（最高10分）、到国际组织实习（最高10分）、科研成果（最高30分）、竞赛获奖（最高30分），按专业排序确定拟推荐学生初选名单（可增报以综合评价成绩由高到低排序的1-2名替补名单）（若综合评价成绩相同，则依次比较GPA、发展素质成绩中的科研成果分、学科竞赛得分、非学科竞赛得分、参军入伍得分、国际组织实习得分、志愿服务得分的高低）。</w:t>
      </w:r>
    </w:p>
    <w:p>
      <w:r>
        <w:t>学院推免工作小组负责审核、鉴定学生以上评价内容并打分，必要时可会同本研究领域权威专家、相关期刊杂志单位或赛事主办单位等，对申请推免资格学生的科研创新成果、论文、竞赛获奖奖项及内容进行审核鉴定，严禁抄袭、造假、冒名及有名无实等情况。</w:t>
      </w:r>
    </w:p>
    <w:p>
      <w:r>
        <w:t>（7）初选名单等材料报送及公示：根据学校要求，学院于9月19日（周二）12:00点前按要求将相关材料报送到教务处学籍管理科。学院初选名单在报送之日起，在学院网站的显著位置公示10个工作日。</w:t>
      </w:r>
    </w:p>
    <w:p>
      <w:r>
        <w:t>（8）学校审核和名单报送：9月22日（周五）17:00前，学校审定初选名单并在校内通知中予以公示，并按要求在教育部推免服务系统内报送推免生信息。</w:t>
      </w:r>
    </w:p>
    <w:p>
      <w:r>
        <w:t>（9）推免生后续工作：推免生可通过“推免服务系统”查询《2024年教育部推免服务系统进度安排》、招生单位的招收推免生章程和专业目录，填写报考志愿，确认招生单位的复试及待录取通知等。“推免服务系统”保障推免生自主报考，考生在规定时间内可自主多次平行报考多个招生单位及专业。获得推免资格的学生参照推免服务系统内的时间安排及操作任务，自行在“推免服务系统”中跟踪并完成相关操作，错过或错误操作者，责任自负。有关操作指南说明请及时关注教育部网站，有关网上填报问题请及时电话咨询所报学校研究生处（部、院）。确定录取为推免生的同学将推免录取结果及时报送给辅导员。</w:t>
      </w:r>
    </w:p>
    <w:p>
      <w:r>
        <w:t>三、问责机制</w:t>
      </w:r>
    </w:p>
    <w:p>
      <w:r>
        <w:t>1.责任明确，主体担当。</w:t>
      </w:r>
    </w:p>
    <w:p>
      <w:r>
        <w:t>2.凡是在推免工作中出现违纪、违规、违法操作，包括徇私舞弊、弄虚作假、打击报复、收受礼金等行为，将报于学校按照相关规定处理。</w:t>
      </w:r>
    </w:p>
    <w:p>
      <w:r>
        <w:t>3.严格遵循学校和学院安排的推免工作的各个时间节点，错过时间节点者，视为放弃。</w:t>
      </w:r>
    </w:p>
    <w:p>
      <w:r>
        <w:t>四、其他相关事项</w:t>
      </w:r>
    </w:p>
    <w:p>
      <w:r>
        <w:t>1.因当前教育部推免指标尚未下达，学院指标分配具体方案另行公布。</w:t>
      </w:r>
    </w:p>
    <w:p>
      <w:r>
        <w:t>2.已获推免资格的学生出现下列情形之一的，学校将取消其推免资格：在申请推免过程中发现有弄虚作假行为的；获得推免资格后违反校纪校规，受到学校纪律处分，或被追究法律责任的；本科毕业时不能获得学士学位的。此外，经学校审定获得推免资格的学生,不应以其他方式自主择业或申请出国（境）高校留学等。</w:t>
      </w:r>
    </w:p>
    <w:p>
      <w:r>
        <w:t>3.如在推免过程中出现了有争议的问题,由学院推免工作小组集体讨论并妥善处理。</w:t>
      </w:r>
    </w:p>
    <w:p>
      <w:r>
        <w:t>4.学生对推免工作中相关事务的处理意见和结果有异议者，可及时向学院推免工作小组提出申诉，学院推免工作小组委托学院学术委员会处理，学院学术委员会在接到委托后必须给予学生明确答复或反馈。申诉申请由学生先提交学院教务办公室，联系人：宋玲玲，0512-65880809，songlingling@suda.edu.cn。若还存疑，可向校教务处提出申诉，联系电话：0512-67163652；邮箱xlhu@suda.edu.cn。</w:t>
      </w:r>
    </w:p>
    <w:p>
      <w:r>
        <w:t>五、附则</w:t>
      </w:r>
    </w:p>
    <w:p>
      <w:r>
        <w:t>本办法由教育学院、教育科学研究院负责解释。</w:t>
      </w:r>
    </w:p>
    <w:p>
      <w:r>
        <w:t>附件1：教育学院发展素质成绩加分规则</w:t>
      </w:r>
    </w:p>
    <w:p>
      <w:r>
        <w:t>教育学院</w:t>
      </w:r>
    </w:p>
    <w:p>
      <w:r>
        <w:t>教育科学研究院</w:t>
      </w:r>
    </w:p>
    <w:p>
      <w:r>
        <w:t>2023年9月11日</w:t>
      </w:r>
    </w:p>
    <w:p>
      <w:r>
        <w:t>附件1：教育学院发展素质成绩加分规则</w:t>
      </w:r>
    </w:p>
    <w:p>
      <w:r>
        <w:t>一、入伍服兵役加分规则（最高2 0分）</w:t>
      </w:r>
    </w:p>
    <w:tbl>
      <w:tblPr>
        <w:tblStyle w:val="TableGrid"/>
        <w:tblW w:type="auto" w:w="0"/>
        <w:tblLook w:firstColumn="1" w:firstRow="1" w:lastColumn="0" w:lastRow="0" w:noHBand="0" w:noVBand="1" w:val="04A0"/>
      </w:tblPr>
      <w:tblGrid>
        <w:gridCol w:w="2880"/>
        <w:gridCol w:w="2880"/>
        <w:gridCol w:w="2880"/>
      </w:tblGrid>
      <w:tr>
        <w:tc>
          <w:tcPr>
            <w:tcW w:type="dxa" w:w="2880"/>
          </w:tcPr>
          <w:p>
            <w:r>
              <w:t>一级指标</w:t>
            </w:r>
          </w:p>
        </w:tc>
        <w:tc>
          <w:tcPr>
            <w:tcW w:type="dxa" w:w="2880"/>
          </w:tcPr>
          <w:p>
            <w:r>
              <w:t>二级指标</w:t>
            </w:r>
          </w:p>
        </w:tc>
        <w:tc>
          <w:tcPr>
            <w:tcW w:type="dxa" w:w="2880"/>
          </w:tcPr>
          <w:p>
            <w:r>
              <w:t>分值</w:t>
            </w:r>
          </w:p>
        </w:tc>
      </w:tr>
      <w:tr>
        <w:tc>
          <w:tcPr>
            <w:tcW w:type="dxa" w:w="2880"/>
          </w:tcPr>
          <w:p>
            <w:r>
              <w:t>入伍服兵役（20分）</w:t>
            </w:r>
          </w:p>
        </w:tc>
        <w:tc>
          <w:tcPr>
            <w:tcW w:type="dxa" w:w="2880"/>
          </w:tcPr>
          <w:p>
            <w:r>
              <w:t>参军入伍2年</w:t>
            </w:r>
          </w:p>
        </w:tc>
        <w:tc>
          <w:tcPr>
            <w:tcW w:type="dxa" w:w="2880"/>
          </w:tcPr>
          <w:p>
            <w:r>
              <w:t>20</w:t>
            </w:r>
          </w:p>
        </w:tc>
      </w:tr>
    </w:tbl>
    <w:p>
      <w:r>
        <w:t>二、志愿服务加分规则（最高10分）</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一级指标</w:t>
            </w:r>
          </w:p>
        </w:tc>
        <w:tc>
          <w:tcPr>
            <w:tcW w:type="dxa" w:w="2160"/>
          </w:tcPr>
          <w:p>
            <w:r>
              <w:t>二级指标</w:t>
            </w:r>
          </w:p>
        </w:tc>
        <w:tc>
          <w:tcPr>
            <w:tcW w:type="dxa" w:w="2160"/>
          </w:tcPr>
          <w:p>
            <w:r>
              <w:t>三级指标</w:t>
            </w:r>
          </w:p>
        </w:tc>
        <w:tc>
          <w:tcPr>
            <w:tcW w:type="dxa" w:w="2160"/>
          </w:tcPr>
          <w:p>
            <w:r>
              <w:t>分值</w:t>
            </w:r>
          </w:p>
        </w:tc>
      </w:tr>
      <w:tr>
        <w:tc>
          <w:tcPr>
            <w:tcW w:type="dxa" w:w="2160"/>
          </w:tcPr>
          <w:p>
            <w:r>
              <w:t>志愿服务（10分）</w:t>
            </w:r>
          </w:p>
        </w:tc>
        <w:tc>
          <w:tcPr>
            <w:tcW w:type="dxa" w:w="2160"/>
          </w:tcPr>
          <w:p>
            <w:r>
              <w:t>志愿服务时长（5分）</w:t>
            </w:r>
          </w:p>
        </w:tc>
        <w:tc>
          <w:tcPr>
            <w:tcW w:type="dxa" w:w="2160"/>
          </w:tcPr>
          <w:p>
            <w:r>
              <w:t>在所申请推免的同学中经学院认定的志愿服务时长排名前50%-100%</w:t>
            </w:r>
          </w:p>
        </w:tc>
        <w:tc>
          <w:tcPr>
            <w:tcW w:type="dxa" w:w="2160"/>
          </w:tcPr>
          <w:p>
            <w:r>
              <w:t>3</w:t>
            </w:r>
          </w:p>
        </w:tc>
      </w:tr>
      <w:tr>
        <w:tc>
          <w:tcPr>
            <w:tcW w:type="dxa" w:w="2160"/>
          </w:tcPr>
          <w:p>
            <w:r>
              <w:t>在所申请推免的同学中经学院认定的志愿服务时长排名前20%-50%</w:t>
            </w:r>
          </w:p>
        </w:tc>
        <w:tc>
          <w:tcPr>
            <w:tcW w:type="dxa" w:w="2160"/>
          </w:tcPr>
          <w:p>
            <w:r>
              <w:t>4</w:t>
            </w:r>
          </w:p>
        </w:tc>
        <w:tc>
          <w:tcPr>
            <w:tcW w:type="dxa" w:w="2160"/>
          </w:tcPr>
          <w:p/>
        </w:tc>
        <w:tc>
          <w:tcPr>
            <w:tcW w:type="dxa" w:w="2160"/>
          </w:tcPr>
          <w:p/>
        </w:tc>
      </w:tr>
      <w:tr>
        <w:tc>
          <w:tcPr>
            <w:tcW w:type="dxa" w:w="2160"/>
          </w:tcPr>
          <w:p>
            <w:r>
              <w:t>在所申请推免的同学中经学院认定的志愿服务时长排名前20%</w:t>
            </w:r>
          </w:p>
        </w:tc>
        <w:tc>
          <w:tcPr>
            <w:tcW w:type="dxa" w:w="2160"/>
          </w:tcPr>
          <w:p>
            <w:r>
              <w:t>5</w:t>
            </w:r>
          </w:p>
        </w:tc>
        <w:tc>
          <w:tcPr>
            <w:tcW w:type="dxa" w:w="2160"/>
          </w:tcPr>
          <w:p/>
        </w:tc>
        <w:tc>
          <w:tcPr>
            <w:tcW w:type="dxa" w:w="2160"/>
          </w:tcPr>
          <w:p/>
        </w:tc>
      </w:tr>
      <w:tr>
        <w:tc>
          <w:tcPr>
            <w:tcW w:type="dxa" w:w="2160"/>
          </w:tcPr>
          <w:p>
            <w:r>
              <w:t>志愿服务质量（5分）</w:t>
            </w:r>
          </w:p>
        </w:tc>
        <w:tc>
          <w:tcPr>
            <w:tcW w:type="dxa" w:w="2160"/>
          </w:tcPr>
          <w:p>
            <w:r>
              <w:t>获得院级或同等级别表彰，或积极参加志愿服务</w:t>
            </w:r>
          </w:p>
        </w:tc>
        <w:tc>
          <w:tcPr>
            <w:tcW w:type="dxa" w:w="2160"/>
          </w:tcPr>
          <w:p>
            <w:r>
              <w:t>2</w:t>
            </w:r>
          </w:p>
        </w:tc>
        <w:tc>
          <w:tcPr>
            <w:tcW w:type="dxa" w:w="2160"/>
          </w:tcPr>
          <w:p/>
        </w:tc>
      </w:tr>
      <w:tr>
        <w:tc>
          <w:tcPr>
            <w:tcW w:type="dxa" w:w="2160"/>
          </w:tcPr>
          <w:p>
            <w:r>
              <w:t>获得校级或同等级别表彰，或事迹较为突出</w:t>
            </w:r>
          </w:p>
        </w:tc>
        <w:tc>
          <w:tcPr>
            <w:tcW w:type="dxa" w:w="2160"/>
          </w:tcPr>
          <w:p>
            <w:r>
              <w:t>3</w:t>
            </w:r>
          </w:p>
        </w:tc>
        <w:tc>
          <w:tcPr>
            <w:tcW w:type="dxa" w:w="2160"/>
          </w:tcPr>
          <w:p/>
        </w:tc>
        <w:tc>
          <w:tcPr>
            <w:tcW w:type="dxa" w:w="2160"/>
          </w:tcPr>
          <w:p/>
        </w:tc>
      </w:tr>
      <w:tr>
        <w:tc>
          <w:tcPr>
            <w:tcW w:type="dxa" w:w="2160"/>
          </w:tcPr>
          <w:p>
            <w:r>
              <w:t>获得省级或同等级别表彰，或事迹突出</w:t>
            </w:r>
          </w:p>
        </w:tc>
        <w:tc>
          <w:tcPr>
            <w:tcW w:type="dxa" w:w="2160"/>
          </w:tcPr>
          <w:p>
            <w:r>
              <w:t>4</w:t>
            </w:r>
          </w:p>
        </w:tc>
        <w:tc>
          <w:tcPr>
            <w:tcW w:type="dxa" w:w="2160"/>
          </w:tcPr>
          <w:p/>
        </w:tc>
        <w:tc>
          <w:tcPr>
            <w:tcW w:type="dxa" w:w="2160"/>
          </w:tcPr>
          <w:p/>
        </w:tc>
      </w:tr>
      <w:tr>
        <w:tc>
          <w:tcPr>
            <w:tcW w:type="dxa" w:w="2160"/>
          </w:tcPr>
          <w:p>
            <w:r>
              <w:t>获得国家级表彰，或事迹特别突出</w:t>
            </w:r>
          </w:p>
        </w:tc>
        <w:tc>
          <w:tcPr>
            <w:tcW w:type="dxa" w:w="2160"/>
          </w:tcPr>
          <w:p>
            <w:r>
              <w:t>5</w:t>
            </w:r>
          </w:p>
        </w:tc>
        <w:tc>
          <w:tcPr>
            <w:tcW w:type="dxa" w:w="2160"/>
          </w:tcPr>
          <w:p/>
        </w:tc>
        <w:tc>
          <w:tcPr>
            <w:tcW w:type="dxa" w:w="2160"/>
          </w:tcPr>
          <w:p/>
        </w:tc>
      </w:tr>
    </w:tbl>
    <w:p>
      <w:r>
        <w:t>三、国际组织实习加分规则（最高10分）</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一级指标</w:t>
            </w:r>
          </w:p>
        </w:tc>
        <w:tc>
          <w:tcPr>
            <w:tcW w:type="dxa" w:w="2160"/>
          </w:tcPr>
          <w:p>
            <w:r>
              <w:t>二级指标</w:t>
            </w:r>
          </w:p>
        </w:tc>
        <w:tc>
          <w:tcPr>
            <w:tcW w:type="dxa" w:w="2160"/>
          </w:tcPr>
          <w:p>
            <w:r>
              <w:t>三级指标</w:t>
            </w:r>
          </w:p>
        </w:tc>
        <w:tc>
          <w:tcPr>
            <w:tcW w:type="dxa" w:w="2160"/>
          </w:tcPr>
          <w:p>
            <w:r>
              <w:t>分值</w:t>
            </w:r>
          </w:p>
        </w:tc>
      </w:tr>
      <w:tr>
        <w:tc>
          <w:tcPr>
            <w:tcW w:type="dxa" w:w="2160"/>
          </w:tcPr>
          <w:p>
            <w:r>
              <w:t>国际组织实习（10分）</w:t>
            </w:r>
          </w:p>
        </w:tc>
        <w:tc>
          <w:tcPr>
            <w:tcW w:type="dxa" w:w="2160"/>
          </w:tcPr>
          <w:p>
            <w:r>
              <w:t>实习时长（5分）</w:t>
            </w:r>
          </w:p>
        </w:tc>
        <w:tc>
          <w:tcPr>
            <w:tcW w:type="dxa" w:w="2160"/>
          </w:tcPr>
          <w:p>
            <w:r>
              <w:t>实习时间3个月以上（包括3个月）</w:t>
            </w:r>
          </w:p>
        </w:tc>
        <w:tc>
          <w:tcPr>
            <w:tcW w:type="dxa" w:w="2160"/>
          </w:tcPr>
          <w:p>
            <w:r>
              <w:t>5</w:t>
            </w:r>
          </w:p>
        </w:tc>
      </w:tr>
      <w:tr>
        <w:tc>
          <w:tcPr>
            <w:tcW w:type="dxa" w:w="2160"/>
          </w:tcPr>
          <w:p>
            <w:r>
              <w:t>实习时间1个月至3个月以内</w:t>
            </w:r>
          </w:p>
        </w:tc>
        <w:tc>
          <w:tcPr>
            <w:tcW w:type="dxa" w:w="2160"/>
          </w:tcPr>
          <w:p>
            <w:r>
              <w:t>4</w:t>
            </w:r>
          </w:p>
        </w:tc>
        <w:tc>
          <w:tcPr>
            <w:tcW w:type="dxa" w:w="2160"/>
          </w:tcPr>
          <w:p/>
        </w:tc>
        <w:tc>
          <w:tcPr>
            <w:tcW w:type="dxa" w:w="2160"/>
          </w:tcPr>
          <w:p/>
        </w:tc>
      </w:tr>
      <w:tr>
        <w:tc>
          <w:tcPr>
            <w:tcW w:type="dxa" w:w="2160"/>
          </w:tcPr>
          <w:p>
            <w:r>
              <w:t>实习时间1个月以内</w:t>
            </w:r>
          </w:p>
        </w:tc>
        <w:tc>
          <w:tcPr>
            <w:tcW w:type="dxa" w:w="2160"/>
          </w:tcPr>
          <w:p>
            <w:r>
              <w:t>3</w:t>
            </w:r>
          </w:p>
        </w:tc>
        <w:tc>
          <w:tcPr>
            <w:tcW w:type="dxa" w:w="2160"/>
          </w:tcPr>
          <w:p/>
        </w:tc>
        <w:tc>
          <w:tcPr>
            <w:tcW w:type="dxa" w:w="2160"/>
          </w:tcPr>
          <w:p/>
        </w:tc>
      </w:tr>
      <w:tr>
        <w:tc>
          <w:tcPr>
            <w:tcW w:type="dxa" w:w="2160"/>
          </w:tcPr>
          <w:p>
            <w:r>
              <w:t>实习质量（5分）</w:t>
            </w:r>
          </w:p>
        </w:tc>
        <w:tc>
          <w:tcPr>
            <w:tcW w:type="dxa" w:w="2160"/>
          </w:tcPr>
          <w:p>
            <w:r>
              <w:t>实习工作受到国际组织认可，荣获个人表彰或个人实习被主流媒体报道</w:t>
            </w:r>
          </w:p>
        </w:tc>
        <w:tc>
          <w:tcPr>
            <w:tcW w:type="dxa" w:w="2160"/>
          </w:tcPr>
          <w:p>
            <w:r>
              <w:t>5</w:t>
            </w:r>
          </w:p>
        </w:tc>
        <w:tc>
          <w:tcPr>
            <w:tcW w:type="dxa" w:w="2160"/>
          </w:tcPr>
          <w:p/>
        </w:tc>
      </w:tr>
      <w:tr>
        <w:tc>
          <w:tcPr>
            <w:tcW w:type="dxa" w:w="2160"/>
          </w:tcPr>
          <w:p>
            <w:r>
              <w:t>实习工作受到国际组织认可，荣获集体表彰或集体实习被主流媒体报道</w:t>
            </w:r>
          </w:p>
        </w:tc>
        <w:tc>
          <w:tcPr>
            <w:tcW w:type="dxa" w:w="2160"/>
          </w:tcPr>
          <w:p>
            <w:r>
              <w:t>4</w:t>
            </w:r>
          </w:p>
        </w:tc>
        <w:tc>
          <w:tcPr>
            <w:tcW w:type="dxa" w:w="2160"/>
          </w:tcPr>
          <w:p/>
        </w:tc>
        <w:tc>
          <w:tcPr>
            <w:tcW w:type="dxa" w:w="2160"/>
          </w:tcPr>
          <w:p/>
        </w:tc>
      </w:tr>
      <w:tr>
        <w:tc>
          <w:tcPr>
            <w:tcW w:type="dxa" w:w="2160"/>
          </w:tcPr>
          <w:p>
            <w:r>
              <w:t>实习工作受到国际组织认可，有相关证明材料：如实习证明</w:t>
            </w:r>
          </w:p>
        </w:tc>
        <w:tc>
          <w:tcPr>
            <w:tcW w:type="dxa" w:w="2160"/>
          </w:tcPr>
          <w:p>
            <w:r>
              <w:t>3</w:t>
            </w:r>
          </w:p>
        </w:tc>
        <w:tc>
          <w:tcPr>
            <w:tcW w:type="dxa" w:w="2160"/>
          </w:tcPr>
          <w:p/>
        </w:tc>
        <w:tc>
          <w:tcPr>
            <w:tcW w:type="dxa" w:w="2160"/>
          </w:tcPr>
          <w:p/>
        </w:tc>
      </w:tr>
    </w:tbl>
    <w:p>
      <w:r>
        <w:t>四、科研成果加分规则（最高30分）</w:t>
      </w:r>
    </w:p>
    <w:p>
      <w:r>
        <w:t>4.1：科研项目加分规则（18分）</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项目</w:t>
            </w:r>
          </w:p>
        </w:tc>
        <w:tc>
          <w:tcPr>
            <w:tcW w:type="dxa" w:w="1728"/>
          </w:tcPr>
          <w:p>
            <w:r>
              <w:t>级别</w:t>
            </w:r>
          </w:p>
        </w:tc>
        <w:tc>
          <w:tcPr>
            <w:tcW w:type="dxa" w:w="1728"/>
          </w:tcPr>
          <w:p>
            <w:r>
              <w:t>位次</w:t>
            </w:r>
          </w:p>
        </w:tc>
        <w:tc>
          <w:tcPr>
            <w:tcW w:type="dxa" w:w="1728"/>
          </w:tcPr>
          <w:p>
            <w:r>
              <w:t>分值</w:t>
            </w:r>
          </w:p>
        </w:tc>
        <w:tc>
          <w:tcPr>
            <w:tcW w:type="dxa" w:w="1728"/>
          </w:tcPr>
          <w:p>
            <w:r>
              <w:t>备注</w:t>
            </w:r>
          </w:p>
        </w:tc>
      </w:tr>
      <w:tr>
        <w:tc>
          <w:tcPr>
            <w:tcW w:type="dxa" w:w="1728"/>
          </w:tcPr>
          <w:p>
            <w:r>
              <w:t>大学生创新性实验计划项目</w:t>
            </w:r>
          </w:p>
        </w:tc>
        <w:tc>
          <w:tcPr>
            <w:tcW w:type="dxa" w:w="1728"/>
          </w:tcPr>
          <w:p>
            <w:r>
              <w:t>国家级</w:t>
            </w:r>
          </w:p>
        </w:tc>
        <w:tc>
          <w:tcPr>
            <w:tcW w:type="dxa" w:w="1728"/>
          </w:tcPr>
          <w:p>
            <w:r>
              <w:t>主持人</w:t>
            </w:r>
          </w:p>
        </w:tc>
        <w:tc>
          <w:tcPr>
            <w:tcW w:type="dxa" w:w="1728"/>
          </w:tcPr>
          <w:p>
            <w:r>
              <w:t>18</w:t>
            </w:r>
          </w:p>
        </w:tc>
        <w:tc>
          <w:tcPr>
            <w:tcW w:type="dxa" w:w="1728"/>
          </w:tcPr>
          <w:p>
            <w:r>
              <w:t>所有项目均需通过结题验收或中期检查合格</w:t>
            </w:r>
          </w:p>
        </w:tc>
      </w:tr>
      <w:tr>
        <w:tc>
          <w:tcPr>
            <w:tcW w:type="dxa" w:w="1728"/>
          </w:tcPr>
          <w:p>
            <w:r>
              <w:t>项目组其他成员</w:t>
            </w:r>
          </w:p>
        </w:tc>
        <w:tc>
          <w:tcPr>
            <w:tcW w:type="dxa" w:w="1728"/>
          </w:tcPr>
          <w:p>
            <w:r>
              <w:t>12</w:t>
            </w:r>
          </w:p>
        </w:tc>
        <w:tc>
          <w:tcPr>
            <w:tcW w:type="dxa" w:w="1728"/>
          </w:tcPr>
          <w:p/>
        </w:tc>
        <w:tc>
          <w:tcPr>
            <w:tcW w:type="dxa" w:w="1728"/>
          </w:tcPr>
          <w:p/>
        </w:tc>
        <w:tc>
          <w:tcPr>
            <w:tcW w:type="dxa" w:w="1728"/>
          </w:tcPr>
          <w:p/>
        </w:tc>
      </w:tr>
      <w:tr>
        <w:tc>
          <w:tcPr>
            <w:tcW w:type="dxa" w:w="1728"/>
          </w:tcPr>
          <w:p>
            <w:r>
              <w:t>省级</w:t>
            </w:r>
          </w:p>
        </w:tc>
        <w:tc>
          <w:tcPr>
            <w:tcW w:type="dxa" w:w="1728"/>
          </w:tcPr>
          <w:p>
            <w:r>
              <w:t>主持人</w:t>
            </w:r>
          </w:p>
        </w:tc>
        <w:tc>
          <w:tcPr>
            <w:tcW w:type="dxa" w:w="1728"/>
          </w:tcPr>
          <w:p>
            <w:r>
              <w:t>15</w:t>
            </w:r>
          </w:p>
        </w:tc>
        <w:tc>
          <w:tcPr>
            <w:tcW w:type="dxa" w:w="1728"/>
          </w:tcPr>
          <w:p/>
        </w:tc>
        <w:tc>
          <w:tcPr>
            <w:tcW w:type="dxa" w:w="1728"/>
          </w:tcPr>
          <w:p/>
        </w:tc>
      </w:tr>
      <w:tr>
        <w:tc>
          <w:tcPr>
            <w:tcW w:type="dxa" w:w="1728"/>
          </w:tcPr>
          <w:p>
            <w:r>
              <w:t>项目组其他成员</w:t>
            </w:r>
          </w:p>
        </w:tc>
        <w:tc>
          <w:tcPr>
            <w:tcW w:type="dxa" w:w="1728"/>
          </w:tcPr>
          <w:p>
            <w:r>
              <w:t>10</w:t>
            </w:r>
          </w:p>
        </w:tc>
        <w:tc>
          <w:tcPr>
            <w:tcW w:type="dxa" w:w="1728"/>
          </w:tcPr>
          <w:p/>
        </w:tc>
        <w:tc>
          <w:tcPr>
            <w:tcW w:type="dxa" w:w="1728"/>
          </w:tcPr>
          <w:p/>
        </w:tc>
        <w:tc>
          <w:tcPr>
            <w:tcW w:type="dxa" w:w="1728"/>
          </w:tcPr>
          <w:p/>
        </w:tc>
      </w:tr>
      <w:tr>
        <w:tc>
          <w:tcPr>
            <w:tcW w:type="dxa" w:w="1728"/>
          </w:tcPr>
          <w:p>
            <w:r>
              <w:t>校级</w:t>
            </w:r>
          </w:p>
        </w:tc>
        <w:tc>
          <w:tcPr>
            <w:tcW w:type="dxa" w:w="1728"/>
          </w:tcPr>
          <w:p>
            <w:r>
              <w:t>主持人</w:t>
            </w:r>
          </w:p>
        </w:tc>
        <w:tc>
          <w:tcPr>
            <w:tcW w:type="dxa" w:w="1728"/>
          </w:tcPr>
          <w:p>
            <w:r>
              <w:t>12</w:t>
            </w:r>
          </w:p>
        </w:tc>
        <w:tc>
          <w:tcPr>
            <w:tcW w:type="dxa" w:w="1728"/>
          </w:tcPr>
          <w:p/>
        </w:tc>
        <w:tc>
          <w:tcPr>
            <w:tcW w:type="dxa" w:w="1728"/>
          </w:tcPr>
          <w:p/>
        </w:tc>
      </w:tr>
      <w:tr>
        <w:tc>
          <w:tcPr>
            <w:tcW w:type="dxa" w:w="1728"/>
          </w:tcPr>
          <w:p>
            <w:r>
              <w:t>项目组其他成员</w:t>
            </w:r>
          </w:p>
        </w:tc>
        <w:tc>
          <w:tcPr>
            <w:tcW w:type="dxa" w:w="1728"/>
          </w:tcPr>
          <w:p>
            <w:r>
              <w:t>8</w:t>
            </w:r>
          </w:p>
        </w:tc>
        <w:tc>
          <w:tcPr>
            <w:tcW w:type="dxa" w:w="1728"/>
          </w:tcPr>
          <w:p/>
        </w:tc>
        <w:tc>
          <w:tcPr>
            <w:tcW w:type="dxa" w:w="1728"/>
          </w:tcPr>
          <w:p/>
        </w:tc>
        <w:tc>
          <w:tcPr>
            <w:tcW w:type="dxa" w:w="1728"/>
          </w:tcPr>
          <w:p/>
        </w:tc>
      </w:tr>
      <w:tr>
        <w:tc>
          <w:tcPr>
            <w:tcW w:type="dxa" w:w="1728"/>
          </w:tcPr>
          <w:p>
            <w:r>
              <w:t>莙政学者</w:t>
            </w:r>
          </w:p>
        </w:tc>
        <w:tc>
          <w:tcPr>
            <w:tcW w:type="dxa" w:w="1728"/>
          </w:tcPr>
          <w:p>
            <w:r>
              <w:t></w:t>
            </w:r>
          </w:p>
        </w:tc>
        <w:tc>
          <w:tcPr>
            <w:tcW w:type="dxa" w:w="1728"/>
          </w:tcPr>
          <w:p>
            <w:r>
              <w:t>18</w:t>
            </w:r>
          </w:p>
        </w:tc>
        <w:tc>
          <w:tcPr>
            <w:tcW w:type="dxa" w:w="1728"/>
          </w:tcPr>
          <w:p/>
        </w:tc>
        <w:tc>
          <w:tcPr>
            <w:tcW w:type="dxa" w:w="1728"/>
          </w:tcPr>
          <w:p/>
        </w:tc>
      </w:tr>
      <w:tr>
        <w:tc>
          <w:tcPr>
            <w:tcW w:type="dxa" w:w="1728"/>
          </w:tcPr>
          <w:p>
            <w:r>
              <w:t>苏州大学课外学术科研基金</w:t>
            </w:r>
          </w:p>
        </w:tc>
        <w:tc>
          <w:tcPr>
            <w:tcW w:type="dxa" w:w="1728"/>
          </w:tcPr>
          <w:p>
            <w:r>
              <w:t>重大项目</w:t>
            </w:r>
          </w:p>
        </w:tc>
        <w:tc>
          <w:tcPr>
            <w:tcW w:type="dxa" w:w="1728"/>
          </w:tcPr>
          <w:p>
            <w:r>
              <w:t>主持人</w:t>
            </w:r>
          </w:p>
        </w:tc>
        <w:tc>
          <w:tcPr>
            <w:tcW w:type="dxa" w:w="1728"/>
          </w:tcPr>
          <w:p>
            <w:r>
              <w:t>18</w:t>
            </w:r>
          </w:p>
        </w:tc>
        <w:tc>
          <w:tcPr>
            <w:tcW w:type="dxa" w:w="1728"/>
          </w:tcPr>
          <w:p/>
        </w:tc>
      </w:tr>
      <w:tr>
        <w:tc>
          <w:tcPr>
            <w:tcW w:type="dxa" w:w="1728"/>
          </w:tcPr>
          <w:p>
            <w:r>
              <w:t>项目组其他成员</w:t>
            </w:r>
          </w:p>
        </w:tc>
        <w:tc>
          <w:tcPr>
            <w:tcW w:type="dxa" w:w="1728"/>
          </w:tcPr>
          <w:p>
            <w:r>
              <w:t>9</w:t>
            </w:r>
          </w:p>
        </w:tc>
        <w:tc>
          <w:tcPr>
            <w:tcW w:type="dxa" w:w="1728"/>
          </w:tcPr>
          <w:p/>
        </w:tc>
        <w:tc>
          <w:tcPr>
            <w:tcW w:type="dxa" w:w="1728"/>
          </w:tcPr>
          <w:p/>
        </w:tc>
        <w:tc>
          <w:tcPr>
            <w:tcW w:type="dxa" w:w="1728"/>
          </w:tcPr>
          <w:p/>
        </w:tc>
      </w:tr>
      <w:tr>
        <w:tc>
          <w:tcPr>
            <w:tcW w:type="dxa" w:w="1728"/>
          </w:tcPr>
          <w:p>
            <w:r>
              <w:t>重点项目</w:t>
            </w:r>
          </w:p>
        </w:tc>
        <w:tc>
          <w:tcPr>
            <w:tcW w:type="dxa" w:w="1728"/>
          </w:tcPr>
          <w:p>
            <w:r>
              <w:t>主持人</w:t>
            </w:r>
          </w:p>
        </w:tc>
        <w:tc>
          <w:tcPr>
            <w:tcW w:type="dxa" w:w="1728"/>
          </w:tcPr>
          <w:p>
            <w:r>
              <w:t>12</w:t>
            </w:r>
          </w:p>
        </w:tc>
        <w:tc>
          <w:tcPr>
            <w:tcW w:type="dxa" w:w="1728"/>
          </w:tcPr>
          <w:p/>
        </w:tc>
        <w:tc>
          <w:tcPr>
            <w:tcW w:type="dxa" w:w="1728"/>
          </w:tcPr>
          <w:p/>
        </w:tc>
      </w:tr>
      <w:tr>
        <w:tc>
          <w:tcPr>
            <w:tcW w:type="dxa" w:w="1728"/>
          </w:tcPr>
          <w:p>
            <w:r>
              <w:t>项目组其他成员</w:t>
            </w:r>
          </w:p>
        </w:tc>
        <w:tc>
          <w:tcPr>
            <w:tcW w:type="dxa" w:w="1728"/>
          </w:tcPr>
          <w:p>
            <w:r>
              <w:t>6</w:t>
            </w:r>
          </w:p>
        </w:tc>
        <w:tc>
          <w:tcPr>
            <w:tcW w:type="dxa" w:w="1728"/>
          </w:tcPr>
          <w:p/>
        </w:tc>
        <w:tc>
          <w:tcPr>
            <w:tcW w:type="dxa" w:w="1728"/>
          </w:tcPr>
          <w:p/>
        </w:tc>
        <w:tc>
          <w:tcPr>
            <w:tcW w:type="dxa" w:w="1728"/>
          </w:tcPr>
          <w:p/>
        </w:tc>
      </w:tr>
      <w:tr>
        <w:tc>
          <w:tcPr>
            <w:tcW w:type="dxa" w:w="1728"/>
          </w:tcPr>
          <w:p>
            <w:r>
              <w:t>一般项目</w:t>
            </w:r>
          </w:p>
        </w:tc>
        <w:tc>
          <w:tcPr>
            <w:tcW w:type="dxa" w:w="1728"/>
          </w:tcPr>
          <w:p>
            <w:r>
              <w:t>主持人</w:t>
            </w:r>
          </w:p>
        </w:tc>
        <w:tc>
          <w:tcPr>
            <w:tcW w:type="dxa" w:w="1728"/>
          </w:tcPr>
          <w:p>
            <w:r>
              <w:t>6</w:t>
            </w:r>
          </w:p>
        </w:tc>
        <w:tc>
          <w:tcPr>
            <w:tcW w:type="dxa" w:w="1728"/>
          </w:tcPr>
          <w:p/>
        </w:tc>
        <w:tc>
          <w:tcPr>
            <w:tcW w:type="dxa" w:w="1728"/>
          </w:tcPr>
          <w:p/>
        </w:tc>
      </w:tr>
      <w:tr>
        <w:tc>
          <w:tcPr>
            <w:tcW w:type="dxa" w:w="1728"/>
          </w:tcPr>
          <w:p>
            <w:r>
              <w:t>项目组其他成员</w:t>
            </w:r>
          </w:p>
        </w:tc>
        <w:tc>
          <w:tcPr>
            <w:tcW w:type="dxa" w:w="1728"/>
          </w:tcPr>
          <w:p>
            <w:r>
              <w:t>3</w:t>
            </w:r>
          </w:p>
        </w:tc>
        <w:tc>
          <w:tcPr>
            <w:tcW w:type="dxa" w:w="1728"/>
          </w:tcPr>
          <w:p/>
        </w:tc>
        <w:tc>
          <w:tcPr>
            <w:tcW w:type="dxa" w:w="1728"/>
          </w:tcPr>
          <w:p/>
        </w:tc>
        <w:tc>
          <w:tcPr>
            <w:tcW w:type="dxa" w:w="1728"/>
          </w:tcPr>
          <w:p/>
        </w:tc>
      </w:tr>
    </w:tbl>
    <w:p>
      <w:r>
        <w:t>4.2：科研论文、专利加分情况（12分）</w:t>
      </w:r>
    </w:p>
    <w:tbl>
      <w:tblPr>
        <w:tblStyle w:val="TableGrid"/>
        <w:tblW w:type="auto" w:w="0"/>
        <w:tblLook w:firstColumn="1" w:firstRow="1" w:lastColumn="0" w:lastRow="0" w:noHBand="0" w:noVBand="1" w:val="04A0"/>
      </w:tblPr>
      <w:tblGrid>
        <w:gridCol w:w="2880"/>
        <w:gridCol w:w="2880"/>
        <w:gridCol w:w="2880"/>
      </w:tblGrid>
      <w:tr>
        <w:tc>
          <w:tcPr>
            <w:tcW w:type="dxa" w:w="2880"/>
          </w:tcPr>
          <w:p>
            <w:r>
              <w:t>级别</w:t>
            </w:r>
          </w:p>
        </w:tc>
        <w:tc>
          <w:tcPr>
            <w:tcW w:type="dxa" w:w="2880"/>
          </w:tcPr>
          <w:p>
            <w:r>
              <w:t>分值</w:t>
            </w:r>
          </w:p>
        </w:tc>
        <w:tc>
          <w:tcPr>
            <w:tcW w:type="dxa" w:w="2880"/>
          </w:tcPr>
          <w:p>
            <w:r>
              <w:t>备注</w:t>
            </w:r>
          </w:p>
        </w:tc>
      </w:tr>
      <w:tr>
        <w:tc>
          <w:tcPr>
            <w:tcW w:type="dxa" w:w="2880"/>
          </w:tcPr>
          <w:p>
            <w:r>
              <w:t>一类核心刊物（苏州大学人文社会科学处认定）或SCI、SSCI第一分区论文收录</w:t>
            </w:r>
          </w:p>
        </w:tc>
        <w:tc>
          <w:tcPr>
            <w:tcW w:type="dxa" w:w="2880"/>
          </w:tcPr>
          <w:p>
            <w:r>
              <w:t>12</w:t>
            </w:r>
          </w:p>
        </w:tc>
        <w:tc>
          <w:tcPr>
            <w:tcW w:type="dxa" w:w="2880"/>
          </w:tcPr>
          <w:p>
            <w:r>
              <w:t>论文需和自身学科领域相关，且为第一作者或通讯作者</w:t>
            </w:r>
          </w:p>
        </w:tc>
      </w:tr>
      <w:tr>
        <w:tc>
          <w:tcPr>
            <w:tcW w:type="dxa" w:w="2880"/>
          </w:tcPr>
          <w:p>
            <w:r>
              <w:t>二类核心刊物（苏州大学人文社会科学处认定）或SCI、SSCI第二分区论文或A&amp;HCI来源期刊收录</w:t>
            </w:r>
          </w:p>
        </w:tc>
        <w:tc>
          <w:tcPr>
            <w:tcW w:type="dxa" w:w="2880"/>
          </w:tcPr>
          <w:p>
            <w:r>
              <w:t>10</w:t>
            </w:r>
          </w:p>
        </w:tc>
        <w:tc>
          <w:tcPr>
            <w:tcW w:type="dxa" w:w="2880"/>
          </w:tcPr>
          <w:p/>
        </w:tc>
      </w:tr>
      <w:tr>
        <w:tc>
          <w:tcPr>
            <w:tcW w:type="dxa" w:w="2880"/>
          </w:tcPr>
          <w:p>
            <w:r>
              <w:t>三类核心刊物（苏州大学人文社会科学院认定）或SCI、SSCI第三、四分区论文收录</w:t>
            </w:r>
          </w:p>
        </w:tc>
        <w:tc>
          <w:tcPr>
            <w:tcW w:type="dxa" w:w="2880"/>
          </w:tcPr>
          <w:p>
            <w:r>
              <w:t>8</w:t>
            </w:r>
          </w:p>
        </w:tc>
        <w:tc>
          <w:tcPr>
            <w:tcW w:type="dxa" w:w="2880"/>
          </w:tcPr>
          <w:p/>
        </w:tc>
      </w:tr>
      <w:tr>
        <w:tc>
          <w:tcPr>
            <w:tcW w:type="dxa" w:w="2880"/>
          </w:tcPr>
          <w:p>
            <w:r>
              <w:t>CSSCI来源扩展期刊</w:t>
            </w:r>
          </w:p>
        </w:tc>
        <w:tc>
          <w:tcPr>
            <w:tcW w:type="dxa" w:w="2880"/>
          </w:tcPr>
          <w:p>
            <w:r>
              <w:t>7</w:t>
            </w:r>
          </w:p>
        </w:tc>
        <w:tc>
          <w:tcPr>
            <w:tcW w:type="dxa" w:w="2880"/>
          </w:tcPr>
          <w:p/>
        </w:tc>
      </w:tr>
      <w:tr>
        <w:tc>
          <w:tcPr>
            <w:tcW w:type="dxa" w:w="2880"/>
          </w:tcPr>
          <w:p>
            <w:r>
              <w:t>北京大学图书馆中文核心期刊、EI期刊收录论文或国内外专利</w:t>
            </w:r>
          </w:p>
        </w:tc>
        <w:tc>
          <w:tcPr>
            <w:tcW w:type="dxa" w:w="2880"/>
          </w:tcPr>
          <w:p>
            <w:r>
              <w:t>6</w:t>
            </w:r>
          </w:p>
        </w:tc>
        <w:tc>
          <w:tcPr>
            <w:tcW w:type="dxa" w:w="2880"/>
          </w:tcPr>
          <w:p/>
        </w:tc>
      </w:tr>
      <w:tr>
        <w:tc>
          <w:tcPr>
            <w:tcW w:type="dxa" w:w="2880"/>
          </w:tcPr>
          <w:p>
            <w:r>
              <w:t>普通公开刊物（不包括增刊）</w:t>
            </w:r>
          </w:p>
        </w:tc>
        <w:tc>
          <w:tcPr>
            <w:tcW w:type="dxa" w:w="2880"/>
          </w:tcPr>
          <w:p>
            <w:r>
              <w:t>5</w:t>
            </w:r>
          </w:p>
        </w:tc>
        <w:tc>
          <w:tcPr>
            <w:tcW w:type="dxa" w:w="2880"/>
          </w:tcPr>
          <w:p/>
        </w:tc>
      </w:tr>
      <w:tr>
        <w:tc>
          <w:tcPr>
            <w:tcW w:type="dxa" w:w="2880"/>
          </w:tcPr>
          <w:p>
            <w:r>
              <w:t>参会论文（国家级学会主办）、其他普通公开刊物</w:t>
            </w:r>
          </w:p>
        </w:tc>
        <w:tc>
          <w:tcPr>
            <w:tcW w:type="dxa" w:w="2880"/>
          </w:tcPr>
          <w:p>
            <w:r>
              <w:t>4</w:t>
            </w:r>
          </w:p>
        </w:tc>
        <w:tc>
          <w:tcPr>
            <w:tcW w:type="dxa" w:w="2880"/>
          </w:tcPr>
          <w:p/>
        </w:tc>
      </w:tr>
      <w:tr>
        <w:tc>
          <w:tcPr>
            <w:tcW w:type="dxa" w:w="2880"/>
          </w:tcPr>
          <w:p>
            <w:r>
              <w:t>参会论文（省级学会主办）或实用新型专利</w:t>
            </w:r>
          </w:p>
        </w:tc>
        <w:tc>
          <w:tcPr>
            <w:tcW w:type="dxa" w:w="2880"/>
          </w:tcPr>
          <w:p>
            <w:r>
              <w:t>3</w:t>
            </w:r>
          </w:p>
        </w:tc>
        <w:tc>
          <w:tcPr>
            <w:tcW w:type="dxa" w:w="2880"/>
          </w:tcPr>
          <w:p/>
        </w:tc>
      </w:tr>
    </w:tbl>
    <w:p>
      <w:r>
        <w:t>五、竞赛获奖加分规则（最高30分）</w:t>
      </w:r>
    </w:p>
    <w:p>
      <w:r>
        <w:t>5.1学科竞赛（30分，限报一项）</w:t>
      </w:r>
    </w:p>
    <w:p>
      <w:r>
        <w:t>5.1.1“三大赛”（挑战杯、互联网+、创青春）学科竞赛（30分）</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奖项级别</w:t>
            </w:r>
          </w:p>
        </w:tc>
        <w:tc>
          <w:tcPr>
            <w:tcW w:type="dxa" w:w="1728"/>
          </w:tcPr>
          <w:p>
            <w:r>
              <w:t>获奖等级</w:t>
            </w:r>
          </w:p>
        </w:tc>
        <w:tc>
          <w:tcPr>
            <w:tcW w:type="dxa" w:w="1728"/>
          </w:tcPr>
          <w:p>
            <w:r>
              <w:t>位次</w:t>
            </w:r>
          </w:p>
        </w:tc>
        <w:tc>
          <w:tcPr>
            <w:tcW w:type="dxa" w:w="1728"/>
          </w:tcPr>
          <w:p>
            <w:r>
              <w:t>总分</w:t>
            </w:r>
          </w:p>
        </w:tc>
        <w:tc>
          <w:tcPr>
            <w:tcW w:type="dxa" w:w="1728"/>
          </w:tcPr>
          <w:p>
            <w:r>
              <w:t>备注</w:t>
            </w:r>
          </w:p>
        </w:tc>
      </w:tr>
      <w:tr>
        <w:tc>
          <w:tcPr>
            <w:tcW w:type="dxa" w:w="1728"/>
          </w:tcPr>
          <w:p>
            <w:r>
              <w:t>国家级</w:t>
            </w:r>
          </w:p>
        </w:tc>
        <w:tc>
          <w:tcPr>
            <w:tcW w:type="dxa" w:w="1728"/>
          </w:tcPr>
          <w:p>
            <w:r>
              <w:t>最高等级</w:t>
            </w:r>
          </w:p>
        </w:tc>
        <w:tc>
          <w:tcPr>
            <w:tcW w:type="dxa" w:w="1728"/>
          </w:tcPr>
          <w:p>
            <w:r>
              <w:t>个人或团队负责人</w:t>
            </w:r>
          </w:p>
        </w:tc>
        <w:tc>
          <w:tcPr>
            <w:tcW w:type="dxa" w:w="1728"/>
          </w:tcPr>
          <w:p>
            <w:r>
              <w:t>30</w:t>
            </w:r>
          </w:p>
        </w:tc>
        <w:tc>
          <w:tcPr>
            <w:tcW w:type="dxa" w:w="1728"/>
          </w:tcPr>
          <w:p>
            <w:r>
              <w:t>1.“三大赛”学科竞赛与其他学科竞赛不累计加分；2. “三大赛”学科竞赛与非学科竞赛可累计加分，最高分30分封顶。</w:t>
            </w:r>
          </w:p>
        </w:tc>
      </w:tr>
      <w:tr>
        <w:tc>
          <w:tcPr>
            <w:tcW w:type="dxa" w:w="1728"/>
          </w:tcPr>
          <w:p>
            <w:r>
              <w:t>团队成员</w:t>
            </w:r>
          </w:p>
        </w:tc>
        <w:tc>
          <w:tcPr>
            <w:tcW w:type="dxa" w:w="1728"/>
          </w:tcPr>
          <w:p>
            <w:r>
              <w:t>25</w:t>
            </w:r>
          </w:p>
        </w:tc>
        <w:tc>
          <w:tcPr>
            <w:tcW w:type="dxa" w:w="1728"/>
          </w:tcPr>
          <w:p/>
        </w:tc>
        <w:tc>
          <w:tcPr>
            <w:tcW w:type="dxa" w:w="1728"/>
          </w:tcPr>
          <w:p/>
        </w:tc>
        <w:tc>
          <w:tcPr>
            <w:tcW w:type="dxa" w:w="1728"/>
          </w:tcPr>
          <w:p/>
        </w:tc>
      </w:tr>
      <w:tr>
        <w:tc>
          <w:tcPr>
            <w:tcW w:type="dxa" w:w="1728"/>
          </w:tcPr>
          <w:p>
            <w:r>
              <w:t>第二等级</w:t>
            </w:r>
          </w:p>
        </w:tc>
        <w:tc>
          <w:tcPr>
            <w:tcW w:type="dxa" w:w="1728"/>
          </w:tcPr>
          <w:p>
            <w:r>
              <w:t>个人或团队负责人</w:t>
            </w:r>
          </w:p>
        </w:tc>
        <w:tc>
          <w:tcPr>
            <w:tcW w:type="dxa" w:w="1728"/>
          </w:tcPr>
          <w:p>
            <w:r>
              <w:t>25</w:t>
            </w:r>
          </w:p>
        </w:tc>
        <w:tc>
          <w:tcPr>
            <w:tcW w:type="dxa" w:w="1728"/>
          </w:tcPr>
          <w:p/>
        </w:tc>
        <w:tc>
          <w:tcPr>
            <w:tcW w:type="dxa" w:w="1728"/>
          </w:tcPr>
          <w:p/>
        </w:tc>
      </w:tr>
      <w:tr>
        <w:tc>
          <w:tcPr>
            <w:tcW w:type="dxa" w:w="1728"/>
          </w:tcPr>
          <w:p>
            <w:r>
              <w:t>团队成员</w:t>
            </w:r>
          </w:p>
        </w:tc>
        <w:tc>
          <w:tcPr>
            <w:tcW w:type="dxa" w:w="1728"/>
          </w:tcPr>
          <w:p>
            <w:r>
              <w:t>20</w:t>
            </w:r>
          </w:p>
        </w:tc>
        <w:tc>
          <w:tcPr>
            <w:tcW w:type="dxa" w:w="1728"/>
          </w:tcPr>
          <w:p/>
        </w:tc>
        <w:tc>
          <w:tcPr>
            <w:tcW w:type="dxa" w:w="1728"/>
          </w:tcPr>
          <w:p/>
        </w:tc>
        <w:tc>
          <w:tcPr>
            <w:tcW w:type="dxa" w:w="1728"/>
          </w:tcPr>
          <w:p/>
        </w:tc>
      </w:tr>
      <w:tr>
        <w:tc>
          <w:tcPr>
            <w:tcW w:type="dxa" w:w="1728"/>
          </w:tcPr>
          <w:p>
            <w:r>
              <w:t>第三等级</w:t>
            </w:r>
          </w:p>
        </w:tc>
        <w:tc>
          <w:tcPr>
            <w:tcW w:type="dxa" w:w="1728"/>
          </w:tcPr>
          <w:p>
            <w:r>
              <w:t>个人或团队负责人</w:t>
            </w:r>
          </w:p>
        </w:tc>
        <w:tc>
          <w:tcPr>
            <w:tcW w:type="dxa" w:w="1728"/>
          </w:tcPr>
          <w:p>
            <w:r>
              <w:t>20</w:t>
            </w:r>
          </w:p>
        </w:tc>
        <w:tc>
          <w:tcPr>
            <w:tcW w:type="dxa" w:w="1728"/>
          </w:tcPr>
          <w:p/>
        </w:tc>
        <w:tc>
          <w:tcPr>
            <w:tcW w:type="dxa" w:w="1728"/>
          </w:tcPr>
          <w:p/>
        </w:tc>
      </w:tr>
      <w:tr>
        <w:tc>
          <w:tcPr>
            <w:tcW w:type="dxa" w:w="1728"/>
          </w:tcPr>
          <w:p>
            <w:r>
              <w:t>团队成员</w:t>
            </w:r>
          </w:p>
        </w:tc>
        <w:tc>
          <w:tcPr>
            <w:tcW w:type="dxa" w:w="1728"/>
          </w:tcPr>
          <w:p>
            <w:r>
              <w:t>16</w:t>
            </w:r>
          </w:p>
        </w:tc>
        <w:tc>
          <w:tcPr>
            <w:tcW w:type="dxa" w:w="1728"/>
          </w:tcPr>
          <w:p/>
        </w:tc>
        <w:tc>
          <w:tcPr>
            <w:tcW w:type="dxa" w:w="1728"/>
          </w:tcPr>
          <w:p/>
        </w:tc>
        <w:tc>
          <w:tcPr>
            <w:tcW w:type="dxa" w:w="1728"/>
          </w:tcPr>
          <w:p/>
        </w:tc>
      </w:tr>
      <w:tr>
        <w:tc>
          <w:tcPr>
            <w:tcW w:type="dxa" w:w="1728"/>
          </w:tcPr>
          <w:p>
            <w:r>
              <w:t>第四等级</w:t>
            </w:r>
          </w:p>
        </w:tc>
        <w:tc>
          <w:tcPr>
            <w:tcW w:type="dxa" w:w="1728"/>
          </w:tcPr>
          <w:p>
            <w:r>
              <w:t>个人或团队负责人</w:t>
            </w:r>
          </w:p>
        </w:tc>
        <w:tc>
          <w:tcPr>
            <w:tcW w:type="dxa" w:w="1728"/>
          </w:tcPr>
          <w:p>
            <w:r>
              <w:t>16</w:t>
            </w:r>
          </w:p>
        </w:tc>
        <w:tc>
          <w:tcPr>
            <w:tcW w:type="dxa" w:w="1728"/>
          </w:tcPr>
          <w:p/>
        </w:tc>
        <w:tc>
          <w:tcPr>
            <w:tcW w:type="dxa" w:w="1728"/>
          </w:tcPr>
          <w:p/>
        </w:tc>
      </w:tr>
      <w:tr>
        <w:tc>
          <w:tcPr>
            <w:tcW w:type="dxa" w:w="1728"/>
          </w:tcPr>
          <w:p>
            <w:r>
              <w:t>团队成员</w:t>
            </w:r>
          </w:p>
        </w:tc>
        <w:tc>
          <w:tcPr>
            <w:tcW w:type="dxa" w:w="1728"/>
          </w:tcPr>
          <w:p>
            <w:r>
              <w:t>12</w:t>
            </w:r>
          </w:p>
        </w:tc>
        <w:tc>
          <w:tcPr>
            <w:tcW w:type="dxa" w:w="1728"/>
          </w:tcPr>
          <w:p/>
        </w:tc>
        <w:tc>
          <w:tcPr>
            <w:tcW w:type="dxa" w:w="1728"/>
          </w:tcPr>
          <w:p/>
        </w:tc>
        <w:tc>
          <w:tcPr>
            <w:tcW w:type="dxa" w:w="1728"/>
          </w:tcPr>
          <w:p/>
        </w:tc>
      </w:tr>
      <w:tr>
        <w:tc>
          <w:tcPr>
            <w:tcW w:type="dxa" w:w="1728"/>
          </w:tcPr>
          <w:p>
            <w:r>
              <w:t>省级</w:t>
            </w:r>
          </w:p>
        </w:tc>
        <w:tc>
          <w:tcPr>
            <w:tcW w:type="dxa" w:w="1728"/>
          </w:tcPr>
          <w:p>
            <w:r>
              <w:t>最高等级</w:t>
            </w:r>
          </w:p>
        </w:tc>
        <w:tc>
          <w:tcPr>
            <w:tcW w:type="dxa" w:w="1728"/>
          </w:tcPr>
          <w:p>
            <w:r>
              <w:t>个人或团队负责人</w:t>
            </w:r>
          </w:p>
        </w:tc>
        <w:tc>
          <w:tcPr>
            <w:tcW w:type="dxa" w:w="1728"/>
          </w:tcPr>
          <w:p>
            <w:r>
              <w:t>25</w:t>
            </w:r>
          </w:p>
        </w:tc>
        <w:tc>
          <w:tcPr>
            <w:tcW w:type="dxa" w:w="1728"/>
          </w:tcPr>
          <w:p/>
        </w:tc>
      </w:tr>
      <w:tr>
        <w:tc>
          <w:tcPr>
            <w:tcW w:type="dxa" w:w="1728"/>
          </w:tcPr>
          <w:p>
            <w:r>
              <w:t>团队成员</w:t>
            </w:r>
          </w:p>
        </w:tc>
        <w:tc>
          <w:tcPr>
            <w:tcW w:type="dxa" w:w="1728"/>
          </w:tcPr>
          <w:p>
            <w:r>
              <w:t>20</w:t>
            </w:r>
          </w:p>
        </w:tc>
        <w:tc>
          <w:tcPr>
            <w:tcW w:type="dxa" w:w="1728"/>
          </w:tcPr>
          <w:p/>
        </w:tc>
        <w:tc>
          <w:tcPr>
            <w:tcW w:type="dxa" w:w="1728"/>
          </w:tcPr>
          <w:p/>
        </w:tc>
        <w:tc>
          <w:tcPr>
            <w:tcW w:type="dxa" w:w="1728"/>
          </w:tcPr>
          <w:p/>
        </w:tc>
      </w:tr>
      <w:tr>
        <w:tc>
          <w:tcPr>
            <w:tcW w:type="dxa" w:w="1728"/>
          </w:tcPr>
          <w:p>
            <w:r>
              <w:t>第二等级</w:t>
            </w:r>
          </w:p>
        </w:tc>
        <w:tc>
          <w:tcPr>
            <w:tcW w:type="dxa" w:w="1728"/>
          </w:tcPr>
          <w:p>
            <w:r>
              <w:t>个人或团队负责人</w:t>
            </w:r>
          </w:p>
        </w:tc>
        <w:tc>
          <w:tcPr>
            <w:tcW w:type="dxa" w:w="1728"/>
          </w:tcPr>
          <w:p>
            <w:r>
              <w:t>20</w:t>
            </w:r>
          </w:p>
        </w:tc>
        <w:tc>
          <w:tcPr>
            <w:tcW w:type="dxa" w:w="1728"/>
          </w:tcPr>
          <w:p/>
        </w:tc>
        <w:tc>
          <w:tcPr>
            <w:tcW w:type="dxa" w:w="1728"/>
          </w:tcPr>
          <w:p/>
        </w:tc>
      </w:tr>
      <w:tr>
        <w:tc>
          <w:tcPr>
            <w:tcW w:type="dxa" w:w="1728"/>
          </w:tcPr>
          <w:p>
            <w:r>
              <w:t>团队成员</w:t>
            </w:r>
          </w:p>
        </w:tc>
        <w:tc>
          <w:tcPr>
            <w:tcW w:type="dxa" w:w="1728"/>
          </w:tcPr>
          <w:p>
            <w:r>
              <w:t>16</w:t>
            </w:r>
          </w:p>
        </w:tc>
        <w:tc>
          <w:tcPr>
            <w:tcW w:type="dxa" w:w="1728"/>
          </w:tcPr>
          <w:p/>
        </w:tc>
        <w:tc>
          <w:tcPr>
            <w:tcW w:type="dxa" w:w="1728"/>
          </w:tcPr>
          <w:p/>
        </w:tc>
        <w:tc>
          <w:tcPr>
            <w:tcW w:type="dxa" w:w="1728"/>
          </w:tcPr>
          <w:p/>
        </w:tc>
      </w:tr>
      <w:tr>
        <w:tc>
          <w:tcPr>
            <w:tcW w:type="dxa" w:w="1728"/>
          </w:tcPr>
          <w:p>
            <w:r>
              <w:t>第三等级</w:t>
            </w:r>
          </w:p>
        </w:tc>
        <w:tc>
          <w:tcPr>
            <w:tcW w:type="dxa" w:w="1728"/>
          </w:tcPr>
          <w:p>
            <w:r>
              <w:t>个人或团队负责人</w:t>
            </w:r>
          </w:p>
        </w:tc>
        <w:tc>
          <w:tcPr>
            <w:tcW w:type="dxa" w:w="1728"/>
          </w:tcPr>
          <w:p>
            <w:r>
              <w:t>16</w:t>
            </w:r>
          </w:p>
        </w:tc>
        <w:tc>
          <w:tcPr>
            <w:tcW w:type="dxa" w:w="1728"/>
          </w:tcPr>
          <w:p/>
        </w:tc>
        <w:tc>
          <w:tcPr>
            <w:tcW w:type="dxa" w:w="1728"/>
          </w:tcPr>
          <w:p/>
        </w:tc>
      </w:tr>
      <w:tr>
        <w:tc>
          <w:tcPr>
            <w:tcW w:type="dxa" w:w="1728"/>
          </w:tcPr>
          <w:p>
            <w:r>
              <w:t>团队成员</w:t>
            </w:r>
          </w:p>
        </w:tc>
        <w:tc>
          <w:tcPr>
            <w:tcW w:type="dxa" w:w="1728"/>
          </w:tcPr>
          <w:p>
            <w:r>
              <w:t>12</w:t>
            </w:r>
          </w:p>
        </w:tc>
        <w:tc>
          <w:tcPr>
            <w:tcW w:type="dxa" w:w="1728"/>
          </w:tcPr>
          <w:p/>
        </w:tc>
        <w:tc>
          <w:tcPr>
            <w:tcW w:type="dxa" w:w="1728"/>
          </w:tcPr>
          <w:p/>
        </w:tc>
        <w:tc>
          <w:tcPr>
            <w:tcW w:type="dxa" w:w="1728"/>
          </w:tcPr>
          <w:p/>
        </w:tc>
      </w:tr>
      <w:tr>
        <w:tc>
          <w:tcPr>
            <w:tcW w:type="dxa" w:w="1728"/>
          </w:tcPr>
          <w:p>
            <w:r>
              <w:t>第四等级</w:t>
            </w:r>
          </w:p>
        </w:tc>
        <w:tc>
          <w:tcPr>
            <w:tcW w:type="dxa" w:w="1728"/>
          </w:tcPr>
          <w:p>
            <w:r>
              <w:t>个人或团队负责人</w:t>
            </w:r>
          </w:p>
        </w:tc>
        <w:tc>
          <w:tcPr>
            <w:tcW w:type="dxa" w:w="1728"/>
          </w:tcPr>
          <w:p>
            <w:r>
              <w:t>12</w:t>
            </w:r>
          </w:p>
        </w:tc>
        <w:tc>
          <w:tcPr>
            <w:tcW w:type="dxa" w:w="1728"/>
          </w:tcPr>
          <w:p/>
        </w:tc>
        <w:tc>
          <w:tcPr>
            <w:tcW w:type="dxa" w:w="1728"/>
          </w:tcPr>
          <w:p/>
        </w:tc>
      </w:tr>
      <w:tr>
        <w:tc>
          <w:tcPr>
            <w:tcW w:type="dxa" w:w="1728"/>
          </w:tcPr>
          <w:p>
            <w:r>
              <w:t>团队成员</w:t>
            </w:r>
          </w:p>
        </w:tc>
        <w:tc>
          <w:tcPr>
            <w:tcW w:type="dxa" w:w="1728"/>
          </w:tcPr>
          <w:p>
            <w:r>
              <w:t>9</w:t>
            </w:r>
          </w:p>
        </w:tc>
        <w:tc>
          <w:tcPr>
            <w:tcW w:type="dxa" w:w="1728"/>
          </w:tcPr>
          <w:p/>
        </w:tc>
        <w:tc>
          <w:tcPr>
            <w:tcW w:type="dxa" w:w="1728"/>
          </w:tcPr>
          <w:p/>
        </w:tc>
        <w:tc>
          <w:tcPr>
            <w:tcW w:type="dxa" w:w="1728"/>
          </w:tcPr>
          <w:p/>
        </w:tc>
      </w:tr>
      <w:tr>
        <w:tc>
          <w:tcPr>
            <w:tcW w:type="dxa" w:w="1728"/>
          </w:tcPr>
          <w:p>
            <w:r>
              <w:t>校级</w:t>
            </w:r>
          </w:p>
        </w:tc>
        <w:tc>
          <w:tcPr>
            <w:tcW w:type="dxa" w:w="1728"/>
          </w:tcPr>
          <w:p>
            <w:r>
              <w:t>最高等级</w:t>
            </w:r>
          </w:p>
        </w:tc>
        <w:tc>
          <w:tcPr>
            <w:tcW w:type="dxa" w:w="1728"/>
          </w:tcPr>
          <w:p>
            <w:r>
              <w:t>个人或团队负责人</w:t>
            </w:r>
          </w:p>
        </w:tc>
        <w:tc>
          <w:tcPr>
            <w:tcW w:type="dxa" w:w="1728"/>
          </w:tcPr>
          <w:p>
            <w:r>
              <w:t>12</w:t>
            </w:r>
          </w:p>
        </w:tc>
        <w:tc>
          <w:tcPr>
            <w:tcW w:type="dxa" w:w="1728"/>
          </w:tcPr>
          <w:p/>
        </w:tc>
      </w:tr>
      <w:tr>
        <w:tc>
          <w:tcPr>
            <w:tcW w:type="dxa" w:w="1728"/>
          </w:tcPr>
          <w:p>
            <w:r>
              <w:t>团队成员</w:t>
            </w:r>
          </w:p>
        </w:tc>
        <w:tc>
          <w:tcPr>
            <w:tcW w:type="dxa" w:w="1728"/>
          </w:tcPr>
          <w:p>
            <w:r>
              <w:t>9</w:t>
            </w:r>
          </w:p>
        </w:tc>
        <w:tc>
          <w:tcPr>
            <w:tcW w:type="dxa" w:w="1728"/>
          </w:tcPr>
          <w:p/>
        </w:tc>
        <w:tc>
          <w:tcPr>
            <w:tcW w:type="dxa" w:w="1728"/>
          </w:tcPr>
          <w:p/>
        </w:tc>
        <w:tc>
          <w:tcPr>
            <w:tcW w:type="dxa" w:w="1728"/>
          </w:tcPr>
          <w:p/>
        </w:tc>
      </w:tr>
      <w:tr>
        <w:tc>
          <w:tcPr>
            <w:tcW w:type="dxa" w:w="1728"/>
          </w:tcPr>
          <w:p>
            <w:r>
              <w:t>第二等级</w:t>
            </w:r>
          </w:p>
        </w:tc>
        <w:tc>
          <w:tcPr>
            <w:tcW w:type="dxa" w:w="1728"/>
          </w:tcPr>
          <w:p>
            <w:r>
              <w:t>个人或团队负责人</w:t>
            </w:r>
          </w:p>
        </w:tc>
        <w:tc>
          <w:tcPr>
            <w:tcW w:type="dxa" w:w="1728"/>
          </w:tcPr>
          <w:p>
            <w:r>
              <w:t>9</w:t>
            </w:r>
          </w:p>
        </w:tc>
        <w:tc>
          <w:tcPr>
            <w:tcW w:type="dxa" w:w="1728"/>
          </w:tcPr>
          <w:p/>
        </w:tc>
        <w:tc>
          <w:tcPr>
            <w:tcW w:type="dxa" w:w="1728"/>
          </w:tcPr>
          <w:p/>
        </w:tc>
      </w:tr>
      <w:tr>
        <w:tc>
          <w:tcPr>
            <w:tcW w:type="dxa" w:w="1728"/>
          </w:tcPr>
          <w:p>
            <w:r>
              <w:t>团队成员</w:t>
            </w:r>
          </w:p>
        </w:tc>
        <w:tc>
          <w:tcPr>
            <w:tcW w:type="dxa" w:w="1728"/>
          </w:tcPr>
          <w:p>
            <w:r>
              <w:t>6</w:t>
            </w:r>
          </w:p>
        </w:tc>
        <w:tc>
          <w:tcPr>
            <w:tcW w:type="dxa" w:w="1728"/>
          </w:tcPr>
          <w:p/>
        </w:tc>
        <w:tc>
          <w:tcPr>
            <w:tcW w:type="dxa" w:w="1728"/>
          </w:tcPr>
          <w:p/>
        </w:tc>
        <w:tc>
          <w:tcPr>
            <w:tcW w:type="dxa" w:w="1728"/>
          </w:tcPr>
          <w:p/>
        </w:tc>
      </w:tr>
      <w:tr>
        <w:tc>
          <w:tcPr>
            <w:tcW w:type="dxa" w:w="1728"/>
          </w:tcPr>
          <w:p>
            <w:r>
              <w:t>第三等级</w:t>
            </w:r>
          </w:p>
        </w:tc>
        <w:tc>
          <w:tcPr>
            <w:tcW w:type="dxa" w:w="1728"/>
          </w:tcPr>
          <w:p>
            <w:r>
              <w:t>个人或团队负责人</w:t>
            </w:r>
          </w:p>
        </w:tc>
        <w:tc>
          <w:tcPr>
            <w:tcW w:type="dxa" w:w="1728"/>
          </w:tcPr>
          <w:p>
            <w:r>
              <w:t>6</w:t>
            </w:r>
          </w:p>
        </w:tc>
        <w:tc>
          <w:tcPr>
            <w:tcW w:type="dxa" w:w="1728"/>
          </w:tcPr>
          <w:p/>
        </w:tc>
        <w:tc>
          <w:tcPr>
            <w:tcW w:type="dxa" w:w="1728"/>
          </w:tcPr>
          <w:p/>
        </w:tc>
      </w:tr>
      <w:tr>
        <w:tc>
          <w:tcPr>
            <w:tcW w:type="dxa" w:w="1728"/>
          </w:tcPr>
          <w:p>
            <w:r>
              <w:t>团队成员</w:t>
            </w:r>
          </w:p>
        </w:tc>
        <w:tc>
          <w:tcPr>
            <w:tcW w:type="dxa" w:w="1728"/>
          </w:tcPr>
          <w:p>
            <w:r>
              <w:t>4</w:t>
            </w:r>
          </w:p>
        </w:tc>
        <w:tc>
          <w:tcPr>
            <w:tcW w:type="dxa" w:w="1728"/>
          </w:tcPr>
          <w:p/>
        </w:tc>
        <w:tc>
          <w:tcPr>
            <w:tcW w:type="dxa" w:w="1728"/>
          </w:tcPr>
          <w:p/>
        </w:tc>
        <w:tc>
          <w:tcPr>
            <w:tcW w:type="dxa" w:w="1728"/>
          </w:tcPr>
          <w:p/>
        </w:tc>
      </w:tr>
      <w:tr>
        <w:tc>
          <w:tcPr>
            <w:tcW w:type="dxa" w:w="1728"/>
          </w:tcPr>
          <w:p>
            <w:r>
              <w:t>第四等级</w:t>
            </w:r>
          </w:p>
        </w:tc>
        <w:tc>
          <w:tcPr>
            <w:tcW w:type="dxa" w:w="1728"/>
          </w:tcPr>
          <w:p>
            <w:r>
              <w:t>个人或团队负责人</w:t>
            </w:r>
          </w:p>
        </w:tc>
        <w:tc>
          <w:tcPr>
            <w:tcW w:type="dxa" w:w="1728"/>
          </w:tcPr>
          <w:p>
            <w:r>
              <w:t>4</w:t>
            </w:r>
          </w:p>
        </w:tc>
        <w:tc>
          <w:tcPr>
            <w:tcW w:type="dxa" w:w="1728"/>
          </w:tcPr>
          <w:p/>
        </w:tc>
        <w:tc>
          <w:tcPr>
            <w:tcW w:type="dxa" w:w="1728"/>
          </w:tcPr>
          <w:p/>
        </w:tc>
      </w:tr>
      <w:tr>
        <w:tc>
          <w:tcPr>
            <w:tcW w:type="dxa" w:w="1728"/>
          </w:tcPr>
          <w:p>
            <w:r>
              <w:t>团队成员</w:t>
            </w:r>
          </w:p>
        </w:tc>
        <w:tc>
          <w:tcPr>
            <w:tcW w:type="dxa" w:w="1728"/>
          </w:tcPr>
          <w:p>
            <w:r>
              <w:t>2</w:t>
            </w:r>
          </w:p>
        </w:tc>
        <w:tc>
          <w:tcPr>
            <w:tcW w:type="dxa" w:w="1728"/>
          </w:tcPr>
          <w:p/>
        </w:tc>
        <w:tc>
          <w:tcPr>
            <w:tcW w:type="dxa" w:w="1728"/>
          </w:tcPr>
          <w:p/>
        </w:tc>
        <w:tc>
          <w:tcPr>
            <w:tcW w:type="dxa" w:w="1728"/>
          </w:tcPr>
          <w:p/>
        </w:tc>
      </w:tr>
    </w:tbl>
    <w:p>
      <w:r>
        <w:t>5.1.2：其他学科竞赛（20分）</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奖项级别</w:t>
            </w:r>
          </w:p>
        </w:tc>
        <w:tc>
          <w:tcPr>
            <w:tcW w:type="dxa" w:w="1728"/>
          </w:tcPr>
          <w:p>
            <w:r>
              <w:t>获奖等级</w:t>
            </w:r>
          </w:p>
        </w:tc>
        <w:tc>
          <w:tcPr>
            <w:tcW w:type="dxa" w:w="1728"/>
          </w:tcPr>
          <w:p>
            <w:r>
              <w:t>位次</w:t>
            </w:r>
          </w:p>
        </w:tc>
        <w:tc>
          <w:tcPr>
            <w:tcW w:type="dxa" w:w="1728"/>
          </w:tcPr>
          <w:p>
            <w:r>
              <w:t>分值</w:t>
            </w:r>
          </w:p>
        </w:tc>
        <w:tc>
          <w:tcPr>
            <w:tcW w:type="dxa" w:w="1728"/>
          </w:tcPr>
          <w:p>
            <w:r>
              <w:t>备注</w:t>
            </w:r>
          </w:p>
        </w:tc>
      </w:tr>
      <w:tr>
        <w:tc>
          <w:tcPr>
            <w:tcW w:type="dxa" w:w="1728"/>
          </w:tcPr>
          <w:p>
            <w:r>
              <w:t>国家级</w:t>
            </w:r>
          </w:p>
        </w:tc>
        <w:tc>
          <w:tcPr>
            <w:tcW w:type="dxa" w:w="1728"/>
          </w:tcPr>
          <w:p>
            <w:r>
              <w:t>最高等级</w:t>
            </w:r>
          </w:p>
        </w:tc>
        <w:tc>
          <w:tcPr>
            <w:tcW w:type="dxa" w:w="1728"/>
          </w:tcPr>
          <w:p>
            <w:r>
              <w:t>个人或团队负责人</w:t>
            </w:r>
          </w:p>
        </w:tc>
        <w:tc>
          <w:tcPr>
            <w:tcW w:type="dxa" w:w="1728"/>
          </w:tcPr>
          <w:p>
            <w:r>
              <w:t>20</w:t>
            </w:r>
          </w:p>
        </w:tc>
        <w:tc>
          <w:tcPr>
            <w:tcW w:type="dxa" w:w="1728"/>
          </w:tcPr>
          <w:p>
            <w:r>
              <w:t>国家级学科竞赛是指教育部等中央政府部门或教育部教学指导委员会或国家一级学会（协会）组织的学科竞赛</w:t>
            </w:r>
          </w:p>
        </w:tc>
      </w:tr>
      <w:tr>
        <w:tc>
          <w:tcPr>
            <w:tcW w:type="dxa" w:w="1728"/>
          </w:tcPr>
          <w:p>
            <w:r>
              <w:t>团队成员</w:t>
            </w:r>
          </w:p>
        </w:tc>
        <w:tc>
          <w:tcPr>
            <w:tcW w:type="dxa" w:w="1728"/>
          </w:tcPr>
          <w:p>
            <w:r>
              <w:t>16</w:t>
            </w:r>
          </w:p>
        </w:tc>
        <w:tc>
          <w:tcPr>
            <w:tcW w:type="dxa" w:w="1728"/>
          </w:tcPr>
          <w:p/>
        </w:tc>
        <w:tc>
          <w:tcPr>
            <w:tcW w:type="dxa" w:w="1728"/>
          </w:tcPr>
          <w:p/>
        </w:tc>
        <w:tc>
          <w:tcPr>
            <w:tcW w:type="dxa" w:w="1728"/>
          </w:tcPr>
          <w:p/>
        </w:tc>
      </w:tr>
      <w:tr>
        <w:tc>
          <w:tcPr>
            <w:tcW w:type="dxa" w:w="1728"/>
          </w:tcPr>
          <w:p>
            <w:r>
              <w:t>第二等级</w:t>
            </w:r>
          </w:p>
        </w:tc>
        <w:tc>
          <w:tcPr>
            <w:tcW w:type="dxa" w:w="1728"/>
          </w:tcPr>
          <w:p>
            <w:r>
              <w:t>个人或团队负责人</w:t>
            </w:r>
          </w:p>
        </w:tc>
        <w:tc>
          <w:tcPr>
            <w:tcW w:type="dxa" w:w="1728"/>
          </w:tcPr>
          <w:p>
            <w:r>
              <w:t>16</w:t>
            </w:r>
          </w:p>
        </w:tc>
        <w:tc>
          <w:tcPr>
            <w:tcW w:type="dxa" w:w="1728"/>
          </w:tcPr>
          <w:p/>
        </w:tc>
        <w:tc>
          <w:tcPr>
            <w:tcW w:type="dxa" w:w="1728"/>
          </w:tcPr>
          <w:p/>
        </w:tc>
      </w:tr>
      <w:tr>
        <w:tc>
          <w:tcPr>
            <w:tcW w:type="dxa" w:w="1728"/>
          </w:tcPr>
          <w:p>
            <w:r>
              <w:t>团队成员</w:t>
            </w:r>
          </w:p>
        </w:tc>
        <w:tc>
          <w:tcPr>
            <w:tcW w:type="dxa" w:w="1728"/>
          </w:tcPr>
          <w:p>
            <w:r>
              <w:t>12</w:t>
            </w:r>
          </w:p>
        </w:tc>
        <w:tc>
          <w:tcPr>
            <w:tcW w:type="dxa" w:w="1728"/>
          </w:tcPr>
          <w:p/>
        </w:tc>
        <w:tc>
          <w:tcPr>
            <w:tcW w:type="dxa" w:w="1728"/>
          </w:tcPr>
          <w:p/>
        </w:tc>
        <w:tc>
          <w:tcPr>
            <w:tcW w:type="dxa" w:w="1728"/>
          </w:tcPr>
          <w:p/>
        </w:tc>
      </w:tr>
      <w:tr>
        <w:tc>
          <w:tcPr>
            <w:tcW w:type="dxa" w:w="1728"/>
          </w:tcPr>
          <w:p>
            <w:r>
              <w:t>第三等级</w:t>
            </w:r>
          </w:p>
        </w:tc>
        <w:tc>
          <w:tcPr>
            <w:tcW w:type="dxa" w:w="1728"/>
          </w:tcPr>
          <w:p>
            <w:r>
              <w:t>个人或团队负责人</w:t>
            </w:r>
          </w:p>
        </w:tc>
        <w:tc>
          <w:tcPr>
            <w:tcW w:type="dxa" w:w="1728"/>
          </w:tcPr>
          <w:p>
            <w:r>
              <w:t>12</w:t>
            </w:r>
          </w:p>
        </w:tc>
        <w:tc>
          <w:tcPr>
            <w:tcW w:type="dxa" w:w="1728"/>
          </w:tcPr>
          <w:p/>
        </w:tc>
        <w:tc>
          <w:tcPr>
            <w:tcW w:type="dxa" w:w="1728"/>
          </w:tcPr>
          <w:p/>
        </w:tc>
      </w:tr>
      <w:tr>
        <w:tc>
          <w:tcPr>
            <w:tcW w:type="dxa" w:w="1728"/>
          </w:tcPr>
          <w:p>
            <w:r>
              <w:t>团队成员</w:t>
            </w:r>
          </w:p>
        </w:tc>
        <w:tc>
          <w:tcPr>
            <w:tcW w:type="dxa" w:w="1728"/>
          </w:tcPr>
          <w:p>
            <w:r>
              <w:t>9</w:t>
            </w:r>
          </w:p>
        </w:tc>
        <w:tc>
          <w:tcPr>
            <w:tcW w:type="dxa" w:w="1728"/>
          </w:tcPr>
          <w:p/>
        </w:tc>
        <w:tc>
          <w:tcPr>
            <w:tcW w:type="dxa" w:w="1728"/>
          </w:tcPr>
          <w:p/>
        </w:tc>
        <w:tc>
          <w:tcPr>
            <w:tcW w:type="dxa" w:w="1728"/>
          </w:tcPr>
          <w:p/>
        </w:tc>
      </w:tr>
      <w:tr>
        <w:tc>
          <w:tcPr>
            <w:tcW w:type="dxa" w:w="1728"/>
          </w:tcPr>
          <w:p>
            <w:r>
              <w:t>第四等级</w:t>
            </w:r>
          </w:p>
        </w:tc>
        <w:tc>
          <w:tcPr>
            <w:tcW w:type="dxa" w:w="1728"/>
          </w:tcPr>
          <w:p>
            <w:r>
              <w:t>个人或团队负责人</w:t>
            </w:r>
          </w:p>
        </w:tc>
        <w:tc>
          <w:tcPr>
            <w:tcW w:type="dxa" w:w="1728"/>
          </w:tcPr>
          <w:p>
            <w:r>
              <w:t>9</w:t>
            </w:r>
          </w:p>
        </w:tc>
        <w:tc>
          <w:tcPr>
            <w:tcW w:type="dxa" w:w="1728"/>
          </w:tcPr>
          <w:p/>
        </w:tc>
        <w:tc>
          <w:tcPr>
            <w:tcW w:type="dxa" w:w="1728"/>
          </w:tcPr>
          <w:p/>
        </w:tc>
      </w:tr>
      <w:tr>
        <w:tc>
          <w:tcPr>
            <w:tcW w:type="dxa" w:w="1728"/>
          </w:tcPr>
          <w:p>
            <w:r>
              <w:t>团队成员</w:t>
            </w:r>
          </w:p>
        </w:tc>
        <w:tc>
          <w:tcPr>
            <w:tcW w:type="dxa" w:w="1728"/>
          </w:tcPr>
          <w:p>
            <w:r>
              <w:t>6</w:t>
            </w:r>
          </w:p>
        </w:tc>
        <w:tc>
          <w:tcPr>
            <w:tcW w:type="dxa" w:w="1728"/>
          </w:tcPr>
          <w:p/>
        </w:tc>
        <w:tc>
          <w:tcPr>
            <w:tcW w:type="dxa" w:w="1728"/>
          </w:tcPr>
          <w:p/>
        </w:tc>
        <w:tc>
          <w:tcPr>
            <w:tcW w:type="dxa" w:w="1728"/>
          </w:tcPr>
          <w:p/>
        </w:tc>
      </w:tr>
      <w:tr>
        <w:tc>
          <w:tcPr>
            <w:tcW w:type="dxa" w:w="1728"/>
          </w:tcPr>
          <w:p>
            <w:r>
              <w:t>省部级</w:t>
            </w:r>
          </w:p>
        </w:tc>
        <w:tc>
          <w:tcPr>
            <w:tcW w:type="dxa" w:w="1728"/>
          </w:tcPr>
          <w:p>
            <w:r>
              <w:t>最高等级</w:t>
            </w:r>
          </w:p>
        </w:tc>
        <w:tc>
          <w:tcPr>
            <w:tcW w:type="dxa" w:w="1728"/>
          </w:tcPr>
          <w:p>
            <w:r>
              <w:t>个人或团队负责人</w:t>
            </w:r>
          </w:p>
        </w:tc>
        <w:tc>
          <w:tcPr>
            <w:tcW w:type="dxa" w:w="1728"/>
          </w:tcPr>
          <w:p>
            <w:r>
              <w:t>16</w:t>
            </w:r>
          </w:p>
        </w:tc>
        <w:tc>
          <w:tcPr>
            <w:tcW w:type="dxa" w:w="1728"/>
          </w:tcPr>
          <w:p>
            <w:r>
              <w:t>省部级学科竞赛是指省教育厅等省政府部门或教育部内设司局机构或国家二级学会（协会）或江苏省一级学会[协会]组织的学科竞赛</w:t>
            </w:r>
          </w:p>
        </w:tc>
      </w:tr>
      <w:tr>
        <w:tc>
          <w:tcPr>
            <w:tcW w:type="dxa" w:w="1728"/>
          </w:tcPr>
          <w:p>
            <w:r>
              <w:t>团队成员</w:t>
            </w:r>
          </w:p>
        </w:tc>
        <w:tc>
          <w:tcPr>
            <w:tcW w:type="dxa" w:w="1728"/>
          </w:tcPr>
          <w:p>
            <w:r>
              <w:t>12</w:t>
            </w:r>
          </w:p>
        </w:tc>
        <w:tc>
          <w:tcPr>
            <w:tcW w:type="dxa" w:w="1728"/>
          </w:tcPr>
          <w:p/>
        </w:tc>
        <w:tc>
          <w:tcPr>
            <w:tcW w:type="dxa" w:w="1728"/>
          </w:tcPr>
          <w:p/>
        </w:tc>
        <w:tc>
          <w:tcPr>
            <w:tcW w:type="dxa" w:w="1728"/>
          </w:tcPr>
          <w:p/>
        </w:tc>
      </w:tr>
      <w:tr>
        <w:tc>
          <w:tcPr>
            <w:tcW w:type="dxa" w:w="1728"/>
          </w:tcPr>
          <w:p>
            <w:r>
              <w:t>第二等级</w:t>
            </w:r>
          </w:p>
        </w:tc>
        <w:tc>
          <w:tcPr>
            <w:tcW w:type="dxa" w:w="1728"/>
          </w:tcPr>
          <w:p>
            <w:r>
              <w:t>个人或团队负责人</w:t>
            </w:r>
          </w:p>
        </w:tc>
        <w:tc>
          <w:tcPr>
            <w:tcW w:type="dxa" w:w="1728"/>
          </w:tcPr>
          <w:p>
            <w:r>
              <w:t>12</w:t>
            </w:r>
          </w:p>
        </w:tc>
        <w:tc>
          <w:tcPr>
            <w:tcW w:type="dxa" w:w="1728"/>
          </w:tcPr>
          <w:p/>
        </w:tc>
        <w:tc>
          <w:tcPr>
            <w:tcW w:type="dxa" w:w="1728"/>
          </w:tcPr>
          <w:p/>
        </w:tc>
      </w:tr>
      <w:tr>
        <w:tc>
          <w:tcPr>
            <w:tcW w:type="dxa" w:w="1728"/>
          </w:tcPr>
          <w:p>
            <w:r>
              <w:t>团队成员</w:t>
            </w:r>
          </w:p>
        </w:tc>
        <w:tc>
          <w:tcPr>
            <w:tcW w:type="dxa" w:w="1728"/>
          </w:tcPr>
          <w:p>
            <w:r>
              <w:t>9</w:t>
            </w:r>
          </w:p>
        </w:tc>
        <w:tc>
          <w:tcPr>
            <w:tcW w:type="dxa" w:w="1728"/>
          </w:tcPr>
          <w:p/>
        </w:tc>
        <w:tc>
          <w:tcPr>
            <w:tcW w:type="dxa" w:w="1728"/>
          </w:tcPr>
          <w:p/>
        </w:tc>
        <w:tc>
          <w:tcPr>
            <w:tcW w:type="dxa" w:w="1728"/>
          </w:tcPr>
          <w:p/>
        </w:tc>
      </w:tr>
      <w:tr>
        <w:tc>
          <w:tcPr>
            <w:tcW w:type="dxa" w:w="1728"/>
          </w:tcPr>
          <w:p>
            <w:r>
              <w:t>第三等级</w:t>
            </w:r>
          </w:p>
        </w:tc>
        <w:tc>
          <w:tcPr>
            <w:tcW w:type="dxa" w:w="1728"/>
          </w:tcPr>
          <w:p>
            <w:r>
              <w:t>个人或团队负责人</w:t>
            </w:r>
          </w:p>
        </w:tc>
        <w:tc>
          <w:tcPr>
            <w:tcW w:type="dxa" w:w="1728"/>
          </w:tcPr>
          <w:p>
            <w:r>
              <w:t>9</w:t>
            </w:r>
          </w:p>
        </w:tc>
        <w:tc>
          <w:tcPr>
            <w:tcW w:type="dxa" w:w="1728"/>
          </w:tcPr>
          <w:p/>
        </w:tc>
        <w:tc>
          <w:tcPr>
            <w:tcW w:type="dxa" w:w="1728"/>
          </w:tcPr>
          <w:p/>
        </w:tc>
      </w:tr>
      <w:tr>
        <w:tc>
          <w:tcPr>
            <w:tcW w:type="dxa" w:w="1728"/>
          </w:tcPr>
          <w:p>
            <w:r>
              <w:t>团队成员</w:t>
            </w:r>
          </w:p>
        </w:tc>
        <w:tc>
          <w:tcPr>
            <w:tcW w:type="dxa" w:w="1728"/>
          </w:tcPr>
          <w:p>
            <w:r>
              <w:t>6</w:t>
            </w:r>
          </w:p>
        </w:tc>
        <w:tc>
          <w:tcPr>
            <w:tcW w:type="dxa" w:w="1728"/>
          </w:tcPr>
          <w:p/>
        </w:tc>
        <w:tc>
          <w:tcPr>
            <w:tcW w:type="dxa" w:w="1728"/>
          </w:tcPr>
          <w:p/>
        </w:tc>
        <w:tc>
          <w:tcPr>
            <w:tcW w:type="dxa" w:w="1728"/>
          </w:tcPr>
          <w:p/>
        </w:tc>
      </w:tr>
      <w:tr>
        <w:tc>
          <w:tcPr>
            <w:tcW w:type="dxa" w:w="1728"/>
          </w:tcPr>
          <w:p>
            <w:r>
              <w:t>第四等级</w:t>
            </w:r>
          </w:p>
        </w:tc>
        <w:tc>
          <w:tcPr>
            <w:tcW w:type="dxa" w:w="1728"/>
          </w:tcPr>
          <w:p>
            <w:r>
              <w:t>个人或团队负责人</w:t>
            </w:r>
          </w:p>
        </w:tc>
        <w:tc>
          <w:tcPr>
            <w:tcW w:type="dxa" w:w="1728"/>
          </w:tcPr>
          <w:p>
            <w:r>
              <w:t>6</w:t>
            </w:r>
          </w:p>
        </w:tc>
        <w:tc>
          <w:tcPr>
            <w:tcW w:type="dxa" w:w="1728"/>
          </w:tcPr>
          <w:p/>
        </w:tc>
        <w:tc>
          <w:tcPr>
            <w:tcW w:type="dxa" w:w="1728"/>
          </w:tcPr>
          <w:p/>
        </w:tc>
      </w:tr>
      <w:tr>
        <w:tc>
          <w:tcPr>
            <w:tcW w:type="dxa" w:w="1728"/>
          </w:tcPr>
          <w:p>
            <w:r>
              <w:t>团队成员</w:t>
            </w:r>
          </w:p>
        </w:tc>
        <w:tc>
          <w:tcPr>
            <w:tcW w:type="dxa" w:w="1728"/>
          </w:tcPr>
          <w:p>
            <w:r>
              <w:t>3</w:t>
            </w:r>
          </w:p>
        </w:tc>
        <w:tc>
          <w:tcPr>
            <w:tcW w:type="dxa" w:w="1728"/>
          </w:tcPr>
          <w:p/>
        </w:tc>
        <w:tc>
          <w:tcPr>
            <w:tcW w:type="dxa" w:w="1728"/>
          </w:tcPr>
          <w:p/>
        </w:tc>
        <w:tc>
          <w:tcPr>
            <w:tcW w:type="dxa" w:w="1728"/>
          </w:tcPr>
          <w:p/>
        </w:tc>
      </w:tr>
      <w:tr>
        <w:tc>
          <w:tcPr>
            <w:tcW w:type="dxa" w:w="1728"/>
          </w:tcPr>
          <w:p>
            <w:r>
              <w:t>校级</w:t>
            </w:r>
          </w:p>
        </w:tc>
        <w:tc>
          <w:tcPr>
            <w:tcW w:type="dxa" w:w="1728"/>
          </w:tcPr>
          <w:p>
            <w:r>
              <w:t>最高等级</w:t>
            </w:r>
          </w:p>
        </w:tc>
        <w:tc>
          <w:tcPr>
            <w:tcW w:type="dxa" w:w="1728"/>
          </w:tcPr>
          <w:p>
            <w:r>
              <w:t>个人或团队负责人</w:t>
            </w:r>
          </w:p>
        </w:tc>
        <w:tc>
          <w:tcPr>
            <w:tcW w:type="dxa" w:w="1728"/>
          </w:tcPr>
          <w:p>
            <w:r>
              <w:t>10</w:t>
            </w:r>
          </w:p>
        </w:tc>
        <w:tc>
          <w:tcPr>
            <w:tcW w:type="dxa" w:w="1728"/>
          </w:tcPr>
          <w:p>
            <w:r>
              <w:t>校级学科竞赛是指由学校教务处、校团委、学生处及相关校级机关部门组织学科竞赛</w:t>
            </w:r>
          </w:p>
        </w:tc>
      </w:tr>
      <w:tr>
        <w:tc>
          <w:tcPr>
            <w:tcW w:type="dxa" w:w="1728"/>
          </w:tcPr>
          <w:p>
            <w:r>
              <w:t>团队成员</w:t>
            </w:r>
          </w:p>
        </w:tc>
        <w:tc>
          <w:tcPr>
            <w:tcW w:type="dxa" w:w="1728"/>
          </w:tcPr>
          <w:p>
            <w:r>
              <w:t>5</w:t>
            </w:r>
          </w:p>
        </w:tc>
        <w:tc>
          <w:tcPr>
            <w:tcW w:type="dxa" w:w="1728"/>
          </w:tcPr>
          <w:p/>
        </w:tc>
        <w:tc>
          <w:tcPr>
            <w:tcW w:type="dxa" w:w="1728"/>
          </w:tcPr>
          <w:p/>
        </w:tc>
        <w:tc>
          <w:tcPr>
            <w:tcW w:type="dxa" w:w="1728"/>
          </w:tcPr>
          <w:p/>
        </w:tc>
      </w:tr>
      <w:tr>
        <w:tc>
          <w:tcPr>
            <w:tcW w:type="dxa" w:w="1728"/>
          </w:tcPr>
          <w:p>
            <w:r>
              <w:t>第二等级</w:t>
            </w:r>
          </w:p>
        </w:tc>
        <w:tc>
          <w:tcPr>
            <w:tcW w:type="dxa" w:w="1728"/>
          </w:tcPr>
          <w:p>
            <w:r>
              <w:t>个人或团队负责人</w:t>
            </w:r>
          </w:p>
        </w:tc>
        <w:tc>
          <w:tcPr>
            <w:tcW w:type="dxa" w:w="1728"/>
          </w:tcPr>
          <w:p>
            <w:r>
              <w:t>8</w:t>
            </w:r>
          </w:p>
        </w:tc>
        <w:tc>
          <w:tcPr>
            <w:tcW w:type="dxa" w:w="1728"/>
          </w:tcPr>
          <w:p/>
        </w:tc>
        <w:tc>
          <w:tcPr>
            <w:tcW w:type="dxa" w:w="1728"/>
          </w:tcPr>
          <w:p/>
        </w:tc>
      </w:tr>
      <w:tr>
        <w:tc>
          <w:tcPr>
            <w:tcW w:type="dxa" w:w="1728"/>
          </w:tcPr>
          <w:p>
            <w:r>
              <w:t>团队成员</w:t>
            </w:r>
          </w:p>
        </w:tc>
        <w:tc>
          <w:tcPr>
            <w:tcW w:type="dxa" w:w="1728"/>
          </w:tcPr>
          <w:p>
            <w:r>
              <w:t>4</w:t>
            </w:r>
          </w:p>
        </w:tc>
        <w:tc>
          <w:tcPr>
            <w:tcW w:type="dxa" w:w="1728"/>
          </w:tcPr>
          <w:p/>
        </w:tc>
        <w:tc>
          <w:tcPr>
            <w:tcW w:type="dxa" w:w="1728"/>
          </w:tcPr>
          <w:p/>
        </w:tc>
        <w:tc>
          <w:tcPr>
            <w:tcW w:type="dxa" w:w="1728"/>
          </w:tcPr>
          <w:p/>
        </w:tc>
      </w:tr>
      <w:tr>
        <w:tc>
          <w:tcPr>
            <w:tcW w:type="dxa" w:w="1728"/>
          </w:tcPr>
          <w:p>
            <w:r>
              <w:t>第三等级</w:t>
            </w:r>
          </w:p>
        </w:tc>
        <w:tc>
          <w:tcPr>
            <w:tcW w:type="dxa" w:w="1728"/>
          </w:tcPr>
          <w:p>
            <w:r>
              <w:t>个人或团队负责人</w:t>
            </w:r>
          </w:p>
        </w:tc>
        <w:tc>
          <w:tcPr>
            <w:tcW w:type="dxa" w:w="1728"/>
          </w:tcPr>
          <w:p>
            <w:r>
              <w:t>6</w:t>
            </w:r>
          </w:p>
        </w:tc>
        <w:tc>
          <w:tcPr>
            <w:tcW w:type="dxa" w:w="1728"/>
          </w:tcPr>
          <w:p/>
        </w:tc>
        <w:tc>
          <w:tcPr>
            <w:tcW w:type="dxa" w:w="1728"/>
          </w:tcPr>
          <w:p/>
        </w:tc>
      </w:tr>
      <w:tr>
        <w:tc>
          <w:tcPr>
            <w:tcW w:type="dxa" w:w="1728"/>
          </w:tcPr>
          <w:p>
            <w:r>
              <w:t>团队成员</w:t>
            </w:r>
          </w:p>
        </w:tc>
        <w:tc>
          <w:tcPr>
            <w:tcW w:type="dxa" w:w="1728"/>
          </w:tcPr>
          <w:p>
            <w:r>
              <w:t>3</w:t>
            </w:r>
          </w:p>
        </w:tc>
        <w:tc>
          <w:tcPr>
            <w:tcW w:type="dxa" w:w="1728"/>
          </w:tcPr>
          <w:p/>
        </w:tc>
        <w:tc>
          <w:tcPr>
            <w:tcW w:type="dxa" w:w="1728"/>
          </w:tcPr>
          <w:p/>
        </w:tc>
        <w:tc>
          <w:tcPr>
            <w:tcW w:type="dxa" w:w="1728"/>
          </w:tcPr>
          <w:p/>
        </w:tc>
      </w:tr>
      <w:tr>
        <w:tc>
          <w:tcPr>
            <w:tcW w:type="dxa" w:w="1728"/>
          </w:tcPr>
          <w:p>
            <w:r>
              <w:t>第四等级</w:t>
            </w:r>
          </w:p>
        </w:tc>
        <w:tc>
          <w:tcPr>
            <w:tcW w:type="dxa" w:w="1728"/>
          </w:tcPr>
          <w:p>
            <w:r>
              <w:t>个人或团队负责人</w:t>
            </w:r>
          </w:p>
        </w:tc>
        <w:tc>
          <w:tcPr>
            <w:tcW w:type="dxa" w:w="1728"/>
          </w:tcPr>
          <w:p>
            <w:r>
              <w:t>3</w:t>
            </w:r>
          </w:p>
        </w:tc>
        <w:tc>
          <w:tcPr>
            <w:tcW w:type="dxa" w:w="1728"/>
          </w:tcPr>
          <w:p/>
        </w:tc>
        <w:tc>
          <w:tcPr>
            <w:tcW w:type="dxa" w:w="1728"/>
          </w:tcPr>
          <w:p/>
        </w:tc>
      </w:tr>
      <w:tr>
        <w:tc>
          <w:tcPr>
            <w:tcW w:type="dxa" w:w="1728"/>
          </w:tcPr>
          <w:p>
            <w:r>
              <w:t>团队成员</w:t>
            </w:r>
          </w:p>
        </w:tc>
        <w:tc>
          <w:tcPr>
            <w:tcW w:type="dxa" w:w="1728"/>
          </w:tcPr>
          <w:p>
            <w:r>
              <w:t>1</w:t>
            </w:r>
          </w:p>
        </w:tc>
        <w:tc>
          <w:tcPr>
            <w:tcW w:type="dxa" w:w="1728"/>
          </w:tcPr>
          <w:p/>
        </w:tc>
        <w:tc>
          <w:tcPr>
            <w:tcW w:type="dxa" w:w="1728"/>
          </w:tcPr>
          <w:p/>
        </w:tc>
        <w:tc>
          <w:tcPr>
            <w:tcW w:type="dxa" w:w="1728"/>
          </w:tcPr>
          <w:p/>
        </w:tc>
      </w:tr>
    </w:tbl>
    <w:p>
      <w:r>
        <w:t>5.2：非学科竞赛（10分，限报一项）</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奖项级别</w:t>
            </w:r>
          </w:p>
        </w:tc>
        <w:tc>
          <w:tcPr>
            <w:tcW w:type="dxa" w:w="1728"/>
          </w:tcPr>
          <w:p>
            <w:r>
              <w:t>获奖等级</w:t>
            </w:r>
          </w:p>
        </w:tc>
        <w:tc>
          <w:tcPr>
            <w:tcW w:type="dxa" w:w="1728"/>
          </w:tcPr>
          <w:p>
            <w:r>
              <w:t>位次</w:t>
            </w:r>
          </w:p>
        </w:tc>
        <w:tc>
          <w:tcPr>
            <w:tcW w:type="dxa" w:w="1728"/>
          </w:tcPr>
          <w:p>
            <w:r>
              <w:t>分值</w:t>
            </w:r>
          </w:p>
        </w:tc>
        <w:tc>
          <w:tcPr>
            <w:tcW w:type="dxa" w:w="1728"/>
          </w:tcPr>
          <w:p>
            <w:r>
              <w:t>备注</w:t>
            </w:r>
          </w:p>
        </w:tc>
      </w:tr>
      <w:tr>
        <w:tc>
          <w:tcPr>
            <w:tcW w:type="dxa" w:w="1728"/>
          </w:tcPr>
          <w:p>
            <w:r>
              <w:t>国家级</w:t>
            </w:r>
          </w:p>
        </w:tc>
        <w:tc>
          <w:tcPr>
            <w:tcW w:type="dxa" w:w="1728"/>
          </w:tcPr>
          <w:p>
            <w:r>
              <w:t>最高等级</w:t>
            </w:r>
          </w:p>
        </w:tc>
        <w:tc>
          <w:tcPr>
            <w:tcW w:type="dxa" w:w="1728"/>
          </w:tcPr>
          <w:p>
            <w:r>
              <w:t>个人或团队负责人</w:t>
            </w:r>
          </w:p>
        </w:tc>
        <w:tc>
          <w:tcPr>
            <w:tcW w:type="dxa" w:w="1728"/>
          </w:tcPr>
          <w:p>
            <w:r>
              <w:t>10</w:t>
            </w:r>
          </w:p>
        </w:tc>
        <w:tc>
          <w:tcPr>
            <w:tcW w:type="dxa" w:w="1728"/>
          </w:tcPr>
          <w:p>
            <w:r>
              <w:t>获奖者需提供相关奖状或证明，级别以证书盖章为准</w:t>
            </w:r>
          </w:p>
        </w:tc>
      </w:tr>
      <w:tr>
        <w:tc>
          <w:tcPr>
            <w:tcW w:type="dxa" w:w="1728"/>
          </w:tcPr>
          <w:p>
            <w:r>
              <w:t>团队成员</w:t>
            </w:r>
          </w:p>
        </w:tc>
        <w:tc>
          <w:tcPr>
            <w:tcW w:type="dxa" w:w="1728"/>
          </w:tcPr>
          <w:p>
            <w:r>
              <w:t>8</w:t>
            </w:r>
          </w:p>
        </w:tc>
        <w:tc>
          <w:tcPr>
            <w:tcW w:type="dxa" w:w="1728"/>
          </w:tcPr>
          <w:p/>
        </w:tc>
        <w:tc>
          <w:tcPr>
            <w:tcW w:type="dxa" w:w="1728"/>
          </w:tcPr>
          <w:p/>
        </w:tc>
        <w:tc>
          <w:tcPr>
            <w:tcW w:type="dxa" w:w="1728"/>
          </w:tcPr>
          <w:p/>
        </w:tc>
      </w:tr>
      <w:tr>
        <w:tc>
          <w:tcPr>
            <w:tcW w:type="dxa" w:w="1728"/>
          </w:tcPr>
          <w:p>
            <w:r>
              <w:t>第二等级</w:t>
            </w:r>
          </w:p>
        </w:tc>
        <w:tc>
          <w:tcPr>
            <w:tcW w:type="dxa" w:w="1728"/>
          </w:tcPr>
          <w:p>
            <w:r>
              <w:t>个人或团队负责人</w:t>
            </w:r>
          </w:p>
        </w:tc>
        <w:tc>
          <w:tcPr>
            <w:tcW w:type="dxa" w:w="1728"/>
          </w:tcPr>
          <w:p>
            <w:r>
              <w:t>8</w:t>
            </w:r>
          </w:p>
        </w:tc>
        <w:tc>
          <w:tcPr>
            <w:tcW w:type="dxa" w:w="1728"/>
          </w:tcPr>
          <w:p/>
        </w:tc>
        <w:tc>
          <w:tcPr>
            <w:tcW w:type="dxa" w:w="1728"/>
          </w:tcPr>
          <w:p/>
        </w:tc>
      </w:tr>
      <w:tr>
        <w:tc>
          <w:tcPr>
            <w:tcW w:type="dxa" w:w="1728"/>
          </w:tcPr>
          <w:p>
            <w:r>
              <w:t>团队成员</w:t>
            </w:r>
          </w:p>
        </w:tc>
        <w:tc>
          <w:tcPr>
            <w:tcW w:type="dxa" w:w="1728"/>
          </w:tcPr>
          <w:p>
            <w:r>
              <w:t>6</w:t>
            </w:r>
          </w:p>
        </w:tc>
        <w:tc>
          <w:tcPr>
            <w:tcW w:type="dxa" w:w="1728"/>
          </w:tcPr>
          <w:p/>
        </w:tc>
        <w:tc>
          <w:tcPr>
            <w:tcW w:type="dxa" w:w="1728"/>
          </w:tcPr>
          <w:p/>
        </w:tc>
        <w:tc>
          <w:tcPr>
            <w:tcW w:type="dxa" w:w="1728"/>
          </w:tcPr>
          <w:p/>
        </w:tc>
      </w:tr>
      <w:tr>
        <w:tc>
          <w:tcPr>
            <w:tcW w:type="dxa" w:w="1728"/>
          </w:tcPr>
          <w:p>
            <w:r>
              <w:t>第三等级</w:t>
            </w:r>
          </w:p>
        </w:tc>
        <w:tc>
          <w:tcPr>
            <w:tcW w:type="dxa" w:w="1728"/>
          </w:tcPr>
          <w:p>
            <w:r>
              <w:t>个人或团队负责人</w:t>
            </w:r>
          </w:p>
        </w:tc>
        <w:tc>
          <w:tcPr>
            <w:tcW w:type="dxa" w:w="1728"/>
          </w:tcPr>
          <w:p>
            <w:r>
              <w:t>6</w:t>
            </w:r>
          </w:p>
        </w:tc>
        <w:tc>
          <w:tcPr>
            <w:tcW w:type="dxa" w:w="1728"/>
          </w:tcPr>
          <w:p/>
        </w:tc>
        <w:tc>
          <w:tcPr>
            <w:tcW w:type="dxa" w:w="1728"/>
          </w:tcPr>
          <w:p/>
        </w:tc>
      </w:tr>
      <w:tr>
        <w:tc>
          <w:tcPr>
            <w:tcW w:type="dxa" w:w="1728"/>
          </w:tcPr>
          <w:p>
            <w:r>
              <w:t>团队成员</w:t>
            </w:r>
          </w:p>
        </w:tc>
        <w:tc>
          <w:tcPr>
            <w:tcW w:type="dxa" w:w="1728"/>
          </w:tcPr>
          <w:p>
            <w:r>
              <w:t>4</w:t>
            </w:r>
          </w:p>
        </w:tc>
        <w:tc>
          <w:tcPr>
            <w:tcW w:type="dxa" w:w="1728"/>
          </w:tcPr>
          <w:p/>
        </w:tc>
        <w:tc>
          <w:tcPr>
            <w:tcW w:type="dxa" w:w="1728"/>
          </w:tcPr>
          <w:p/>
        </w:tc>
        <w:tc>
          <w:tcPr>
            <w:tcW w:type="dxa" w:w="1728"/>
          </w:tcPr>
          <w:p/>
        </w:tc>
      </w:tr>
      <w:tr>
        <w:tc>
          <w:tcPr>
            <w:tcW w:type="dxa" w:w="1728"/>
          </w:tcPr>
          <w:p>
            <w:r>
              <w:t>第四等级</w:t>
            </w:r>
          </w:p>
        </w:tc>
        <w:tc>
          <w:tcPr>
            <w:tcW w:type="dxa" w:w="1728"/>
          </w:tcPr>
          <w:p>
            <w:r>
              <w:t>个人或团队负责人</w:t>
            </w:r>
          </w:p>
        </w:tc>
        <w:tc>
          <w:tcPr>
            <w:tcW w:type="dxa" w:w="1728"/>
          </w:tcPr>
          <w:p>
            <w:r>
              <w:t>4</w:t>
            </w:r>
          </w:p>
        </w:tc>
        <w:tc>
          <w:tcPr>
            <w:tcW w:type="dxa" w:w="1728"/>
          </w:tcPr>
          <w:p/>
        </w:tc>
        <w:tc>
          <w:tcPr>
            <w:tcW w:type="dxa" w:w="1728"/>
          </w:tcPr>
          <w:p/>
        </w:tc>
      </w:tr>
      <w:tr>
        <w:tc>
          <w:tcPr>
            <w:tcW w:type="dxa" w:w="1728"/>
          </w:tcPr>
          <w:p>
            <w:r>
              <w:t>团队成员</w:t>
            </w:r>
          </w:p>
        </w:tc>
        <w:tc>
          <w:tcPr>
            <w:tcW w:type="dxa" w:w="1728"/>
          </w:tcPr>
          <w:p>
            <w:r>
              <w:t>3</w:t>
            </w:r>
          </w:p>
        </w:tc>
        <w:tc>
          <w:tcPr>
            <w:tcW w:type="dxa" w:w="1728"/>
          </w:tcPr>
          <w:p/>
        </w:tc>
        <w:tc>
          <w:tcPr>
            <w:tcW w:type="dxa" w:w="1728"/>
          </w:tcPr>
          <w:p/>
        </w:tc>
        <w:tc>
          <w:tcPr>
            <w:tcW w:type="dxa" w:w="1728"/>
          </w:tcPr>
          <w:p/>
        </w:tc>
      </w:tr>
      <w:tr>
        <w:tc>
          <w:tcPr>
            <w:tcW w:type="dxa" w:w="1728"/>
          </w:tcPr>
          <w:p>
            <w:r>
              <w:t>省部级</w:t>
            </w:r>
          </w:p>
        </w:tc>
        <w:tc>
          <w:tcPr>
            <w:tcW w:type="dxa" w:w="1728"/>
          </w:tcPr>
          <w:p>
            <w:r>
              <w:t>最高等级</w:t>
            </w:r>
          </w:p>
        </w:tc>
        <w:tc>
          <w:tcPr>
            <w:tcW w:type="dxa" w:w="1728"/>
          </w:tcPr>
          <w:p>
            <w:r>
              <w:t>个人或团队负责人</w:t>
            </w:r>
          </w:p>
        </w:tc>
        <w:tc>
          <w:tcPr>
            <w:tcW w:type="dxa" w:w="1728"/>
          </w:tcPr>
          <w:p>
            <w:r>
              <w:t>8</w:t>
            </w:r>
          </w:p>
        </w:tc>
        <w:tc>
          <w:tcPr>
            <w:tcW w:type="dxa" w:w="1728"/>
          </w:tcPr>
          <w:p/>
        </w:tc>
      </w:tr>
      <w:tr>
        <w:tc>
          <w:tcPr>
            <w:tcW w:type="dxa" w:w="1728"/>
          </w:tcPr>
          <w:p>
            <w:r>
              <w:t>团队成员</w:t>
            </w:r>
          </w:p>
        </w:tc>
        <w:tc>
          <w:tcPr>
            <w:tcW w:type="dxa" w:w="1728"/>
          </w:tcPr>
          <w:p>
            <w:r>
              <w:t>6</w:t>
            </w:r>
          </w:p>
        </w:tc>
        <w:tc>
          <w:tcPr>
            <w:tcW w:type="dxa" w:w="1728"/>
          </w:tcPr>
          <w:p/>
        </w:tc>
        <w:tc>
          <w:tcPr>
            <w:tcW w:type="dxa" w:w="1728"/>
          </w:tcPr>
          <w:p/>
        </w:tc>
        <w:tc>
          <w:tcPr>
            <w:tcW w:type="dxa" w:w="1728"/>
          </w:tcPr>
          <w:p/>
        </w:tc>
      </w:tr>
      <w:tr>
        <w:tc>
          <w:tcPr>
            <w:tcW w:type="dxa" w:w="1728"/>
          </w:tcPr>
          <w:p>
            <w:r>
              <w:t>第二等级</w:t>
            </w:r>
          </w:p>
        </w:tc>
        <w:tc>
          <w:tcPr>
            <w:tcW w:type="dxa" w:w="1728"/>
          </w:tcPr>
          <w:p>
            <w:r>
              <w:t>个人或团队负责人</w:t>
            </w:r>
          </w:p>
        </w:tc>
        <w:tc>
          <w:tcPr>
            <w:tcW w:type="dxa" w:w="1728"/>
          </w:tcPr>
          <w:p>
            <w:r>
              <w:t>6</w:t>
            </w:r>
          </w:p>
        </w:tc>
        <w:tc>
          <w:tcPr>
            <w:tcW w:type="dxa" w:w="1728"/>
          </w:tcPr>
          <w:p/>
        </w:tc>
        <w:tc>
          <w:tcPr>
            <w:tcW w:type="dxa" w:w="1728"/>
          </w:tcPr>
          <w:p/>
        </w:tc>
      </w:tr>
      <w:tr>
        <w:tc>
          <w:tcPr>
            <w:tcW w:type="dxa" w:w="1728"/>
          </w:tcPr>
          <w:p>
            <w:r>
              <w:t>团队成员</w:t>
            </w:r>
          </w:p>
        </w:tc>
        <w:tc>
          <w:tcPr>
            <w:tcW w:type="dxa" w:w="1728"/>
          </w:tcPr>
          <w:p>
            <w:r>
              <w:t>4</w:t>
            </w:r>
          </w:p>
        </w:tc>
        <w:tc>
          <w:tcPr>
            <w:tcW w:type="dxa" w:w="1728"/>
          </w:tcPr>
          <w:p/>
        </w:tc>
        <w:tc>
          <w:tcPr>
            <w:tcW w:type="dxa" w:w="1728"/>
          </w:tcPr>
          <w:p/>
        </w:tc>
        <w:tc>
          <w:tcPr>
            <w:tcW w:type="dxa" w:w="1728"/>
          </w:tcPr>
          <w:p/>
        </w:tc>
      </w:tr>
      <w:tr>
        <w:tc>
          <w:tcPr>
            <w:tcW w:type="dxa" w:w="1728"/>
          </w:tcPr>
          <w:p>
            <w:r>
              <w:t>第三等级</w:t>
            </w:r>
          </w:p>
        </w:tc>
        <w:tc>
          <w:tcPr>
            <w:tcW w:type="dxa" w:w="1728"/>
          </w:tcPr>
          <w:p>
            <w:r>
              <w:t>个人或团队负责人</w:t>
            </w:r>
          </w:p>
        </w:tc>
        <w:tc>
          <w:tcPr>
            <w:tcW w:type="dxa" w:w="1728"/>
          </w:tcPr>
          <w:p>
            <w:r>
              <w:t>4</w:t>
            </w:r>
          </w:p>
        </w:tc>
        <w:tc>
          <w:tcPr>
            <w:tcW w:type="dxa" w:w="1728"/>
          </w:tcPr>
          <w:p/>
        </w:tc>
        <w:tc>
          <w:tcPr>
            <w:tcW w:type="dxa" w:w="1728"/>
          </w:tcPr>
          <w:p/>
        </w:tc>
      </w:tr>
      <w:tr>
        <w:tc>
          <w:tcPr>
            <w:tcW w:type="dxa" w:w="1728"/>
          </w:tcPr>
          <w:p>
            <w:r>
              <w:t>团队成员</w:t>
            </w:r>
          </w:p>
        </w:tc>
        <w:tc>
          <w:tcPr>
            <w:tcW w:type="dxa" w:w="1728"/>
          </w:tcPr>
          <w:p>
            <w:r>
              <w:t>3</w:t>
            </w:r>
          </w:p>
        </w:tc>
        <w:tc>
          <w:tcPr>
            <w:tcW w:type="dxa" w:w="1728"/>
          </w:tcPr>
          <w:p/>
        </w:tc>
        <w:tc>
          <w:tcPr>
            <w:tcW w:type="dxa" w:w="1728"/>
          </w:tcPr>
          <w:p/>
        </w:tc>
        <w:tc>
          <w:tcPr>
            <w:tcW w:type="dxa" w:w="1728"/>
          </w:tcPr>
          <w:p/>
        </w:tc>
      </w:tr>
      <w:tr>
        <w:tc>
          <w:tcPr>
            <w:tcW w:type="dxa" w:w="1728"/>
          </w:tcPr>
          <w:p>
            <w:r>
              <w:t>第四等级</w:t>
            </w:r>
          </w:p>
        </w:tc>
        <w:tc>
          <w:tcPr>
            <w:tcW w:type="dxa" w:w="1728"/>
          </w:tcPr>
          <w:p>
            <w:r>
              <w:t>个人或团队负责人</w:t>
            </w:r>
          </w:p>
        </w:tc>
        <w:tc>
          <w:tcPr>
            <w:tcW w:type="dxa" w:w="1728"/>
          </w:tcPr>
          <w:p>
            <w:r>
              <w:t>3</w:t>
            </w:r>
          </w:p>
        </w:tc>
        <w:tc>
          <w:tcPr>
            <w:tcW w:type="dxa" w:w="1728"/>
          </w:tcPr>
          <w:p/>
        </w:tc>
        <w:tc>
          <w:tcPr>
            <w:tcW w:type="dxa" w:w="1728"/>
          </w:tcPr>
          <w:p/>
        </w:tc>
      </w:tr>
      <w:tr>
        <w:tc>
          <w:tcPr>
            <w:tcW w:type="dxa" w:w="1728"/>
          </w:tcPr>
          <w:p>
            <w:r>
              <w:t>团队成员</w:t>
            </w:r>
          </w:p>
        </w:tc>
        <w:tc>
          <w:tcPr>
            <w:tcW w:type="dxa" w:w="1728"/>
          </w:tcPr>
          <w:p>
            <w:r>
              <w:t>2</w:t>
            </w:r>
          </w:p>
        </w:tc>
        <w:tc>
          <w:tcPr>
            <w:tcW w:type="dxa" w:w="1728"/>
          </w:tcPr>
          <w:p/>
        </w:tc>
        <w:tc>
          <w:tcPr>
            <w:tcW w:type="dxa" w:w="1728"/>
          </w:tcPr>
          <w:p/>
        </w:tc>
        <w:tc>
          <w:tcPr>
            <w:tcW w:type="dxa" w:w="1728"/>
          </w:tcPr>
          <w:p/>
        </w:tc>
      </w:tr>
      <w:tr>
        <w:tc>
          <w:tcPr>
            <w:tcW w:type="dxa" w:w="1728"/>
          </w:tcPr>
          <w:p>
            <w:r>
              <w:t>校级</w:t>
            </w:r>
          </w:p>
        </w:tc>
        <w:tc>
          <w:tcPr>
            <w:tcW w:type="dxa" w:w="1728"/>
          </w:tcPr>
          <w:p>
            <w:r>
              <w:t>最高等级</w:t>
            </w:r>
          </w:p>
        </w:tc>
        <w:tc>
          <w:tcPr>
            <w:tcW w:type="dxa" w:w="1728"/>
          </w:tcPr>
          <w:p>
            <w:r>
              <w:t>个人或团队负责人</w:t>
            </w:r>
          </w:p>
        </w:tc>
        <w:tc>
          <w:tcPr>
            <w:tcW w:type="dxa" w:w="1728"/>
          </w:tcPr>
          <w:p>
            <w:r>
              <w:t>6</w:t>
            </w:r>
          </w:p>
        </w:tc>
        <w:tc>
          <w:tcPr>
            <w:tcW w:type="dxa" w:w="1728"/>
          </w:tcPr>
          <w:p/>
        </w:tc>
      </w:tr>
      <w:tr>
        <w:tc>
          <w:tcPr>
            <w:tcW w:type="dxa" w:w="1728"/>
          </w:tcPr>
          <w:p>
            <w:r>
              <w:t>团队成员</w:t>
            </w:r>
          </w:p>
        </w:tc>
        <w:tc>
          <w:tcPr>
            <w:tcW w:type="dxa" w:w="1728"/>
          </w:tcPr>
          <w:p>
            <w:r>
              <w:t>4</w:t>
            </w:r>
          </w:p>
        </w:tc>
        <w:tc>
          <w:tcPr>
            <w:tcW w:type="dxa" w:w="1728"/>
          </w:tcPr>
          <w:p/>
        </w:tc>
        <w:tc>
          <w:tcPr>
            <w:tcW w:type="dxa" w:w="1728"/>
          </w:tcPr>
          <w:p/>
        </w:tc>
        <w:tc>
          <w:tcPr>
            <w:tcW w:type="dxa" w:w="1728"/>
          </w:tcPr>
          <w:p/>
        </w:tc>
      </w:tr>
      <w:tr>
        <w:tc>
          <w:tcPr>
            <w:tcW w:type="dxa" w:w="1728"/>
          </w:tcPr>
          <w:p>
            <w:r>
              <w:t>第二等级</w:t>
            </w:r>
          </w:p>
        </w:tc>
        <w:tc>
          <w:tcPr>
            <w:tcW w:type="dxa" w:w="1728"/>
          </w:tcPr>
          <w:p>
            <w:r>
              <w:t>个人或团队负责人</w:t>
            </w:r>
          </w:p>
        </w:tc>
        <w:tc>
          <w:tcPr>
            <w:tcW w:type="dxa" w:w="1728"/>
          </w:tcPr>
          <w:p>
            <w:r>
              <w:t>4</w:t>
            </w:r>
          </w:p>
        </w:tc>
        <w:tc>
          <w:tcPr>
            <w:tcW w:type="dxa" w:w="1728"/>
          </w:tcPr>
          <w:p/>
        </w:tc>
        <w:tc>
          <w:tcPr>
            <w:tcW w:type="dxa" w:w="1728"/>
          </w:tcPr>
          <w:p/>
        </w:tc>
      </w:tr>
      <w:tr>
        <w:tc>
          <w:tcPr>
            <w:tcW w:type="dxa" w:w="1728"/>
          </w:tcPr>
          <w:p>
            <w:r>
              <w:t>团队成员</w:t>
            </w:r>
          </w:p>
        </w:tc>
        <w:tc>
          <w:tcPr>
            <w:tcW w:type="dxa" w:w="1728"/>
          </w:tcPr>
          <w:p>
            <w:r>
              <w:t>3</w:t>
            </w:r>
          </w:p>
        </w:tc>
        <w:tc>
          <w:tcPr>
            <w:tcW w:type="dxa" w:w="1728"/>
          </w:tcPr>
          <w:p/>
        </w:tc>
        <w:tc>
          <w:tcPr>
            <w:tcW w:type="dxa" w:w="1728"/>
          </w:tcPr>
          <w:p/>
        </w:tc>
        <w:tc>
          <w:tcPr>
            <w:tcW w:type="dxa" w:w="1728"/>
          </w:tcPr>
          <w:p/>
        </w:tc>
      </w:tr>
      <w:tr>
        <w:tc>
          <w:tcPr>
            <w:tcW w:type="dxa" w:w="1728"/>
          </w:tcPr>
          <w:p>
            <w:r>
              <w:t>第三等级</w:t>
            </w:r>
          </w:p>
        </w:tc>
        <w:tc>
          <w:tcPr>
            <w:tcW w:type="dxa" w:w="1728"/>
          </w:tcPr>
          <w:p>
            <w:r>
              <w:t>个人或团队负责人</w:t>
            </w:r>
          </w:p>
        </w:tc>
        <w:tc>
          <w:tcPr>
            <w:tcW w:type="dxa" w:w="1728"/>
          </w:tcPr>
          <w:p>
            <w:r>
              <w:t>3</w:t>
            </w:r>
          </w:p>
        </w:tc>
        <w:tc>
          <w:tcPr>
            <w:tcW w:type="dxa" w:w="1728"/>
          </w:tcPr>
          <w:p/>
        </w:tc>
        <w:tc>
          <w:tcPr>
            <w:tcW w:type="dxa" w:w="1728"/>
          </w:tcPr>
          <w:p/>
        </w:tc>
      </w:tr>
      <w:tr>
        <w:tc>
          <w:tcPr>
            <w:tcW w:type="dxa" w:w="1728"/>
          </w:tcPr>
          <w:p>
            <w:r>
              <w:t>团队成员</w:t>
            </w:r>
          </w:p>
        </w:tc>
        <w:tc>
          <w:tcPr>
            <w:tcW w:type="dxa" w:w="1728"/>
          </w:tcPr>
          <w:p>
            <w:r>
              <w:t>2</w:t>
            </w:r>
          </w:p>
        </w:tc>
        <w:tc>
          <w:tcPr>
            <w:tcW w:type="dxa" w:w="1728"/>
          </w:tcPr>
          <w:p/>
        </w:tc>
        <w:tc>
          <w:tcPr>
            <w:tcW w:type="dxa" w:w="1728"/>
          </w:tcPr>
          <w:p/>
        </w:tc>
        <w:tc>
          <w:tcPr>
            <w:tcW w:type="dxa" w:w="1728"/>
          </w:tcPr>
          <w:p/>
        </w:tc>
      </w:tr>
      <w:tr>
        <w:tc>
          <w:tcPr>
            <w:tcW w:type="dxa" w:w="1728"/>
          </w:tcPr>
          <w:p>
            <w:r>
              <w:t>第四等级</w:t>
            </w:r>
          </w:p>
        </w:tc>
        <w:tc>
          <w:tcPr>
            <w:tcW w:type="dxa" w:w="1728"/>
          </w:tcPr>
          <w:p>
            <w:r>
              <w:t>个人或团队负责人</w:t>
            </w:r>
          </w:p>
        </w:tc>
        <w:tc>
          <w:tcPr>
            <w:tcW w:type="dxa" w:w="1728"/>
          </w:tcPr>
          <w:p>
            <w:r>
              <w:t>2</w:t>
            </w:r>
          </w:p>
        </w:tc>
        <w:tc>
          <w:tcPr>
            <w:tcW w:type="dxa" w:w="1728"/>
          </w:tcPr>
          <w:p/>
        </w:tc>
        <w:tc>
          <w:tcPr>
            <w:tcW w:type="dxa" w:w="1728"/>
          </w:tcPr>
          <w:p/>
        </w:tc>
      </w:tr>
      <w:tr>
        <w:tc>
          <w:tcPr>
            <w:tcW w:type="dxa" w:w="1728"/>
          </w:tcPr>
          <w:p>
            <w:r>
              <w:t>团队成员</w:t>
            </w:r>
          </w:p>
        </w:tc>
        <w:tc>
          <w:tcPr>
            <w:tcW w:type="dxa" w:w="1728"/>
          </w:tcPr>
          <w:p>
            <w:r>
              <w:t>1</w:t>
            </w:r>
          </w:p>
        </w:tc>
        <w:tc>
          <w:tcPr>
            <w:tcW w:type="dxa" w:w="1728"/>
          </w:tcPr>
          <w:p/>
        </w:tc>
        <w:tc>
          <w:tcPr>
            <w:tcW w:type="dxa" w:w="1728"/>
          </w:tcPr>
          <w:p/>
        </w:tc>
        <w:tc>
          <w:tcPr>
            <w:tcW w:type="dxa" w:w="1728"/>
          </w:tcPr>
          <w:p/>
        </w:tc>
      </w:tr>
    </w:tbl>
    <w:p>
      <w:r>
        <w:t>其他：</w:t>
      </w:r>
    </w:p>
    <w:p>
      <w:r>
        <w:t>1.相关材料的截止时间为该规则发布之时；</w:t>
      </w:r>
    </w:p>
    <w:p>
      <w:r>
        <w:t>2.若有其他科研成果，经学院推免工作小组评议后，可酌情加分；</w:t>
      </w:r>
    </w:p>
    <w:p>
      <w:r>
        <w:t>3.在某一指标中有多项加分情况时，只取一项；同一个成果仅可选择一个指标进行加分；</w:t>
      </w:r>
    </w:p>
    <w:p>
      <w:r>
        <w:t>4.比赛如有初赛、复赛、决赛等情况，以最终比赛级别为准，在此基础上复赛、初赛的级别依次降级；</w:t>
      </w:r>
    </w:p>
    <w:p>
      <w:r>
        <w:t>5.关于国际组织的认定，可参阅人力资源和社会保障部国际组织人才服务信息网的“了解国际组织”栏目，网站链接：http://io.mohrss.gov.cn/col/1002/index.html；</w:t>
      </w:r>
    </w:p>
    <w:p>
      <w:r>
        <w:t>6.未尽事宜，由学院推免工作小组评议决定。</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