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关于招募推荐免试研究生和在读研究生参加中国青年志愿者第29届研究生支教团的通知</w:t>
      </w:r>
    </w:p>
    <w:p>
      <w:r>
        <w:t>各位同学：</w:t>
      </w:r>
    </w:p>
    <w:p>
      <w:r>
        <w:t>根据共青团中央《关于组建第29届中国青年志愿者研究生支教团（2027—2028年度）有关工作的通知》（全国项目办发〔2026〕4号）相关要求，经研究决定，招募我校推荐免试研究生和在读研究生参加第29届中国青年志愿者研究生支教团，现将有关事项通知如下：</w:t>
      </w:r>
    </w:p>
    <w:p>
      <w:r>
        <w:t>一、工作内容</w:t>
      </w:r>
    </w:p>
    <w:p>
      <w:r>
        <w:t>按照“公开招募、自愿报名、择优选拔”的原则，招募一批具备推荐免试攻读研究生条件的优秀应届本科毕业生和在读研究生，到中西部地区县级及以下中小学校开展为期一年（2027年8月至2028年7月）的基础教育或职业教育教学志愿服务，可根据服务地团组织需要参与基层共青团工作，并积极开展各类“惠寒”志愿服务活动。</w:t>
      </w:r>
    </w:p>
    <w:p>
      <w:r>
        <w:t>二、招募对象及名额</w:t>
      </w:r>
    </w:p>
    <w:p>
      <w:r>
        <w:t>1.具备我校推免条件的优秀应届本科毕业生（不含专升本、第二学士学位、独立学院学生）。全校招募名额22人，由教育部专项下拨，不占用学校计划推免名额。</w:t>
      </w:r>
    </w:p>
    <w:p>
      <w:r>
        <w:t>2.我校优秀在读研究生，在读研究生不占用学校研究生支教团推免名额，择优录取。</w:t>
      </w:r>
    </w:p>
    <w:p>
      <w:r>
        <w:t>三、招募条件</w:t>
      </w:r>
    </w:p>
    <w:p>
      <w:r>
        <w:t>应符合全国项目办制定的志愿者选拔基本条件，具备与研究生支教团工作相符的专业能力、身体条件和综合素质。</w:t>
      </w:r>
    </w:p>
    <w:p>
      <w:r>
        <w:t>具体条件如下：</w:t>
      </w:r>
    </w:p>
    <w:p>
      <w:r>
        <w:t>1.拥护中国共产党领导，具有高尚的爱国主义情操和集体主义精神，理想信念坚定，社会责任感强。</w:t>
      </w:r>
    </w:p>
    <w:p>
      <w:r>
        <w:t>2.勤奋学习，刻苦钻研，成绩优秀。思想政治理论类课程首次修读合格；成绩排名须在本专业前50%以内（含50%）或平均学分绩点（GPA）3.50以上（含3.50），能顺利获得毕业证书和学位证书。</w:t>
      </w:r>
    </w:p>
    <w:p>
      <w:r>
        <w:t>3.品行优良，遵纪守法，无任何违法违纪受处分记录；诚实守信，学风端正，无任何考试作弊和剽窃他人学术成果等学术不端记录，凡有不良记录者，一票否决，不得入选。</w:t>
      </w:r>
    </w:p>
    <w:p>
      <w:r>
        <w:t>4.身心健康，能胜任西部地区基础教育志愿服务。</w:t>
      </w:r>
    </w:p>
    <w:p>
      <w:r>
        <w:t>5.中共党员（含预备党员）或共青团员，同等条件下中共党员优先考虑。</w:t>
      </w:r>
    </w:p>
    <w:p>
      <w:r>
        <w:t>6.具备吃苦耐劳精神和奉献精神，积极参加志愿服务，热爱教育事业，有良好的环境适应能力，同等条件下师范生、获得中小学教师资格证者优先。</w:t>
      </w:r>
    </w:p>
    <w:p>
      <w:r>
        <w:t>7.有较强的组织能力、表达能力和团结协作精神；要求担任过校、院（部）学生组织部长及以上主要学生骨干（含班级班长、团支书）满一年；同等条件下具有突出的志愿服务、社会实践经历者优先；获得省级以上教育主管部门或共青团组织授予的荣誉称号者优先。</w:t>
      </w:r>
    </w:p>
    <w:p>
      <w:r>
        <w:t>特别注意：</w:t>
      </w:r>
    </w:p>
    <w:p>
      <w:r>
        <w:t>报名参加研究生支教团的2027届本科毕业生不得兼报推荐免试研究生（普通计划等）。在校内正式公布入选人员名单后，入选学生不得再申请出国（境）留学、参加就业派遣等，否则违约责任自负。教务处将不为这类学生的出国（境）申请出具成绩单及学籍学历学位证明。招生就业处将不再发放这类学生的毕业生就业协议书，同时关闭智慧就业平台网签权限。</w:t>
      </w:r>
    </w:p>
    <w:p>
      <w:r>
        <w:t>四、招募程序</w:t>
      </w:r>
    </w:p>
    <w:p>
      <w:r>
        <w:t>研究生支教团的招募选拔工作根据全国项目办招募选拔相关要求和学校推免工作相关规定开展。</w:t>
      </w:r>
    </w:p>
    <w:p>
      <w:r>
        <w:t>1.宣传动员。校团委将于9月6日（星期日）19:30-21:00（腾讯会议号：419-539-891）组织“惠寒”研究生支教团招募宣讲会，请感兴趣的同学线上参与。关于“惠寒”研究生支教团的信息可关注“苏州大学团委”“苏大惠寒研支团”微信公众号获取。</w:t>
      </w:r>
    </w:p>
    <w:p>
      <w:r>
        <w:t>2.个人报名。</w:t>
      </w:r>
    </w:p>
    <w:p>
      <w:r>
        <w:t>符合选拔条件的2027届本科毕业生于9月7日（星期一）上午10:00至9月9日（星期三）下午17:00自愿登录“苏州大学本科生推免申请系统”（网址：http://tmsq.jwb.suda.edu.cn，外网需先登录学校VPN），提交“推免申请”，选择推免类型为“研究生支教团计划”。申请人务必认真阅读页面内的告知事项，申请提交后，不可再修改或撤销。“申请查询”栏目中最终状态显示为“申请成功”即为完成推免报名。（符合选拔条件的在读研究生报名，无需填报推免申请系统，按照时间截点提交全套申请材料即可）</w:t>
      </w:r>
    </w:p>
    <w:p>
      <w:r>
        <w:t>所有申请人同步向学院团委提交如下报名材料：</w:t>
      </w:r>
    </w:p>
    <w:p>
      <w:r>
        <w:t>①《苏州大学第29届（2027-2028年度）研究生支教团志愿者报名登记表》（附件1）</w:t>
      </w:r>
    </w:p>
    <w:p>
      <w:r>
        <w:t>②《学院（部）推荐苏州大学第29届研究生支教团申报人员基本信息汇总表》（附件2）</w:t>
      </w:r>
    </w:p>
    <w:p>
      <w:r>
        <w:t>③《苏州大学第29届研究生支教团家长知情同意书》（附件3，请打印后手写签名，不得使用电子签名）</w:t>
      </w:r>
    </w:p>
    <w:p>
      <w:r>
        <w:t>④《苏州大学第29届研究生支教团导师知情同意书》（附件4，在读研究生提供，请打印后手写签名，不得使用电子签名）</w:t>
      </w:r>
    </w:p>
    <w:p>
      <w:r>
        <w:t>⑤《苏州大学第29届研究生支教团既往病史承诺书》（附件5，请打印后手写签名，不得使用电子签名）</w:t>
      </w:r>
    </w:p>
    <w:p>
      <w:r>
        <w:t>⑥学生干部任职证明、获奖证书、中小学教师资格证（或报名2026年下半年中小学教师资格考试证明，如有请提供）及其他支撑材料（请严格参照报名登记表相关板块填写顺序排列，单项合并为一个PDF提交，例：“姓名+学生干部任职证明.pdf”）</w:t>
      </w:r>
    </w:p>
    <w:p>
      <w:r>
        <w:t>⑦加盖教务部门公章的成绩单（报名学生专业排名及GPA以学校教务部门发布的数据为准）</w:t>
      </w:r>
    </w:p>
    <w:p>
      <w:r>
        <w:t>其中，①-②为电子版，③—⑦为扫描版，均发送至mrzhang@suda.edu.cn。</w:t>
      </w:r>
    </w:p>
    <w:p>
      <w:r>
        <w:t>3.学院提交材料。学院成立工作组，学院党委分管学生工作领导任组长，团委主要负责人具体负责报名学生的思想政治表现、基本条件、学生工作经历、荣誉称号等资格条件审核、材料报送和管理服务工作。学院将在网站等公共平台公示不少于7日后，向校团委提交相应材料。</w:t>
      </w:r>
    </w:p>
    <w:p>
      <w:r>
        <w:t>4.资格审核。团委对自愿报名学生的资格条件进行审核。复审通过的应届本科毕业生根据专业排名百分比排序，按照不低于研究生支教团推免名额的1:3比例进入综合考核；复审通过的在读研究生直接进入综合考核。</w:t>
      </w:r>
    </w:p>
    <w:p>
      <w:r>
        <w:t>5.综合考核。学校组织相关专家和研究生支教团遴选推荐委员会成员对候选人的思想政治素养、志愿服务精神、团队协作能力、教育教学技能等进行综合考核（具体事宜另行通知）。校纪委全程监督，面试全程录音录像。</w:t>
      </w:r>
    </w:p>
    <w:p>
      <w:r>
        <w:t>6.确定拟入选人员名单。学校研究生支教团遴选推荐委员会基于候选人基本条件和选拔考察成绩集体研究确定拟入选人员名单，并按照不高于研究生支教团推免名额20%的比例确定候补人选。综合考量拟入选人员性别、学院分布、学科背景等情况；应届本科毕业生原则上每家学院录取人数不超过3人。</w:t>
      </w:r>
    </w:p>
    <w:p>
      <w:r>
        <w:t>7.校内公示。研究生支教团遴选推荐委员会在校园网公示拟入选人员名单（含候补人员名单），公示期不少于7日。</w:t>
      </w:r>
    </w:p>
    <w:p>
      <w:r>
        <w:t>8.体检与心理素质测评。团委统一组织拟入选人员（含候补人员）参照西部计划要求进行体检与心理素质测评。</w:t>
      </w:r>
    </w:p>
    <w:p>
      <w:r>
        <w:t>9.人员补录。若拟入选人员未达到西部计划相关选拔要求，或公示期间有经查实的其他问题，将取消其入选资格。由研究生支教团遴选推荐委员会在规定时间内根据推荐资格排序由高到低从候补人员中补录，补录情况将通过补充通知等方式于校内公布。</w:t>
      </w:r>
    </w:p>
    <w:p>
      <w:r>
        <w:t>10.名单复审。学校推免生遴选推荐委员会对拟入选人员名单进行复审，确定拟推荐名单，报校长办公会、党委常委会讨论通过后，在校内网上按教育部规定时长进行公示。</w:t>
      </w:r>
    </w:p>
    <w:p>
      <w:r>
        <w:t>11.信息录入与协议签订。入选的应届本科毕业生及时登录“全国推荐免试攻读研究生信息公开服务管理系统”完成信息录入。所有入选人员登录西部计划官网“研究生支教团报名系统”完成信息录入，并签订《中国青年志愿者研究生支教团招募协议书》。</w:t>
      </w:r>
    </w:p>
    <w:p>
      <w:r>
        <w:t>12.已获得研究生支教团成员资格的学生出现下列情形之一的，学校将取消其入选资格：</w:t>
      </w:r>
    </w:p>
    <w:p>
      <w:r>
        <w:t>（一）在申请研究生支教团成员资格过程中发现有弄虚作假或学术不端行为的；</w:t>
      </w:r>
    </w:p>
    <w:p>
      <w:r>
        <w:t>（二）获得研究生支教团成员资格后违反校纪校规，受到学校纪律处分，或被追究法律责任的；</w:t>
      </w:r>
    </w:p>
    <w:p>
      <w:r>
        <w:t>（三）本科毕业时不能获得学士学位的；</w:t>
      </w:r>
    </w:p>
    <w:p>
      <w:r>
        <w:t>（四）存在其他严重影响招募选拔过程和结果公平公正的行为，并经学校研究生支教团遴选推荐委员会认定属实的。</w:t>
      </w:r>
    </w:p>
    <w:p>
      <w:r>
        <w:t>程序4-12为推荐至学校项目办后的环节。</w:t>
      </w:r>
    </w:p>
    <w:p>
      <w:r>
        <w:t>五、管理和保障</w:t>
      </w:r>
    </w:p>
    <w:p>
      <w:r>
        <w:t>1.预备役及服务期间，团委联合相关职能部门，对志愿者进行管理培训，为志愿者增能赋能。根据全国项目办要求，第29届研究生支教团组建后，所有未取得教师资格证的志愿者须报名参加教师资格考试，稳步提升研究生支教团教师资格证持证比例。</w:t>
      </w:r>
    </w:p>
    <w:p>
      <w:r>
        <w:t>2.服务期间，推免录取的学生保留研究生入学资格，在读研究生保留学籍；党、团组织关系临时转到志愿服务所在地的党、团组织。</w:t>
      </w:r>
    </w:p>
    <w:p>
      <w:r>
        <w:t>3.研究生支教团志愿者管理，按照《大学生志愿服务西部计划志愿者管理办法》《中国青年志愿者研究生支教团管理细则》执行。</w:t>
      </w:r>
    </w:p>
    <w:p>
      <w:r>
        <w:t>4.服务期间，研究生支教团志愿者工作补贴、社会保险、商业保险等服务保障，执行当年度西部计划实施方案和学校有关规定。服务期满且考核合格的研究生支教团志愿者，享受西部计划服务期为一年的有关政策，以实际服务年限计算服务期及工龄，并在服务证书及服务鉴定表中体现。</w:t>
      </w:r>
    </w:p>
    <w:p>
      <w:r>
        <w:t>六、联系电话</w:t>
      </w:r>
    </w:p>
    <w:p>
      <w:r>
        <w:t>0512-65880815</w:t>
      </w:r>
    </w:p>
    <w:p>
      <w:r>
        <w:t>附件1：苏州大学第29届（2027-2028年度）研究生支教团志愿者报名登记表.docx</w:t>
      </w:r>
    </w:p>
    <w:p>
      <w:r>
        <w:t>附件2：学院（部）推荐苏州大学第29届研究生支教团申报人员基本信息汇总表.xls</w:t>
      </w:r>
    </w:p>
    <w:p>
      <w:r>
        <w:t>附件3：苏州大学第29届研究生支教团家长知情同意书.docx</w:t>
      </w:r>
    </w:p>
    <w:p>
      <w:r>
        <w:t>附件4：苏州大学第29届研究生支教团导师知情同意书（在读研究生填写）.docx</w:t>
      </w:r>
    </w:p>
    <w:p>
      <w:r>
        <w:t>附件5：苏州大学第29届研究生支教团既往病史承诺书.doc</w:t>
      </w:r>
    </w:p>
    <w:p>
      <w:r>
        <w:t>附件6：2026年大学生志愿服务西部计划（研究生支教团）志愿者体检项目及标准.pdf</w:t>
      </w:r>
    </w:p>
    <w:p>
      <w:r>
        <w:t>附件7：第28届中国青年志愿者研究生支教团招募协议书（供参考）.pdf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