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政治与公共管理学院推荐优秀应届本科毕业生2017年免试攻读硕士学位研究生名单公示</w:t>
      </w:r>
    </w:p>
    <w:p>
      <w:r>
        <w:t>通过学生自主申请，在广泛征求师生意见的基础上，由学院推荐工作领导小组根据《苏州大学推荐优秀应届本科毕业生免试攻读硕士学位研究生工作实施办法》、《苏州大学政治与公共管理学院推荐优秀本科毕业生2017年免试攻读硕士研究生实施细则》等规定，经过资格审查、面试等各项程序，拟推荐肖双等21名同学2017年免试攻读硕士学位研究生，司梦等2名同学为替补人员。现予以公示正式人员名单：肖双、金晔、董晨雪、钟美玲、骆宣庆、赵云云、朱江华峰、乔月桥、陈文文、王蒙怡刘璐、陈祎、祁明慧、孙逸君、刘婉婉、杨璠、夏慧、秦黛新、黄叶玲、任楠、周方舟</w:t>
      </w:r>
    </w:p>
    <w:p>
      <w:r>
        <w:t>替补人员名单：司梦、田馨</w:t>
      </w:r>
    </w:p>
    <w:p>
      <w:r>
        <w:t>若对公示名单有异议，请于公示发布后10日内与学院联系，联系人：甄老师，联系电话：65880163。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