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关于苏州大学政治与公共管理学院推荐优秀应届本科毕业生2021年免试攻读硕士研究生的公示</w:t>
      </w:r>
    </w:p>
    <w:p>
      <w:r>
        <w:t>Common Header</w:t>
      </w:r>
    </w:p>
    <w:p>
      <w:r>
        <w:t>Nav</w:t>
      </w:r>
    </w:p>
    <w:p>
      <w:r>
        <w:t>Post Breadcrumb</w:t>
      </w:r>
    </w:p>
    <w:p>
      <w:r>
        <w:t>Post Content</w:t>
      </w:r>
    </w:p>
    <w:p>
      <w:r>
        <w:t>时间: 2020-09-28发布者:文章来源:政治与公共管理学院浏览次数: 3007</w:t>
      </w:r>
    </w:p>
    <w:p>
      <w:r>
        <w:t>关于苏州大学政治与公共管理学院推荐优秀应届本科毕业生2021年免试攻读硕士研究生的公示.docx</w:t>
      </w:r>
    </w:p>
    <w:p>
      <w:r>
        <w:t>Common Footer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