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苏州大学政治与公共管理学院2022年推荐优秀应届本科毕业生免试攻读研究生实施细则（2021年9月）</w:t>
      </w:r>
    </w:p>
    <w:p>
      <w:r>
        <w:t>根据教育部、江苏省教育厅有关推免工作文件精神、《苏州大学推荐优秀应届本科毕业生免试攻读研究生工作实施办法》（苏大教〔2021〕65号）、《苏州大学2022年推荐优秀应届本科毕业生免试攻读研究生工作方案》（教字〔2021〕202号）等有关文件精神，紧扣落实立德树人根本任务、突出考查学生一贯学业表现、引导学生全面发展原则，学院秉持公开、公平、公正和综合评价、择优录取的原则特制定本实施细则。</w:t>
      </w:r>
    </w:p>
    <w:p>
      <w:r>
        <w:t>一、学院推免生遴选工作小组</w:t>
      </w:r>
    </w:p>
    <w:p>
      <w:r>
        <w:t>组长：院长、院党委书记</w:t>
      </w:r>
    </w:p>
    <w:p>
      <w:r>
        <w:t>组员：院教学副院长、院党委副书记、院党委纪委委员、院学科带头人、院各系科主任、院各系科副主任、院本科生毕业年级辅导员</w:t>
      </w:r>
    </w:p>
    <w:p>
      <w:r>
        <w:t>二、申请条件</w:t>
      </w:r>
    </w:p>
    <w:p>
      <w:r>
        <w:t>1．符合学校推免条件规定，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具有学术研究的兴趣和潜力，学习刻苦、勤奋，成绩优秀，已取得毕业要求总学分的四分之三以上（含四分之三）学分，课程平均学分绩点（GPA）在本专业名列前茅，学分绩点（GPA）平均3.5以上（含3.5），已修课程成绩全部合格，记录等级的课程成绩达D及以上等级，且申请时必修课程无“弃考”记录。根据上级主管部门要求精神，不再设立“特殊学术特长”申请推免项。</w:t>
      </w:r>
    </w:p>
    <w:p>
      <w:r>
        <w:t>三、工作程序</w:t>
      </w:r>
    </w:p>
    <w:p>
      <w:r>
        <w:t>1．动员工作：在2022届我院预毕业本科生中动员和宣传学校各项推免政策、条件及学院的推免工作程序。</w:t>
      </w:r>
    </w:p>
    <w:p>
      <w:r>
        <w:t>2．申请安排：符合推免申请条件的2022届预毕业本科生，于9月10日16:00-14日23:00，登录“苏州大学本科生推免申请系统”（网址：http://tmsq.jwb.suda.edu.cn/，外网需先登学校VPN），点击“推免申请”，自愿申请并上传相关证明材料电子稿。申请时请务必认真阅读页面内的全部提示内容；申请时间截止，系统自动关闭，学生不能再补申请。</w:t>
      </w:r>
    </w:p>
    <w:p>
      <w:r>
        <w:t>3．申请资格审核：9月15日，完成学生的申请资格审核工作。教务老师于当日10:00 -23:00期间，以教务管理系统的账号和密码，登录“苏州大学本科生推免申请系统”，（网址：http://tmsq.jwb.suda.edu.cn/，外网需先登学校VPN），在“申请学生资格审核”里，根据本细则的相关申请规定，审核学生的申请资格；为每名学生标注申请资格审核“通过”或“不通过”，供学生查询，并导出全部符合申请资格的学生名单，下载学生上传的发展素质证明材料交学院推免生遴选工作小组，组织学生的推免综合测评工作。</w:t>
      </w:r>
    </w:p>
    <w:p>
      <w:r>
        <w:t>4．回避和报备制度：学院严格按照学校《实施办法》第十三条实行回避及报备制度。本单位教职工、申请学生若有亲属（直系亲属和非直系亲属）或利益相关人员（如收费辅导教学等）参与学院推免相关工作的，应于9月15日前，主动向学院提交书面回避或报备报告，由学院审核汇总后报教务部学籍管理科。</w:t>
      </w:r>
    </w:p>
    <w:p>
      <w:r>
        <w:t>5．材料初审：推免生遴选工作小组于9月15日对符合申请资格的学生提交的申请材料进行初审。</w:t>
      </w:r>
    </w:p>
    <w:p>
      <w:r>
        <w:t>6．学院审核与公示：9月17日前，学院成立专家审核小组，分系科（哲学系、政治科学系、公共管理系和管理科学系）对推免生申请材料进行审核、鉴定、打分，并分系科将推荐学生初选名单含0-1名替补名单按综合评价成绩由高到低排序。</w:t>
      </w:r>
    </w:p>
    <w:p>
      <w:r>
        <w:t>7．初选名单报送：9月18日前在“推免申请系统”的“初选学生成绩录入”菜单里，录入初选学生的综合评价成绩等信息，并做好替补标注后，点击“上报初选名单到教务部”完成初选名单的电子文本报送工作；纸质文本请点击“下载初选名单上报表”，加盖学院（部）公章后报送至教务部学籍管理科。学院（部）初选名单应于报送之日起，在学院（部）网站的显著位置公示10个工作日。</w:t>
      </w:r>
    </w:p>
    <w:p>
      <w:r>
        <w:t>四、有关管理事项</w:t>
      </w:r>
    </w:p>
    <w:p>
      <w:r>
        <w:t>推免生出现下列情形之一的，取消其推免生资格：</w:t>
      </w:r>
    </w:p>
    <w:p>
      <w:r>
        <w:t>1．在申请推免生过程中发现有弄虚作假行为的。申请人所提交的线上材料务必确保真实可靠，待返校后提交原件予以复核，凡出现加分项存在抄袭、造假、冒名、有名无实等情况，不论进入到推免程序哪一阶段，一律取消推免资格，并列入在读期间评优评先评奖黑名单，记入诚信档案。</w:t>
      </w:r>
    </w:p>
    <w:p>
      <w:r>
        <w:t>2．违反校纪校规，受到学校纪律处分未解除者，或被追究法律责任的。</w:t>
      </w:r>
    </w:p>
    <w:p>
      <w:r>
        <w:t>3．本科毕业时不能获得学士学位的。</w:t>
      </w:r>
    </w:p>
    <w:p>
      <w:r>
        <w:t>五、综合评价细则</w:t>
      </w:r>
    </w:p>
    <w:p>
      <w:r>
        <w:t>1．综合评价成绩将作为推免生遴选标准，重点考察申请人的本科学习基础，以及是否具有进入硕士学习的素养、潜能等综合能力。</w:t>
      </w:r>
    </w:p>
    <w:p>
      <w:r>
        <w:t>2．综合评价成绩（满分500分）=学业成绩（GPA*100）+发展素质成绩（满分100分），其中，发展素质成绩按以下五项打分：参军入伍服兵役（最高20分）、参加志愿服务（最高10分）、到国际组织实习（最高10分）、科研成果（最高30分）、竞赛获奖（最高30分）等。</w:t>
      </w:r>
    </w:p>
    <w:p>
      <w:r>
        <w:t>3．具体分值参照附件1《政治与公共管理学院申请推免学生发展素质成绩情况加分明细表》。所有加分评定均严格依据明示的推免选拔标准进行。其中，学术论文以正式发表刊物为准，用稿通知不作为加分依据。各加分项目中，若同一项目在多个加分点均可适用时，取最高分值项予以认定，不重复或交叉认定。</w:t>
      </w:r>
    </w:p>
    <w:p>
      <w:r>
        <w:t>4．总分排序原则：</w:t>
      </w:r>
    </w:p>
    <w:p>
      <w:r>
        <w:t>（1）按综合评价成绩，保留小数点后一位，由高到低进行排序。</w:t>
      </w:r>
    </w:p>
    <w:p>
      <w:r>
        <w:t>（2）综合评价成绩相同时，按GPA（保留一位小数）进行排序，GPA高者优先。</w:t>
      </w:r>
    </w:p>
    <w:p>
      <w:r>
        <w:t>（3）综合评价成绩相同时，且GPA（保留一位小数）相同时，需计算学生GPA具体数值（保留小数点后若干位），GPA高者优先。</w:t>
      </w:r>
    </w:p>
    <w:p>
      <w:r>
        <w:t>六、推荐名额及其他</w:t>
      </w:r>
    </w:p>
    <w:p>
      <w:r>
        <w:t>1.学校根据学院2022届本科预毕业在校生数分配学院推免人数为28+1（其中含学科领域指定倾斜到思想政治教育专业名额1个），学院根据各系科2022届本科预毕业人数的5%下达推荐名额，结合硕士研究生升学率、硕士博士学位点分布、教育部学科评估、省本科专业综合评估、一流本科专业建设、重点学科、优势学科等情况进行适当调整。</w:t>
      </w:r>
    </w:p>
    <w:p>
      <w:r>
        <w:t>2．未尽事宜以《苏州大学推荐优秀应届本科毕业生免试攻读研究生工作实施办法》（苏大教〔2021〕65号）为准。</w:t>
      </w:r>
    </w:p>
    <w:p>
      <w:r>
        <w:t>3．本细则的解释权归学院推免生遴选工作小组所有。如对遴选结果存在异议，请在公示10个工作日内以书面形式与政治与公共管理学院推免生遴选工作小组联系（学院联系电话：0512-65880163，电子邮箱：klzhang@suda.edu.cn;教务部联系电话：0512-67163652，电子邮箱：pumanli@suda.edu.cn）提出，并提供必要的证明材料。为便于核实查证，确保客观公正处理异议，提出异议的单位或者个人应当表明真实身份，并提供有效联系方式。凡匿名、冒名或超出期限的异议不予受理。学生对学院解释仍存异议的，可向学校教务部信箱实名申诉。</w:t>
      </w:r>
    </w:p>
    <w:p>
      <w:r>
        <w:t>苏州大学政治与公共管理学院</w:t>
      </w:r>
    </w:p>
    <w:p>
      <w:r>
        <w:t>2021年9月13日</w:t>
      </w:r>
    </w:p>
    <w:p>
      <w:r>
        <w:t>附件1：政治与公共管理学院申请推免学生发展素质成绩情况加分明细.xls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