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2018年本科生推免研究生公示</w:t>
      </w:r>
    </w:p>
    <w:p>
      <w:r>
        <w:t>苏州大学外国语学院推荐优秀应届本科毕业生2018年免试攻读硕士学位研究生名单公示</w:t>
      </w:r>
    </w:p>
    <w:p>
      <w:r>
        <w:t>外国语学院推荐优秀应届本科毕业生2018年免试攻读硕士学位研究生名单公示</w:t>
      </w:r>
    </w:p>
    <w:p>
      <w:r>
        <w:t>苏州大学外国语学院2017/9/15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