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外国语学院推荐2025年优秀应届本科毕业生免试攻读研究生的综合评价总分及初选名单公示</w:t>
      </w:r>
    </w:p>
    <w:p>
      <w:r>
        <w:t>根据《苏州大学推荐优秀应届本科毕业生免试攻读研究生工作实施办法》（2021年修订）、《关于组织开展推荐2025年优秀应届本科毕业生免试攻读研究生工作的通知》（教字﹝ 2024 ﹞ 190号）和《外国语学院推荐2025年优秀应届本科毕业生免试攻读研究生实施细则》等文件精神，经学生申请、学院审核和综合测评，外国语学院对推荐2025年优秀应届本科毕业生免试攻读研究生的综合评价总分及初选名单进行公示（见附件）。</w:t>
      </w:r>
    </w:p>
    <w:p>
      <w:r>
        <w:t>广大师生若对公示名单有异议，请于本公示发布之起7日内，以书面、实名的方式与院教务办或学校教务处联系，申诉联系方式：外国语学院教务办范立老师，电话0512-65243010，邮箱lfan@suda.edu.cn；苏州大学教务处，电话0512-67163652，邮箱xlhu@suda.edu.cn。</w:t>
      </w:r>
    </w:p>
    <w:p>
      <w:r>
        <w:t>特此通知。</w:t>
      </w:r>
    </w:p>
    <w:p>
      <w:r>
        <w:t>外国语学院推荐2025年优秀应届本科毕业生免试攻读研究生综合评价总分及初选情况表.xls</w:t>
      </w:r>
    </w:p>
    <w:p>
      <w:r>
        <w:t>苏州大学外国语学院</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