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外国语学院推免研究生名单公示</w:t>
      </w:r>
    </w:p>
    <w:p>
      <w:r>
        <w:t>Header</w:t>
      </w:r>
    </w:p>
    <w:p>
      <w:r>
        <w:t>Nav</w:t>
      </w:r>
    </w:p>
    <w:p>
      <w:r>
        <w:t>编辑: admin来源:外国语学院时间: 2014-09-12点击: 1282</w:t>
      </w:r>
    </w:p>
    <w:p>
      <w:r>
        <w:t>外国语学院推荐优秀应届本科毕业生2015年免试攻读硕士学位研究生名单</w:t>
      </w:r>
    </w:p>
    <w:p>
      <w:r>
        <w:t>请点击图标下载浏览：</w:t>
      </w:r>
    </w:p>
    <w:p>
      <w:r>
        <w:t>附件</w:t>
      </w:r>
    </w:p>
    <w:p>
      <w:r>
        <w:t>扫描二维码，通过移动端访问</w:t>
      </w:r>
    </w:p>
    <w:p>
      <w:r>
        <w:t>Footer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