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关于基础医学院推荐2025年优秀应届本科毕业生免试攻读研究生发展素质成绩评定情况的公示</w:t>
      </w:r>
    </w:p>
    <w:p>
      <w:r>
        <w:t>根据学校《关于印发《苏州大学推荐优秀应届本科毕业生免试攻读研究生工作实施办法（2021年修订）》的通知》（苏大教〔2021〕65号）以及《苏州医学院推荐2025年优秀应届本科毕业生免试攻读研究生实施细则》等文件要求，基础医学院组织专家审核小组完成了对法医学专业推荐2025年优秀应届本科毕业生免试攻读研究生发展素质成绩的评定工作。</w:t>
      </w:r>
    </w:p>
    <w:p>
      <w:r>
        <w:t>现予以公示，公示时间截止至2024年9月16日12:00。如有异议，请于公示期内反馈至基础医学院教学办公室。联系人：李颖，电话：0512-65880141，邮箱：yli2@suda.edu.cn。</w:t>
      </w:r>
    </w:p>
    <w:p>
      <w:r>
        <w:t>法医学-附件3：苏州大学苏州医学院推荐2025年优秀应届本科毕业生免试攻读研究生发展素质成绩评定项目汇总表.xlsx -公示版本.xlsx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