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商学院推荐2027届优秀应届本科毕业生免试攻读研究生工作实施细则</w:t>
      </w:r>
    </w:p>
    <w:p>
      <w:r>
        <w:t>依据教育部办公厅《全国高等学校推荐优秀应届本科毕业生免试攻读研究生工作管理规定》（教学厅〔2026〕1号）、《苏州大学推荐优秀应届本科毕业生免试攻读研究生实施办法》（苏大教〔2025〕50号）和学校《关于组织开展推荐2027届优秀应届本科毕业生免试攻读研究生工作的通知》（教字﹝ 2026 ﹞ 181号）精神和要求，为做好我院2027届优秀应届本科毕业生免试攻读硕士学位研究生（以下简称推免生）的推荐工作，结合我院实际，特制定本工作实施细则。</w:t>
      </w:r>
    </w:p>
    <w:p>
      <w:r>
        <w:t>一、组织机构</w:t>
      </w:r>
    </w:p>
    <w:p>
      <w:r>
        <w:t>（一）推免工作小组</w:t>
      </w:r>
    </w:p>
    <w:p>
      <w:r>
        <w:t>学院（部）成立推免工作小组，由学院主要负责人任组长。推免工作小组负责制定本单位推免工作细则，并组织与实施具体工作，含解读推免政策、成立材料审核专家组、开展综合评价与遴选、调查处理异议反馈等。推免相关重要事项须学院（部）推免工作小组集体决策，并由党政联席会议进行审定。</w:t>
      </w:r>
    </w:p>
    <w:p>
      <w:r>
        <w:t>（二）材料审核专家组</w:t>
      </w:r>
    </w:p>
    <w:p>
      <w:r>
        <w:t>成立材料审核专家组。材料审核专家组成员应具有相关学科副教授及以上职称，一般不少于五人，且不宜与推免工作小组成员完全重合，负责对申请推免学生的科研成果、竞赛获奖等的真实性、原创性进行审核鉴定。</w:t>
      </w:r>
    </w:p>
    <w:p>
      <w:r>
        <w:t>专家成员两人一组，背对背各自对学生的材料进行审核鉴定和评分，全部完成后再找同组专家核对。如结果完全一致，两位专家签字确认。如结果不一致，组长召集全体专家现场讨论决定。对部分科研竞赛等加分项目，根据实际情况，专家组可组织公开答辩，答辩全程录音录像。相关材料由学院教务办负责存档。</w:t>
      </w:r>
    </w:p>
    <w:p>
      <w:r>
        <w:t>二、申请对象及条件</w:t>
      </w:r>
    </w:p>
    <w:p>
      <w:r>
        <w:t>（一）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二）纳入国家普通本科招生计划录取，未曾计入历年应届本科毕业生范围、未曾参与过推免环节的应届本科毕业生（不含第二学士学位学生）；不属于委托培养、定向生、免费医学生等招生时即明确不得报考研究生的情形。</w:t>
      </w:r>
    </w:p>
    <w:p>
      <w:r>
        <w:t>（三）具有学术研究的兴趣和潜力，学习刻苦、勤奋，且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平均学分绩点（GPA）在本专业名列前茅，外语水平优秀。</w:t>
      </w:r>
    </w:p>
    <w:p>
      <w:r>
        <w:t>三、工作流程</w:t>
      </w:r>
    </w:p>
    <w:p>
      <w:r>
        <w:t>（一）部署动员。9月1-7日，及时向学生传达学校推免工作通知精神，成立学院推免工作小组，制定具体实施细则。</w:t>
      </w:r>
    </w:p>
    <w:p>
      <w:r>
        <w:t>（二）学生申请。9月7日（周一）上午10:00至9月9日（周三）下午17:00，符合推免申请条件的学生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学生只需要在系统中完成申请报名，系统中不上传证明材料。</w:t>
      </w:r>
    </w:p>
    <w:p>
      <w:r>
        <w:t>教务处将于缓考成绩录入完成后，于9月10日晚统一刷新推免申请系统中的成绩及排名等信息，即为用于此次推免工作综合评价及遴选的学生成绩。学生提交推免申请时网页界面显示的GPA及排名仅供参考。</w:t>
      </w:r>
    </w:p>
    <w:p>
      <w:r>
        <w:t>（三）递交证明材料和承诺书</w:t>
      </w:r>
    </w:p>
    <w:p>
      <w:r>
        <w:t>请申请推免的同学及时加入QQ群1094219339，流程中未尽事宜将在群内补充通知。</w:t>
      </w:r>
    </w:p>
    <w:p>
      <w:r>
        <w:t>证明材料原件、承诺书（见学校推免通知附件3）和《自评表》（QQ群内提供）纸质稿，请装入透明文件袋并贴上“姓名学号”，于9月9日13:30-17:00交至财经科学馆204（逾期不受理）。承诺书和《自评表》纸质稿须手写签名。</w:t>
      </w:r>
    </w:p>
    <w:p>
      <w:r>
        <w:t>证明材料扫描件、承诺书扫描件和《自评表》的电子稿，以“姓名学号”打包命名，于9月9日17:00前发往邮箱：yanhongwei@suda.edu.cn。提交的电子稿与纸质稿材料内容须完全一致。</w:t>
      </w:r>
    </w:p>
    <w:p>
      <w:r>
        <w:t>“研究生支教团计划”申请学生的综合评价及遴选工作由校团委负责，材料请按团委通知另行提交。</w:t>
      </w:r>
    </w:p>
    <w:p>
      <w:r>
        <w:t>（四）9月7-11日，资格审核。学院教务办公室工作人员根据推免条件对申请人进行资格初步审查，确定有资格参加综合评价的人选。</w:t>
      </w:r>
    </w:p>
    <w:p>
      <w:r>
        <w:t>（五）9月11-12日，综合评价。学院材料审核专家组对学生提交的材料进行审核鉴定和评分。</w:t>
      </w:r>
    </w:p>
    <w:p>
      <w:r>
        <w:t>（六）9月13日（周日）中午12:00前，学院在“推免申请系统”中录入初选和候补学生的综合评价成绩等信息，并做好候补顺序标注后，点击“上报初选名单到教务处”完成初选名单电子文本的报送工作。</w:t>
      </w:r>
    </w:p>
    <w:p>
      <w:r>
        <w:t>（七）9月13日前，公示。初选及候补名单自推免申请系统中上报之日起，学院在网站显著位置公示7日。</w:t>
      </w:r>
    </w:p>
    <w:p>
      <w:r>
        <w:t>四、名额分配</w:t>
      </w:r>
    </w:p>
    <w:p>
      <w:r>
        <w:t>商学院2027届本科生推免指标分配表</w:t>
      </w:r>
    </w:p>
    <w:tbl>
      <w:tblPr>
        <w:tblStyle w:val="TableGrid"/>
        <w:tblW w:type="auto" w:w="0"/>
        <w:tblLook w:firstColumn="1" w:firstRow="1" w:lastColumn="0" w:lastRow="0" w:noHBand="0" w:noVBand="1" w:val="04A0"/>
      </w:tblPr>
      <w:tblGrid>
        <w:gridCol w:w="2880"/>
        <w:gridCol w:w="2880"/>
        <w:gridCol w:w="2880"/>
      </w:tblGrid>
      <w:tr>
        <w:tc>
          <w:tcPr>
            <w:tcW w:type="dxa" w:w="2880"/>
          </w:tcPr>
          <w:p>
            <w:r>
              <w:t>年级专业</w:t>
            </w:r>
          </w:p>
        </w:tc>
        <w:tc>
          <w:tcPr>
            <w:tcW w:type="dxa" w:w="2880"/>
          </w:tcPr>
          <w:p>
            <w:r>
              <w:t>学生人数</w:t>
            </w:r>
          </w:p>
        </w:tc>
        <w:tc>
          <w:tcPr>
            <w:tcW w:type="dxa" w:w="2880"/>
          </w:tcPr>
          <w:p>
            <w:r>
              <w:t>指标分配</w:t>
            </w:r>
          </w:p>
        </w:tc>
      </w:tr>
      <w:tr>
        <w:tc>
          <w:tcPr>
            <w:tcW w:type="dxa" w:w="2880"/>
          </w:tcPr>
          <w:p>
            <w:r>
              <w:t>23级工商管理</w:t>
            </w:r>
          </w:p>
        </w:tc>
        <w:tc>
          <w:tcPr>
            <w:tcW w:type="dxa" w:w="2880"/>
          </w:tcPr>
          <w:p>
            <w:r>
              <w:t>23</w:t>
            </w:r>
          </w:p>
        </w:tc>
        <w:tc>
          <w:tcPr>
            <w:tcW w:type="dxa" w:w="2880"/>
          </w:tcPr>
          <w:p>
            <w:r>
              <w:t>5</w:t>
            </w:r>
          </w:p>
        </w:tc>
      </w:tr>
      <w:tr>
        <w:tc>
          <w:tcPr>
            <w:tcW w:type="dxa" w:w="2880"/>
          </w:tcPr>
          <w:p>
            <w:r>
              <w:t>23级财政学</w:t>
            </w:r>
          </w:p>
        </w:tc>
        <w:tc>
          <w:tcPr>
            <w:tcW w:type="dxa" w:w="2880"/>
          </w:tcPr>
          <w:p>
            <w:r>
              <w:t>33</w:t>
            </w:r>
          </w:p>
        </w:tc>
        <w:tc>
          <w:tcPr>
            <w:tcW w:type="dxa" w:w="2880"/>
          </w:tcPr>
          <w:p>
            <w:r>
              <w:t>6</w:t>
            </w:r>
          </w:p>
        </w:tc>
      </w:tr>
      <w:tr>
        <w:tc>
          <w:tcPr>
            <w:tcW w:type="dxa" w:w="2880"/>
          </w:tcPr>
          <w:p>
            <w:r>
              <w:t>23级会计学</w:t>
            </w:r>
          </w:p>
        </w:tc>
        <w:tc>
          <w:tcPr>
            <w:tcW w:type="dxa" w:w="2880"/>
          </w:tcPr>
          <w:p>
            <w:r>
              <w:t>32</w:t>
            </w:r>
          </w:p>
        </w:tc>
        <w:tc>
          <w:tcPr>
            <w:tcW w:type="dxa" w:w="2880"/>
          </w:tcPr>
          <w:p>
            <w:r>
              <w:t>6</w:t>
            </w:r>
          </w:p>
        </w:tc>
      </w:tr>
      <w:tr>
        <w:tc>
          <w:tcPr>
            <w:tcW w:type="dxa" w:w="2880"/>
          </w:tcPr>
          <w:p>
            <w:r>
              <w:t>23级经济学</w:t>
            </w:r>
          </w:p>
        </w:tc>
        <w:tc>
          <w:tcPr>
            <w:tcW w:type="dxa" w:w="2880"/>
          </w:tcPr>
          <w:p>
            <w:r>
              <w:t>33</w:t>
            </w:r>
          </w:p>
        </w:tc>
        <w:tc>
          <w:tcPr>
            <w:tcW w:type="dxa" w:w="2880"/>
          </w:tcPr>
          <w:p>
            <w:r>
              <w:t>6</w:t>
            </w:r>
          </w:p>
        </w:tc>
      </w:tr>
      <w:tr>
        <w:tc>
          <w:tcPr>
            <w:tcW w:type="dxa" w:w="2880"/>
          </w:tcPr>
          <w:p>
            <w:r>
              <w:t>23级金融学（中外合作）</w:t>
            </w:r>
          </w:p>
        </w:tc>
        <w:tc>
          <w:tcPr>
            <w:tcW w:type="dxa" w:w="2880"/>
          </w:tcPr>
          <w:p>
            <w:r>
              <w:t>88</w:t>
            </w:r>
          </w:p>
        </w:tc>
        <w:tc>
          <w:tcPr>
            <w:tcW w:type="dxa" w:w="2880"/>
          </w:tcPr>
          <w:p>
            <w:r>
              <w:t>15</w:t>
            </w:r>
          </w:p>
        </w:tc>
      </w:tr>
      <w:tr>
        <w:tc>
          <w:tcPr>
            <w:tcW w:type="dxa" w:w="2880"/>
          </w:tcPr>
          <w:p>
            <w:r>
              <w:t>2023金融学（金融+计算机双学士学位）</w:t>
            </w:r>
          </w:p>
        </w:tc>
        <w:tc>
          <w:tcPr>
            <w:tcW w:type="dxa" w:w="2880"/>
          </w:tcPr>
          <w:p>
            <w:r>
              <w:t>47</w:t>
            </w:r>
          </w:p>
        </w:tc>
        <w:tc>
          <w:tcPr>
            <w:tcW w:type="dxa" w:w="2880"/>
          </w:tcPr>
          <w:p>
            <w:r>
              <w:t>8</w:t>
            </w:r>
          </w:p>
        </w:tc>
      </w:tr>
      <w:tr>
        <w:tc>
          <w:tcPr>
            <w:tcW w:type="dxa" w:w="2880"/>
          </w:tcPr>
          <w:p>
            <w:r>
              <w:t>2023会计学（会计学+人工智能双学士学位）</w:t>
            </w:r>
          </w:p>
        </w:tc>
        <w:tc>
          <w:tcPr>
            <w:tcW w:type="dxa" w:w="2880"/>
          </w:tcPr>
          <w:p>
            <w:r>
              <w:t>37</w:t>
            </w:r>
          </w:p>
        </w:tc>
        <w:tc>
          <w:tcPr>
            <w:tcW w:type="dxa" w:w="2880"/>
          </w:tcPr>
          <w:p>
            <w:r>
              <w:t>7</w:t>
            </w:r>
          </w:p>
        </w:tc>
      </w:tr>
      <w:tr>
        <w:tc>
          <w:tcPr>
            <w:tcW w:type="dxa" w:w="2880"/>
          </w:tcPr>
          <w:p>
            <w:r>
              <w:t>合计</w:t>
            </w:r>
          </w:p>
        </w:tc>
        <w:tc>
          <w:tcPr>
            <w:tcW w:type="dxa" w:w="2880"/>
          </w:tcPr>
          <w:p>
            <w:r>
              <w:t>293</w:t>
            </w:r>
          </w:p>
        </w:tc>
        <w:tc>
          <w:tcPr>
            <w:tcW w:type="dxa" w:w="2880"/>
          </w:tcPr>
          <w:p>
            <w:r>
              <w:t>53</w:t>
            </w:r>
          </w:p>
        </w:tc>
      </w:tr>
    </w:tbl>
    <w:p>
      <w:r>
        <w:t>五、综合评价及遴选办法</w:t>
      </w:r>
    </w:p>
    <w:p>
      <w:r>
        <w:t>综合评价成绩（满分500分）=学业成绩（GPA*100）+发展素质成绩（满分100分）。其中，GPA保留小数点后两位。</w:t>
      </w:r>
    </w:p>
    <w:p>
      <w:r>
        <w:t>推免综合评价所用课程成绩为首次修读成绩，计算与记载方式按照我校学籍管理办法执行。</w:t>
      </w:r>
    </w:p>
    <w:p>
      <w:r>
        <w:t>发展素质成绩按以下五个方面打分：参军入伍服兵役（最高20分）、参加有组织的志愿服务（最高10分）、参加有组织的国际组织实习（最高10分）、科研成果（最高30分）、竞赛获奖（最高30分）。其中科研成果和竞赛获奖须与学生所在的学科专业相关。申请人在某一方面下有多个加分项时，采取不累加原则，只取该方面下得分最高项。发展素质打分表详见附件。</w:t>
      </w:r>
    </w:p>
    <w:p>
      <w:r>
        <w:t>在读期间曾有参军入伍经历的本科生，若符合推免申请条件，且在部队荣立二等功及以上，可直接获得推免资格。</w:t>
      </w:r>
    </w:p>
    <w:p>
      <w:r>
        <w:t>推荐学生名单的确定按照各专业申请学生综合评价成绩总分排序。综合评价成绩总分=（GPA × 100）+发展素质成绩，其中，GPA保留小数点后两位。各专业根据本专业申请学生的综合评价成绩总分由高到低进行排序，综合评价成绩总分相同时，按照GPA（保留4位小数）成绩高者优先原则排序。学院按学校下达推荐名额的1:1确定初步推荐名单，并确定1-2名候补人员。</w:t>
      </w:r>
    </w:p>
    <w:p>
      <w:r>
        <w:t>候补名单的确定，在全院已申请且未入选推荐名单的学生中，按照学生综合评价成绩总分由高到低进行排序，综合评价成绩总分相同时，按照GPA（保留4位小数）成绩高者优先原则排序（明年候补名单的排序会考虑专业建设情况作适当调整）。</w:t>
      </w:r>
    </w:p>
    <w:p>
      <w:r>
        <w:t>六、工作纪律、回避报备与材料归档</w:t>
      </w:r>
    </w:p>
    <w:p>
      <w:r>
        <w:t>（一）回避与报备</w:t>
      </w:r>
    </w:p>
    <w:p>
      <w:r>
        <w:t>推免遴选相关工作人员，如有直系亲属或其他利益相关者报名参加本校推免，应主动向所在学院（部）报备并全程回避；如有非直系亲属等报名参加本校推免，应主动向所在学院（部）报备。相关学生申请参加推免遴选时也应主动报备。本校中层及以上领导干部，若子女在本校参加推免，应主动向子女所在学院（部）报备并全程回避。</w:t>
      </w:r>
    </w:p>
    <w:p>
      <w:r>
        <w:t>9月9日前，相关工作人员、申请学生的回避及报备声明请以书面方式发送到指定的邮箱: yanhongwei@suda.edu.cn,报备联系人：严老师。</w:t>
      </w:r>
    </w:p>
    <w:p>
      <w:r>
        <w:t>（二）加分指标认定审核</w:t>
      </w:r>
    </w:p>
    <w:p>
      <w:r>
        <w:t>各加分项目须提供相关证明材料原件，并同时提供扫描件，两者须完全一致，缺一不可。</w:t>
      </w:r>
    </w:p>
    <w:p>
      <w:r>
        <w:t>学院成立专家审核小组（具有相关学科副教授及以上职称，不少于5人），负责审核、鉴定学生以上各项评价内容并打分。必要时可会同本研究领域权威专家、相关期刊杂志单位或赛事主办单位等，对申请推免资格学生的科研创新成果、论文、竞赛获奖奖项及内容进行审核鉴定，排除抄袭、造假、冒名及有名无实等情况。对与指导老师联合发表论文或参赛的，指导老师应出具推荐信，客观陈述学生在联合成果中所做的实际贡献。</w:t>
      </w:r>
    </w:p>
    <w:p>
      <w:r>
        <w:t>学生与其亲属或其他利益相关者合作的科研成果、竞赛获奖，原则上不纳入加分指标认定范围。</w:t>
      </w:r>
    </w:p>
    <w:p>
      <w:r>
        <w:t>（三）材料归档</w:t>
      </w:r>
    </w:p>
    <w:p>
      <w:r>
        <w:t>学院教务办负责归档推免工作材料，包括学生提交证明材料的原件扫描件、苏州大学推荐应届本科毕业生免试攻读研究生申请承诺书、自评表、专家评分表、推免工作回避及报备统计表、推免初选名单及综合评价总分表、相关录音录像等。纸质材料保留不少于1年，电子扫描版和录音录像等电子材料保留不少于5年。所有纸质材料均电子扫描保存，按届别建立归档台账。</w:t>
      </w:r>
    </w:p>
    <w:p>
      <w:r>
        <w:t>七、咨询及申诉渠道</w:t>
      </w:r>
    </w:p>
    <w:p>
      <w:r>
        <w:t>学生对推免工作若有疑问或异议，可实名及时向学院和学校教务处学籍管理科咨询或反映。由学院推免工作小组负责处理。</w:t>
      </w:r>
    </w:p>
    <w:p>
      <w:r>
        <w:t>学院联系人：严老师，电话67162218，邮箱：yanhongwei@suda.edu.cn</w:t>
      </w:r>
    </w:p>
    <w:p>
      <w:r>
        <w:t>学校教务处学籍科联系人：胡老师，电话67163652，邮箱：xlhu@suda.edu.cn。</w:t>
      </w:r>
    </w:p>
    <w:p>
      <w:r>
        <w:t>八、其他事项说明</w:t>
      </w:r>
    </w:p>
    <w:p>
      <w:r>
        <w:t>（一）对申请人在申请推免过程中弄虚作假者，取消其推免生资格并严肃追究其责任。对不能按期毕业或不能获得学士学位证书的本科学生，视为自动放弃推免生资格。</w:t>
      </w:r>
    </w:p>
    <w:p>
      <w:r>
        <w:t>（二）为保障广大毕业生的权益，特别强调：获得本校推免资格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学院将不为报考公务员和国有企事业单位的学生提供政审支持。</w:t>
      </w:r>
    </w:p>
    <w:p>
      <w:r>
        <w:t>（三）本细则未尽事宜，由商学院推免工作小组讨论决定，并负责解释。</w:t>
      </w:r>
    </w:p>
    <w:p>
      <w:r>
        <w:t>商学院</w:t>
      </w:r>
    </w:p>
    <w:p>
      <w:r>
        <w:t>二○二六年九月</w:t>
      </w:r>
    </w:p>
    <w:p>
      <w:r>
        <w:t>商学院申请推免硕士研究生学生发展素质加分附表</w:t>
      </w:r>
    </w:p>
    <w:p>
      <w:r>
        <w:t>附表1：入伍服兵役、参加有组织的志愿服务和国际组织实习加分</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方面</w:t>
            </w:r>
          </w:p>
        </w:tc>
        <w:tc>
          <w:tcPr>
            <w:tcW w:type="dxa" w:w="1440"/>
          </w:tcPr>
          <w:p>
            <w:r>
              <w:t>项目</w:t>
            </w:r>
          </w:p>
        </w:tc>
        <w:tc>
          <w:tcPr>
            <w:tcW w:type="dxa" w:w="1440"/>
          </w:tcPr>
          <w:p>
            <w:r>
              <w:t>等级</w:t>
            </w:r>
          </w:p>
        </w:tc>
        <w:tc>
          <w:tcPr>
            <w:tcW w:type="dxa" w:w="1440"/>
          </w:tcPr>
          <w:p>
            <w:r>
              <w:t>排名</w:t>
            </w:r>
          </w:p>
        </w:tc>
        <w:tc>
          <w:tcPr>
            <w:tcW w:type="dxa" w:w="1440"/>
          </w:tcPr>
          <w:p>
            <w:r>
              <w:t>对应分值</w:t>
            </w:r>
          </w:p>
        </w:tc>
        <w:tc>
          <w:tcPr>
            <w:tcW w:type="dxa" w:w="1440"/>
          </w:tcPr>
          <w:p>
            <w:r>
              <w:t>备注</w:t>
            </w:r>
          </w:p>
        </w:tc>
      </w:tr>
      <w:tr>
        <w:tc>
          <w:tcPr>
            <w:tcW w:type="dxa" w:w="1440"/>
          </w:tcPr>
          <w:p>
            <w:r>
              <w:t>入伍服兵役</w:t>
            </w:r>
          </w:p>
        </w:tc>
        <w:tc>
          <w:tcPr>
            <w:tcW w:type="dxa" w:w="1440"/>
          </w:tcPr>
          <w:p>
            <w:r>
              <w:t>完成义务兵役</w:t>
            </w:r>
          </w:p>
        </w:tc>
        <w:tc>
          <w:tcPr>
            <w:tcW w:type="dxa" w:w="1440"/>
          </w:tcPr>
          <w:p>
            <w:r/>
          </w:p>
        </w:tc>
        <w:tc>
          <w:tcPr>
            <w:tcW w:type="dxa" w:w="1440"/>
          </w:tcPr>
          <w:p>
            <w:r/>
          </w:p>
        </w:tc>
        <w:tc>
          <w:tcPr>
            <w:tcW w:type="dxa" w:w="1440"/>
          </w:tcPr>
          <w:p>
            <w:r>
              <w:t>20</w:t>
            </w:r>
          </w:p>
        </w:tc>
        <w:tc>
          <w:tcPr>
            <w:tcW w:type="dxa" w:w="1440"/>
          </w:tcPr>
          <w:p>
            <w:r>
              <w:t>需正常完成服役</w:t>
            </w:r>
          </w:p>
        </w:tc>
      </w:tr>
      <w:tr>
        <w:tc>
          <w:tcPr>
            <w:tcW w:type="dxa" w:w="1440"/>
          </w:tcPr>
          <w:p>
            <w:r>
              <w:t>参加志愿服务</w:t>
            </w:r>
          </w:p>
        </w:tc>
        <w:tc>
          <w:tcPr>
            <w:tcW w:type="dxa" w:w="1440"/>
          </w:tcPr>
          <w:p>
            <w:r>
              <w:t>国际机构组织的活动志愿者</w:t>
            </w:r>
          </w:p>
        </w:tc>
        <w:tc>
          <w:tcPr>
            <w:tcW w:type="dxa" w:w="1440"/>
          </w:tcPr>
          <w:p>
            <w:r/>
          </w:p>
        </w:tc>
        <w:tc>
          <w:tcPr>
            <w:tcW w:type="dxa" w:w="1440"/>
          </w:tcPr>
          <w:p>
            <w:r/>
          </w:p>
        </w:tc>
        <w:tc>
          <w:tcPr>
            <w:tcW w:type="dxa" w:w="1440"/>
          </w:tcPr>
          <w:p>
            <w:r>
              <w:t>10</w:t>
            </w:r>
          </w:p>
        </w:tc>
        <w:tc>
          <w:tcPr>
            <w:tcW w:type="dxa" w:w="1440"/>
          </w:tcPr>
          <w:p>
            <w:r>
              <w:t>需履行报备手续，并出具官方证明文件</w:t>
            </w:r>
          </w:p>
        </w:tc>
      </w:tr>
      <w:tr>
        <w:tc>
          <w:tcPr>
            <w:tcW w:type="dxa" w:w="1440"/>
          </w:tcPr>
          <w:p>
            <w:r>
              <w:t>国家层面组织的活动志愿者</w:t>
            </w:r>
          </w:p>
        </w:tc>
        <w:tc>
          <w:tcPr>
            <w:tcW w:type="dxa" w:w="1440"/>
          </w:tcPr>
          <w:p>
            <w:r/>
          </w:p>
        </w:tc>
        <w:tc>
          <w:tcPr>
            <w:tcW w:type="dxa" w:w="1440"/>
          </w:tcPr>
          <w:p>
            <w:r/>
          </w:p>
        </w:tc>
        <w:tc>
          <w:tcPr>
            <w:tcW w:type="dxa" w:w="1440"/>
          </w:tcPr>
          <w:p>
            <w:r>
              <w:t>8</w:t>
            </w:r>
          </w:p>
        </w:tc>
        <w:tc>
          <w:tcPr>
            <w:tcW w:type="dxa" w:w="1440"/>
          </w:tcPr>
          <w:p>
            <w:r>
              <w:t>需履行报备手续，并出具官方证明文件</w:t>
            </w:r>
          </w:p>
        </w:tc>
        <w:tc>
          <w:tcPr>
            <w:tcW w:type="dxa" w:w="1440"/>
          </w:tcPr>
          <w:p/>
        </w:tc>
      </w:tr>
      <w:tr>
        <w:tc>
          <w:tcPr>
            <w:tcW w:type="dxa" w:w="1440"/>
          </w:tcPr>
          <w:p>
            <w:r>
              <w:t>省（部）级人民政府组织的活动志愿者</w:t>
            </w:r>
          </w:p>
        </w:tc>
        <w:tc>
          <w:tcPr>
            <w:tcW w:type="dxa" w:w="1440"/>
          </w:tcPr>
          <w:p>
            <w:r/>
          </w:p>
        </w:tc>
        <w:tc>
          <w:tcPr>
            <w:tcW w:type="dxa" w:w="1440"/>
          </w:tcPr>
          <w:p>
            <w:r/>
          </w:p>
        </w:tc>
        <w:tc>
          <w:tcPr>
            <w:tcW w:type="dxa" w:w="1440"/>
          </w:tcPr>
          <w:p>
            <w:r>
              <w:t>6</w:t>
            </w:r>
          </w:p>
        </w:tc>
        <w:tc>
          <w:tcPr>
            <w:tcW w:type="dxa" w:w="1440"/>
          </w:tcPr>
          <w:p>
            <w:r>
              <w:t>需履行报备手续，并出具官方证明文件</w:t>
            </w:r>
          </w:p>
        </w:tc>
        <w:tc>
          <w:tcPr>
            <w:tcW w:type="dxa" w:w="1440"/>
          </w:tcPr>
          <w:p/>
        </w:tc>
      </w:tr>
      <w:tr>
        <w:tc>
          <w:tcPr>
            <w:tcW w:type="dxa" w:w="1440"/>
          </w:tcPr>
          <w:p>
            <w:r>
              <w:t>义务献血</w:t>
            </w:r>
          </w:p>
        </w:tc>
        <w:tc>
          <w:tcPr>
            <w:tcW w:type="dxa" w:w="1440"/>
          </w:tcPr>
          <w:p>
            <w:r/>
          </w:p>
        </w:tc>
        <w:tc>
          <w:tcPr>
            <w:tcW w:type="dxa" w:w="1440"/>
          </w:tcPr>
          <w:p>
            <w:r/>
          </w:p>
        </w:tc>
        <w:tc>
          <w:tcPr>
            <w:tcW w:type="dxa" w:w="1440"/>
          </w:tcPr>
          <w:p>
            <w:r>
              <w:t>3</w:t>
            </w:r>
          </w:p>
        </w:tc>
        <w:tc>
          <w:tcPr>
            <w:tcW w:type="dxa" w:w="1440"/>
          </w:tcPr>
          <w:p>
            <w:r/>
          </w:p>
        </w:tc>
        <w:tc>
          <w:tcPr>
            <w:tcW w:type="dxa" w:w="1440"/>
          </w:tcPr>
          <w:p/>
        </w:tc>
      </w:tr>
      <w:tr>
        <w:tc>
          <w:tcPr>
            <w:tcW w:type="dxa" w:w="1440"/>
          </w:tcPr>
          <w:p>
            <w:r>
              <w:t>其他活动志愿者（3次及以上）</w:t>
            </w:r>
          </w:p>
        </w:tc>
        <w:tc>
          <w:tcPr>
            <w:tcW w:type="dxa" w:w="1440"/>
          </w:tcPr>
          <w:p>
            <w:r/>
          </w:p>
        </w:tc>
        <w:tc>
          <w:tcPr>
            <w:tcW w:type="dxa" w:w="1440"/>
          </w:tcPr>
          <w:p>
            <w:r/>
          </w:p>
        </w:tc>
        <w:tc>
          <w:tcPr>
            <w:tcW w:type="dxa" w:w="1440"/>
          </w:tcPr>
          <w:p>
            <w:r>
              <w:t>3</w:t>
            </w:r>
          </w:p>
        </w:tc>
        <w:tc>
          <w:tcPr>
            <w:tcW w:type="dxa" w:w="1440"/>
          </w:tcPr>
          <w:p>
            <w:r/>
          </w:p>
        </w:tc>
        <w:tc>
          <w:tcPr>
            <w:tcW w:type="dxa" w:w="1440"/>
          </w:tcPr>
          <w:p/>
        </w:tc>
      </w:tr>
      <w:tr>
        <w:tc>
          <w:tcPr>
            <w:tcW w:type="dxa" w:w="1440"/>
          </w:tcPr>
          <w:p>
            <w:r>
              <w:t>国际组织实习</w:t>
            </w:r>
          </w:p>
        </w:tc>
        <w:tc>
          <w:tcPr>
            <w:tcW w:type="dxa" w:w="1440"/>
          </w:tcPr>
          <w:p>
            <w:r>
              <w:t>联合国等国际机构实习</w:t>
            </w:r>
          </w:p>
        </w:tc>
        <w:tc>
          <w:tcPr>
            <w:tcW w:type="dxa" w:w="1440"/>
          </w:tcPr>
          <w:p>
            <w:r/>
          </w:p>
        </w:tc>
        <w:tc>
          <w:tcPr>
            <w:tcW w:type="dxa" w:w="1440"/>
          </w:tcPr>
          <w:p>
            <w:r/>
          </w:p>
        </w:tc>
        <w:tc>
          <w:tcPr>
            <w:tcW w:type="dxa" w:w="1440"/>
          </w:tcPr>
          <w:p>
            <w:r>
              <w:t>10</w:t>
            </w:r>
          </w:p>
        </w:tc>
        <w:tc>
          <w:tcPr>
            <w:tcW w:type="dxa" w:w="1440"/>
          </w:tcPr>
          <w:p>
            <w:r>
              <w:t>需履行报备手续，并出具官方证明文件国际组织的认定，以国家人力资源和社会保障部网站名录为依据。具体网址为：http://io.mohrss.gov.cn/col/1002/index.html</w:t>
            </w:r>
          </w:p>
        </w:tc>
      </w:tr>
      <w:tr>
        <w:tc>
          <w:tcPr>
            <w:tcW w:type="dxa" w:w="1440"/>
          </w:tcPr>
          <w:p>
            <w:r>
              <w:t>其他国际机构实习</w:t>
            </w:r>
          </w:p>
        </w:tc>
        <w:tc>
          <w:tcPr>
            <w:tcW w:type="dxa" w:w="1440"/>
          </w:tcPr>
          <w:p>
            <w:r/>
          </w:p>
        </w:tc>
        <w:tc>
          <w:tcPr>
            <w:tcW w:type="dxa" w:w="1440"/>
          </w:tcPr>
          <w:p>
            <w:r/>
          </w:p>
        </w:tc>
        <w:tc>
          <w:tcPr>
            <w:tcW w:type="dxa" w:w="1440"/>
          </w:tcPr>
          <w:p>
            <w:r>
              <w:t>6</w:t>
            </w:r>
          </w:p>
        </w:tc>
        <w:tc>
          <w:tcPr>
            <w:tcW w:type="dxa" w:w="1440"/>
          </w:tcPr>
          <w:p>
            <w:r>
              <w:t>国际组织的认定，以国家人力资源和社会保障部网站名录为依据。具体网址为：http://io.mohrss.gov.cn/col/1002/index.html</w:t>
            </w:r>
          </w:p>
        </w:tc>
        <w:tc>
          <w:tcPr>
            <w:tcW w:type="dxa" w:w="1440"/>
          </w:tcPr>
          <w:p/>
        </w:tc>
      </w:tr>
      <w:tr>
        <w:tc>
          <w:tcPr>
            <w:tcW w:type="dxa" w:w="1440"/>
          </w:tcPr>
          <w:p>
            <w:r>
              <w:t>世界教室活动</w:t>
            </w:r>
          </w:p>
        </w:tc>
        <w:tc>
          <w:tcPr>
            <w:tcW w:type="dxa" w:w="1440"/>
          </w:tcPr>
          <w:p>
            <w:r/>
          </w:p>
        </w:tc>
        <w:tc>
          <w:tcPr>
            <w:tcW w:type="dxa" w:w="1440"/>
          </w:tcPr>
          <w:p>
            <w:r/>
          </w:p>
        </w:tc>
        <w:tc>
          <w:tcPr>
            <w:tcW w:type="dxa" w:w="1440"/>
          </w:tcPr>
          <w:p>
            <w:r>
              <w:t>4</w:t>
            </w:r>
          </w:p>
        </w:tc>
        <w:tc>
          <w:tcPr>
            <w:tcW w:type="dxa" w:w="1440"/>
          </w:tcPr>
          <w:p>
            <w:r/>
          </w:p>
        </w:tc>
        <w:tc>
          <w:tcPr>
            <w:tcW w:type="dxa" w:w="1440"/>
          </w:tcPr>
          <w:p/>
        </w:tc>
      </w:tr>
    </w:tbl>
    <w:p>
      <w:r>
        <w:t>注：每一方面加分只计算一次，选相对较高分值计入。</w:t>
      </w:r>
    </w:p>
    <w:p>
      <w:r>
        <w:t>附表2：学科竞赛加分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级别</w:t>
            </w:r>
          </w:p>
        </w:tc>
        <w:tc>
          <w:tcPr>
            <w:tcW w:type="dxa" w:w="1728"/>
          </w:tcPr>
          <w:p>
            <w:r>
              <w:t>名次</w:t>
            </w:r>
          </w:p>
        </w:tc>
        <w:tc>
          <w:tcPr>
            <w:tcW w:type="dxa" w:w="1728"/>
          </w:tcPr>
          <w:p>
            <w:r>
              <w:t>总分</w:t>
            </w:r>
          </w:p>
        </w:tc>
        <w:tc>
          <w:tcPr>
            <w:tcW w:type="dxa" w:w="1728"/>
          </w:tcPr>
          <w:p>
            <w:r>
              <w:t>备注</w:t>
            </w:r>
          </w:p>
        </w:tc>
      </w:tr>
      <w:tr>
        <w:tc>
          <w:tcPr>
            <w:tcW w:type="dxa" w:w="1728"/>
          </w:tcPr>
          <w:p>
            <w:r>
              <w:t>“三大赛”（中国国际大学生创新大赛、“挑战杯”全国大学生课外学术科技作品竞赛、“挑战杯”中国大学生创业计划大赛）</w:t>
            </w:r>
          </w:p>
        </w:tc>
        <w:tc>
          <w:tcPr>
            <w:tcW w:type="dxa" w:w="1728"/>
          </w:tcPr>
          <w:p>
            <w:r>
              <w:t>国家级</w:t>
            </w:r>
          </w:p>
        </w:tc>
        <w:tc>
          <w:tcPr>
            <w:tcW w:type="dxa" w:w="1728"/>
          </w:tcPr>
          <w:p>
            <w:r>
              <w:t>一等奖/金奖</w:t>
            </w:r>
          </w:p>
        </w:tc>
        <w:tc>
          <w:tcPr>
            <w:tcW w:type="dxa" w:w="1728"/>
          </w:tcPr>
          <w:p>
            <w:r>
              <w:t>30</w:t>
            </w:r>
          </w:p>
        </w:tc>
        <w:tc>
          <w:tcPr>
            <w:tcW w:type="dxa" w:w="1728"/>
          </w:tcPr>
          <w:p>
            <w:r>
              <w:t>1.得分不累加，学科竞赛方面取单项最高分；2.除三大赛外，其他学科竞赛按《中国高校创新人才培养及学科竞赛评估》的各学科竞赛名单及苏州大学教务处承认学科竞赛的项目执行。3. 2025年及以后参加的竞赛也可按附件《2025版普通高校大学生商科类竞赛指数覆盖项目一览表》进行处理。4.各类学科竞赛包含但不限于高数竞赛、数学建模大赛、英语竞赛等；5.美国数学建模比赛等同于国家级比赛，其中O奖和F认定为一等奖，M奖认定为二等奖，H奖认定为三等奖，S奖不加分。另外，美赛不区别排名位次。6.如果上述比赛设置有特等奖的，获得特等奖的个人或团队按照一等奖记分，一等奖按照二等奖记分，二等奖按照三等奖记分，三等奖不记分。7.三大赛所列加分为该项所得总分，如奖项为单人获得，则由个人全部获得。如果学生团队参赛，获得以上奖励的，主持人按100%计分，第2名按照80%计分，第3分按70%计分，第4-5名每人按照50%计分，其他每人按照20%计分。8.其他学科竞赛，如奖项为单人获得，则由个人全部获得。如果学生团队参赛，获得以上奖励的，只对前三名成员计分，具体计分按表中所示。9.如有其他学科相关比赛获奖，学生也可提交，经专家组认定后酌情加分。</w:t>
            </w:r>
          </w:p>
        </w:tc>
      </w:tr>
      <w:tr>
        <w:tc>
          <w:tcPr>
            <w:tcW w:type="dxa" w:w="1728"/>
          </w:tcPr>
          <w:p>
            <w:r>
              <w:t>二等奖/银奖</w:t>
            </w:r>
          </w:p>
        </w:tc>
        <w:tc>
          <w:tcPr>
            <w:tcW w:type="dxa" w:w="1728"/>
          </w:tcPr>
          <w:p>
            <w:r>
              <w:t>25</w:t>
            </w:r>
          </w:p>
        </w:tc>
        <w:tc>
          <w:tcPr>
            <w:tcW w:type="dxa" w:w="1728"/>
          </w:tcPr>
          <w:p/>
        </w:tc>
        <w:tc>
          <w:tcPr>
            <w:tcW w:type="dxa" w:w="1728"/>
          </w:tcPr>
          <w:p/>
        </w:tc>
        <w:tc>
          <w:tcPr>
            <w:tcW w:type="dxa" w:w="1728"/>
          </w:tcPr>
          <w:p/>
        </w:tc>
      </w:tr>
      <w:tr>
        <w:tc>
          <w:tcPr>
            <w:tcW w:type="dxa" w:w="1728"/>
          </w:tcPr>
          <w:p>
            <w:r>
              <w:t>三等奖/铜奖</w:t>
            </w:r>
          </w:p>
        </w:tc>
        <w:tc>
          <w:tcPr>
            <w:tcW w:type="dxa" w:w="1728"/>
          </w:tcPr>
          <w:p>
            <w:r>
              <w:t>20</w:t>
            </w:r>
          </w:p>
        </w:tc>
        <w:tc>
          <w:tcPr>
            <w:tcW w:type="dxa" w:w="1728"/>
          </w:tcPr>
          <w:p/>
        </w:tc>
        <w:tc>
          <w:tcPr>
            <w:tcW w:type="dxa" w:w="1728"/>
          </w:tcPr>
          <w:p/>
        </w:tc>
        <w:tc>
          <w:tcPr>
            <w:tcW w:type="dxa" w:w="1728"/>
          </w:tcPr>
          <w:p/>
        </w:tc>
      </w:tr>
      <w:tr>
        <w:tc>
          <w:tcPr>
            <w:tcW w:type="dxa" w:w="1728"/>
          </w:tcPr>
          <w:p>
            <w:r>
              <w:t>省级</w:t>
            </w:r>
          </w:p>
        </w:tc>
        <w:tc>
          <w:tcPr>
            <w:tcW w:type="dxa" w:w="1728"/>
          </w:tcPr>
          <w:p>
            <w:r>
              <w:t>一等奖/金奖</w:t>
            </w:r>
          </w:p>
        </w:tc>
        <w:tc>
          <w:tcPr>
            <w:tcW w:type="dxa" w:w="1728"/>
          </w:tcPr>
          <w:p>
            <w:r>
              <w:t>20</w:t>
            </w:r>
          </w:p>
        </w:tc>
        <w:tc>
          <w:tcPr>
            <w:tcW w:type="dxa" w:w="1728"/>
          </w:tcPr>
          <w:p/>
        </w:tc>
        <w:tc>
          <w:tcPr>
            <w:tcW w:type="dxa" w:w="1728"/>
          </w:tcPr>
          <w:p/>
        </w:tc>
      </w:tr>
      <w:tr>
        <w:tc>
          <w:tcPr>
            <w:tcW w:type="dxa" w:w="1728"/>
          </w:tcPr>
          <w:p>
            <w:r>
              <w:t>二等奖/银奖</w:t>
            </w:r>
          </w:p>
        </w:tc>
        <w:tc>
          <w:tcPr>
            <w:tcW w:type="dxa" w:w="1728"/>
          </w:tcPr>
          <w:p>
            <w:r>
              <w:t>15</w:t>
            </w:r>
          </w:p>
        </w:tc>
        <w:tc>
          <w:tcPr>
            <w:tcW w:type="dxa" w:w="1728"/>
          </w:tcPr>
          <w:p/>
        </w:tc>
        <w:tc>
          <w:tcPr>
            <w:tcW w:type="dxa" w:w="1728"/>
          </w:tcPr>
          <w:p/>
        </w:tc>
        <w:tc>
          <w:tcPr>
            <w:tcW w:type="dxa" w:w="1728"/>
          </w:tcPr>
          <w:p/>
        </w:tc>
      </w:tr>
      <w:tr>
        <w:tc>
          <w:tcPr>
            <w:tcW w:type="dxa" w:w="1728"/>
          </w:tcPr>
          <w:p>
            <w:r>
              <w:t>三等奖/铜奖</w:t>
            </w:r>
          </w:p>
        </w:tc>
        <w:tc>
          <w:tcPr>
            <w:tcW w:type="dxa" w:w="1728"/>
          </w:tcPr>
          <w:p>
            <w:r>
              <w:t>12</w:t>
            </w:r>
          </w:p>
        </w:tc>
        <w:tc>
          <w:tcPr>
            <w:tcW w:type="dxa" w:w="1728"/>
          </w:tcPr>
          <w:p/>
        </w:tc>
        <w:tc>
          <w:tcPr>
            <w:tcW w:type="dxa" w:w="1728"/>
          </w:tcPr>
          <w:p/>
        </w:tc>
        <w:tc>
          <w:tcPr>
            <w:tcW w:type="dxa" w:w="1728"/>
          </w:tcPr>
          <w:p/>
        </w:tc>
      </w:tr>
      <w:tr>
        <w:tc>
          <w:tcPr>
            <w:tcW w:type="dxa" w:w="1728"/>
          </w:tcPr>
          <w:p>
            <w:r>
              <w:t>校级</w:t>
            </w:r>
          </w:p>
        </w:tc>
        <w:tc>
          <w:tcPr>
            <w:tcW w:type="dxa" w:w="1728"/>
          </w:tcPr>
          <w:p>
            <w:r>
              <w:t>一等奖/金奖</w:t>
            </w:r>
          </w:p>
        </w:tc>
        <w:tc>
          <w:tcPr>
            <w:tcW w:type="dxa" w:w="1728"/>
          </w:tcPr>
          <w:p>
            <w:r>
              <w:t>10</w:t>
            </w:r>
          </w:p>
        </w:tc>
        <w:tc>
          <w:tcPr>
            <w:tcW w:type="dxa" w:w="1728"/>
          </w:tcPr>
          <w:p/>
        </w:tc>
        <w:tc>
          <w:tcPr>
            <w:tcW w:type="dxa" w:w="1728"/>
          </w:tcPr>
          <w:p/>
        </w:tc>
      </w:tr>
      <w:tr>
        <w:tc>
          <w:tcPr>
            <w:tcW w:type="dxa" w:w="1728"/>
          </w:tcPr>
          <w:p>
            <w:r>
              <w:t>二等奖/银奖</w:t>
            </w:r>
          </w:p>
        </w:tc>
        <w:tc>
          <w:tcPr>
            <w:tcW w:type="dxa" w:w="1728"/>
          </w:tcPr>
          <w:p>
            <w:r>
              <w:t>6</w:t>
            </w:r>
          </w:p>
        </w:tc>
        <w:tc>
          <w:tcPr>
            <w:tcW w:type="dxa" w:w="1728"/>
          </w:tcPr>
          <w:p/>
        </w:tc>
        <w:tc>
          <w:tcPr>
            <w:tcW w:type="dxa" w:w="1728"/>
          </w:tcPr>
          <w:p/>
        </w:tc>
        <w:tc>
          <w:tcPr>
            <w:tcW w:type="dxa" w:w="1728"/>
          </w:tcPr>
          <w:p/>
        </w:tc>
      </w:tr>
      <w:tr>
        <w:tc>
          <w:tcPr>
            <w:tcW w:type="dxa" w:w="1728"/>
          </w:tcPr>
          <w:p>
            <w:r>
              <w:t>三等奖/铜奖</w:t>
            </w:r>
          </w:p>
        </w:tc>
        <w:tc>
          <w:tcPr>
            <w:tcW w:type="dxa" w:w="1728"/>
          </w:tcPr>
          <w:p>
            <w:r>
              <w:t>4</w:t>
            </w:r>
          </w:p>
        </w:tc>
        <w:tc>
          <w:tcPr>
            <w:tcW w:type="dxa" w:w="1728"/>
          </w:tcPr>
          <w:p/>
        </w:tc>
        <w:tc>
          <w:tcPr>
            <w:tcW w:type="dxa" w:w="1728"/>
          </w:tcPr>
          <w:p/>
        </w:tc>
        <w:tc>
          <w:tcPr>
            <w:tcW w:type="dxa" w:w="1728"/>
          </w:tcPr>
          <w:p/>
        </w:tc>
      </w:tr>
      <w:tr>
        <w:tc>
          <w:tcPr>
            <w:tcW w:type="dxa" w:w="1728"/>
          </w:tcPr>
          <w:p>
            <w:r>
              <w:t>其他学科竞赛</w:t>
            </w:r>
          </w:p>
        </w:tc>
        <w:tc>
          <w:tcPr>
            <w:tcW w:type="dxa" w:w="1728"/>
          </w:tcPr>
          <w:p>
            <w:r>
              <w:t>国家级</w:t>
            </w:r>
          </w:p>
        </w:tc>
        <w:tc>
          <w:tcPr>
            <w:tcW w:type="dxa" w:w="1728"/>
          </w:tcPr>
          <w:p>
            <w:r>
              <w:t>一等奖</w:t>
            </w:r>
          </w:p>
        </w:tc>
        <w:tc>
          <w:tcPr>
            <w:tcW w:type="dxa" w:w="1728"/>
          </w:tcPr>
          <w:p>
            <w:r>
              <w:t>第一名</w:t>
            </w:r>
          </w:p>
        </w:tc>
        <w:tc>
          <w:tcPr>
            <w:tcW w:type="dxa" w:w="1728"/>
          </w:tcPr>
          <w:p>
            <w:r>
              <w:t>18</w:t>
            </w:r>
          </w:p>
        </w:tc>
      </w:tr>
      <w:tr>
        <w:tc>
          <w:tcPr>
            <w:tcW w:type="dxa" w:w="1728"/>
          </w:tcPr>
          <w:p>
            <w:r>
              <w:t>第二名</w:t>
            </w:r>
          </w:p>
        </w:tc>
        <w:tc>
          <w:tcPr>
            <w:tcW w:type="dxa" w:w="1728"/>
          </w:tcPr>
          <w:p>
            <w:r>
              <w:t>12</w:t>
            </w:r>
          </w:p>
        </w:tc>
        <w:tc>
          <w:tcPr>
            <w:tcW w:type="dxa" w:w="1728"/>
          </w:tcPr>
          <w:p/>
        </w:tc>
        <w:tc>
          <w:tcPr>
            <w:tcW w:type="dxa" w:w="1728"/>
          </w:tcPr>
          <w:p/>
        </w:tc>
        <w:tc>
          <w:tcPr>
            <w:tcW w:type="dxa" w:w="1728"/>
          </w:tcPr>
          <w:p/>
        </w:tc>
      </w:tr>
      <w:tr>
        <w:tc>
          <w:tcPr>
            <w:tcW w:type="dxa" w:w="1728"/>
          </w:tcPr>
          <w:p>
            <w:r>
              <w:t>第三名</w:t>
            </w:r>
          </w:p>
        </w:tc>
        <w:tc>
          <w:tcPr>
            <w:tcW w:type="dxa" w:w="1728"/>
          </w:tcPr>
          <w:p>
            <w:r>
              <w:t>6</w:t>
            </w:r>
          </w:p>
        </w:tc>
        <w:tc>
          <w:tcPr>
            <w:tcW w:type="dxa" w:w="1728"/>
          </w:tcPr>
          <w:p/>
        </w:tc>
        <w:tc>
          <w:tcPr>
            <w:tcW w:type="dxa" w:w="1728"/>
          </w:tcPr>
          <w:p/>
        </w:tc>
        <w:tc>
          <w:tcPr>
            <w:tcW w:type="dxa" w:w="1728"/>
          </w:tcPr>
          <w:p/>
        </w:tc>
      </w:tr>
      <w:tr>
        <w:tc>
          <w:tcPr>
            <w:tcW w:type="dxa" w:w="1728"/>
          </w:tcPr>
          <w:p>
            <w:r>
              <w:t>二等奖</w:t>
            </w:r>
          </w:p>
        </w:tc>
        <w:tc>
          <w:tcPr>
            <w:tcW w:type="dxa" w:w="1728"/>
          </w:tcPr>
          <w:p>
            <w:r>
              <w:t>第一名</w:t>
            </w:r>
          </w:p>
        </w:tc>
        <w:tc>
          <w:tcPr>
            <w:tcW w:type="dxa" w:w="1728"/>
          </w:tcPr>
          <w:p>
            <w:r>
              <w:t>15</w:t>
            </w:r>
          </w:p>
        </w:tc>
        <w:tc>
          <w:tcPr>
            <w:tcW w:type="dxa" w:w="1728"/>
          </w:tcPr>
          <w:p/>
        </w:tc>
        <w:tc>
          <w:tcPr>
            <w:tcW w:type="dxa" w:w="1728"/>
          </w:tcPr>
          <w:p/>
        </w:tc>
      </w:tr>
      <w:tr>
        <w:tc>
          <w:tcPr>
            <w:tcW w:type="dxa" w:w="1728"/>
          </w:tcPr>
          <w:p>
            <w:r>
              <w:t>第二名</w:t>
            </w:r>
          </w:p>
        </w:tc>
        <w:tc>
          <w:tcPr>
            <w:tcW w:type="dxa" w:w="1728"/>
          </w:tcPr>
          <w:p>
            <w:r>
              <w:t>10</w:t>
            </w:r>
          </w:p>
        </w:tc>
        <w:tc>
          <w:tcPr>
            <w:tcW w:type="dxa" w:w="1728"/>
          </w:tcPr>
          <w:p/>
        </w:tc>
        <w:tc>
          <w:tcPr>
            <w:tcW w:type="dxa" w:w="1728"/>
          </w:tcPr>
          <w:p/>
        </w:tc>
        <w:tc>
          <w:tcPr>
            <w:tcW w:type="dxa" w:w="1728"/>
          </w:tcPr>
          <w:p/>
        </w:tc>
      </w:tr>
      <w:tr>
        <w:tc>
          <w:tcPr>
            <w:tcW w:type="dxa" w:w="1728"/>
          </w:tcPr>
          <w:p>
            <w:r>
              <w:t>第三名</w:t>
            </w:r>
          </w:p>
        </w:tc>
        <w:tc>
          <w:tcPr>
            <w:tcW w:type="dxa" w:w="1728"/>
          </w:tcPr>
          <w:p>
            <w:r>
              <w:t>5</w:t>
            </w:r>
          </w:p>
        </w:tc>
        <w:tc>
          <w:tcPr>
            <w:tcW w:type="dxa" w:w="1728"/>
          </w:tcPr>
          <w:p/>
        </w:tc>
        <w:tc>
          <w:tcPr>
            <w:tcW w:type="dxa" w:w="1728"/>
          </w:tcPr>
          <w:p/>
        </w:tc>
        <w:tc>
          <w:tcPr>
            <w:tcW w:type="dxa" w:w="1728"/>
          </w:tcPr>
          <w:p/>
        </w:tc>
      </w:tr>
      <w:tr>
        <w:tc>
          <w:tcPr>
            <w:tcW w:type="dxa" w:w="1728"/>
          </w:tcPr>
          <w:p>
            <w:r>
              <w:t>三等奖</w:t>
            </w:r>
          </w:p>
        </w:tc>
        <w:tc>
          <w:tcPr>
            <w:tcW w:type="dxa" w:w="1728"/>
          </w:tcPr>
          <w:p>
            <w:r>
              <w:t>第一名</w:t>
            </w:r>
          </w:p>
        </w:tc>
        <w:tc>
          <w:tcPr>
            <w:tcW w:type="dxa" w:w="1728"/>
          </w:tcPr>
          <w:p>
            <w:r>
              <w:t>12</w:t>
            </w:r>
          </w:p>
        </w:tc>
        <w:tc>
          <w:tcPr>
            <w:tcW w:type="dxa" w:w="1728"/>
          </w:tcPr>
          <w:p/>
        </w:tc>
        <w:tc>
          <w:tcPr>
            <w:tcW w:type="dxa" w:w="1728"/>
          </w:tcPr>
          <w:p/>
        </w:tc>
      </w:tr>
      <w:tr>
        <w:tc>
          <w:tcPr>
            <w:tcW w:type="dxa" w:w="1728"/>
          </w:tcPr>
          <w:p>
            <w:r>
              <w:t>第二名</w:t>
            </w:r>
          </w:p>
        </w:tc>
        <w:tc>
          <w:tcPr>
            <w:tcW w:type="dxa" w:w="1728"/>
          </w:tcPr>
          <w:p>
            <w:r>
              <w:t>8</w:t>
            </w:r>
          </w:p>
        </w:tc>
        <w:tc>
          <w:tcPr>
            <w:tcW w:type="dxa" w:w="1728"/>
          </w:tcPr>
          <w:p/>
        </w:tc>
        <w:tc>
          <w:tcPr>
            <w:tcW w:type="dxa" w:w="1728"/>
          </w:tcPr>
          <w:p/>
        </w:tc>
        <w:tc>
          <w:tcPr>
            <w:tcW w:type="dxa" w:w="1728"/>
          </w:tcPr>
          <w:p/>
        </w:tc>
      </w:tr>
      <w:tr>
        <w:tc>
          <w:tcPr>
            <w:tcW w:type="dxa" w:w="1728"/>
          </w:tcPr>
          <w:p>
            <w:r>
              <w:t>第三名</w:t>
            </w:r>
          </w:p>
        </w:tc>
        <w:tc>
          <w:tcPr>
            <w:tcW w:type="dxa" w:w="1728"/>
          </w:tcPr>
          <w:p>
            <w:r>
              <w:t>4</w:t>
            </w:r>
          </w:p>
        </w:tc>
        <w:tc>
          <w:tcPr>
            <w:tcW w:type="dxa" w:w="1728"/>
          </w:tcPr>
          <w:p/>
        </w:tc>
        <w:tc>
          <w:tcPr>
            <w:tcW w:type="dxa" w:w="1728"/>
          </w:tcPr>
          <w:p/>
        </w:tc>
        <w:tc>
          <w:tcPr>
            <w:tcW w:type="dxa" w:w="1728"/>
          </w:tcPr>
          <w:p/>
        </w:tc>
      </w:tr>
      <w:tr>
        <w:tc>
          <w:tcPr>
            <w:tcW w:type="dxa" w:w="1728"/>
          </w:tcPr>
          <w:p>
            <w:r>
              <w:t>省级</w:t>
            </w:r>
          </w:p>
        </w:tc>
        <w:tc>
          <w:tcPr>
            <w:tcW w:type="dxa" w:w="1728"/>
          </w:tcPr>
          <w:p>
            <w:r>
              <w:t>一等奖</w:t>
            </w:r>
          </w:p>
        </w:tc>
        <w:tc>
          <w:tcPr>
            <w:tcW w:type="dxa" w:w="1728"/>
          </w:tcPr>
          <w:p>
            <w:r>
              <w:t>第一名</w:t>
            </w:r>
          </w:p>
        </w:tc>
        <w:tc>
          <w:tcPr>
            <w:tcW w:type="dxa" w:w="1728"/>
          </w:tcPr>
          <w:p>
            <w:r>
              <w:t>12</w:t>
            </w:r>
          </w:p>
        </w:tc>
        <w:tc>
          <w:tcPr>
            <w:tcW w:type="dxa" w:w="1728"/>
          </w:tcPr>
          <w:p/>
        </w:tc>
      </w:tr>
      <w:tr>
        <w:tc>
          <w:tcPr>
            <w:tcW w:type="dxa" w:w="1728"/>
          </w:tcPr>
          <w:p>
            <w:r>
              <w:t>第二名</w:t>
            </w:r>
          </w:p>
        </w:tc>
        <w:tc>
          <w:tcPr>
            <w:tcW w:type="dxa" w:w="1728"/>
          </w:tcPr>
          <w:p>
            <w:r>
              <w:t>8</w:t>
            </w:r>
          </w:p>
        </w:tc>
        <w:tc>
          <w:tcPr>
            <w:tcW w:type="dxa" w:w="1728"/>
          </w:tcPr>
          <w:p/>
        </w:tc>
        <w:tc>
          <w:tcPr>
            <w:tcW w:type="dxa" w:w="1728"/>
          </w:tcPr>
          <w:p/>
        </w:tc>
        <w:tc>
          <w:tcPr>
            <w:tcW w:type="dxa" w:w="1728"/>
          </w:tcPr>
          <w:p/>
        </w:tc>
      </w:tr>
      <w:tr>
        <w:tc>
          <w:tcPr>
            <w:tcW w:type="dxa" w:w="1728"/>
          </w:tcPr>
          <w:p>
            <w:r>
              <w:t>第三名</w:t>
            </w:r>
          </w:p>
        </w:tc>
        <w:tc>
          <w:tcPr>
            <w:tcW w:type="dxa" w:w="1728"/>
          </w:tcPr>
          <w:p>
            <w:r>
              <w:t>4</w:t>
            </w:r>
          </w:p>
        </w:tc>
        <w:tc>
          <w:tcPr>
            <w:tcW w:type="dxa" w:w="1728"/>
          </w:tcPr>
          <w:p/>
        </w:tc>
        <w:tc>
          <w:tcPr>
            <w:tcW w:type="dxa" w:w="1728"/>
          </w:tcPr>
          <w:p/>
        </w:tc>
        <w:tc>
          <w:tcPr>
            <w:tcW w:type="dxa" w:w="1728"/>
          </w:tcPr>
          <w:p/>
        </w:tc>
      </w:tr>
      <w:tr>
        <w:tc>
          <w:tcPr>
            <w:tcW w:type="dxa" w:w="1728"/>
          </w:tcPr>
          <w:p>
            <w:r>
              <w:t>二等奖</w:t>
            </w:r>
          </w:p>
        </w:tc>
        <w:tc>
          <w:tcPr>
            <w:tcW w:type="dxa" w:w="1728"/>
          </w:tcPr>
          <w:p>
            <w:r>
              <w:t>第一名</w:t>
            </w:r>
          </w:p>
        </w:tc>
        <w:tc>
          <w:tcPr>
            <w:tcW w:type="dxa" w:w="1728"/>
          </w:tcPr>
          <w:p>
            <w:r>
              <w:t>10</w:t>
            </w:r>
          </w:p>
        </w:tc>
        <w:tc>
          <w:tcPr>
            <w:tcW w:type="dxa" w:w="1728"/>
          </w:tcPr>
          <w:p/>
        </w:tc>
        <w:tc>
          <w:tcPr>
            <w:tcW w:type="dxa" w:w="1728"/>
          </w:tcPr>
          <w:p/>
        </w:tc>
      </w:tr>
      <w:tr>
        <w:tc>
          <w:tcPr>
            <w:tcW w:type="dxa" w:w="1728"/>
          </w:tcPr>
          <w:p>
            <w:r>
              <w:t>第二名</w:t>
            </w:r>
          </w:p>
        </w:tc>
        <w:tc>
          <w:tcPr>
            <w:tcW w:type="dxa" w:w="1728"/>
          </w:tcPr>
          <w:p>
            <w:r>
              <w:t>7</w:t>
            </w:r>
          </w:p>
        </w:tc>
        <w:tc>
          <w:tcPr>
            <w:tcW w:type="dxa" w:w="1728"/>
          </w:tcPr>
          <w:p/>
        </w:tc>
        <w:tc>
          <w:tcPr>
            <w:tcW w:type="dxa" w:w="1728"/>
          </w:tcPr>
          <w:p/>
        </w:tc>
        <w:tc>
          <w:tcPr>
            <w:tcW w:type="dxa" w:w="1728"/>
          </w:tcPr>
          <w:p/>
        </w:tc>
      </w:tr>
      <w:tr>
        <w:tc>
          <w:tcPr>
            <w:tcW w:type="dxa" w:w="1728"/>
          </w:tcPr>
          <w:p>
            <w:r>
              <w:t>第三名</w:t>
            </w:r>
          </w:p>
        </w:tc>
        <w:tc>
          <w:tcPr>
            <w:tcW w:type="dxa" w:w="1728"/>
          </w:tcPr>
          <w:p>
            <w:r>
              <w:t>3</w:t>
            </w:r>
          </w:p>
        </w:tc>
        <w:tc>
          <w:tcPr>
            <w:tcW w:type="dxa" w:w="1728"/>
          </w:tcPr>
          <w:p/>
        </w:tc>
        <w:tc>
          <w:tcPr>
            <w:tcW w:type="dxa" w:w="1728"/>
          </w:tcPr>
          <w:p/>
        </w:tc>
        <w:tc>
          <w:tcPr>
            <w:tcW w:type="dxa" w:w="1728"/>
          </w:tcPr>
          <w:p/>
        </w:tc>
      </w:tr>
      <w:tr>
        <w:tc>
          <w:tcPr>
            <w:tcW w:type="dxa" w:w="1728"/>
          </w:tcPr>
          <w:p>
            <w:r>
              <w:t>三等奖</w:t>
            </w:r>
          </w:p>
        </w:tc>
        <w:tc>
          <w:tcPr>
            <w:tcW w:type="dxa" w:w="1728"/>
          </w:tcPr>
          <w:p>
            <w:r>
              <w:t>第一名</w:t>
            </w:r>
          </w:p>
        </w:tc>
        <w:tc>
          <w:tcPr>
            <w:tcW w:type="dxa" w:w="1728"/>
          </w:tcPr>
          <w:p>
            <w:r>
              <w:t>8</w:t>
            </w:r>
          </w:p>
        </w:tc>
        <w:tc>
          <w:tcPr>
            <w:tcW w:type="dxa" w:w="1728"/>
          </w:tcPr>
          <w:p/>
        </w:tc>
        <w:tc>
          <w:tcPr>
            <w:tcW w:type="dxa" w:w="1728"/>
          </w:tcPr>
          <w:p/>
        </w:tc>
      </w:tr>
      <w:tr>
        <w:tc>
          <w:tcPr>
            <w:tcW w:type="dxa" w:w="1728"/>
          </w:tcPr>
          <w:p>
            <w:r>
              <w:t>第二名</w:t>
            </w:r>
          </w:p>
        </w:tc>
        <w:tc>
          <w:tcPr>
            <w:tcW w:type="dxa" w:w="1728"/>
          </w:tcPr>
          <w:p>
            <w:r>
              <w:t>6</w:t>
            </w:r>
          </w:p>
        </w:tc>
        <w:tc>
          <w:tcPr>
            <w:tcW w:type="dxa" w:w="1728"/>
          </w:tcPr>
          <w:p/>
        </w:tc>
        <w:tc>
          <w:tcPr>
            <w:tcW w:type="dxa" w:w="1728"/>
          </w:tcPr>
          <w:p/>
        </w:tc>
        <w:tc>
          <w:tcPr>
            <w:tcW w:type="dxa" w:w="1728"/>
          </w:tcPr>
          <w:p/>
        </w:tc>
      </w:tr>
      <w:tr>
        <w:tc>
          <w:tcPr>
            <w:tcW w:type="dxa" w:w="1728"/>
          </w:tcPr>
          <w:p>
            <w:r>
              <w:t>第三名</w:t>
            </w:r>
          </w:p>
        </w:tc>
        <w:tc>
          <w:tcPr>
            <w:tcW w:type="dxa" w:w="1728"/>
          </w:tcPr>
          <w:p>
            <w:r>
              <w:t>2</w:t>
            </w:r>
          </w:p>
        </w:tc>
        <w:tc>
          <w:tcPr>
            <w:tcW w:type="dxa" w:w="1728"/>
          </w:tcPr>
          <w:p/>
        </w:tc>
        <w:tc>
          <w:tcPr>
            <w:tcW w:type="dxa" w:w="1728"/>
          </w:tcPr>
          <w:p/>
        </w:tc>
        <w:tc>
          <w:tcPr>
            <w:tcW w:type="dxa" w:w="1728"/>
          </w:tcPr>
          <w:p/>
        </w:tc>
      </w:tr>
    </w:tbl>
    <w:p>
      <w:r>
        <w:t>注：1、每一方面加分只计算一次，选相对较高分值计入。</w:t>
      </w:r>
    </w:p>
    <w:p>
      <w:r>
        <w:t>2、国家级榜单赛事详见文末附件。</w:t>
      </w:r>
    </w:p>
    <w:p>
      <w:r>
        <w:t>3、竞赛加分仅限于国家级榜单赛事和各类学科竞赛（包含高数竞赛、英语竞赛和美国数学建模比赛等），其他赛事不加分。关于全国高数竞赛，证书编号带“决”字的认定为国家级，证书编号带“苏”字的认定为省级。</w:t>
      </w:r>
    </w:p>
    <w:p>
      <w:r>
        <w:t>附表3：科研成果加分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级别</w:t>
            </w:r>
          </w:p>
        </w:tc>
        <w:tc>
          <w:tcPr>
            <w:tcW w:type="dxa" w:w="1728"/>
          </w:tcPr>
          <w:p>
            <w:r>
              <w:t>名次</w:t>
            </w:r>
          </w:p>
        </w:tc>
        <w:tc>
          <w:tcPr>
            <w:tcW w:type="dxa" w:w="1728"/>
          </w:tcPr>
          <w:p>
            <w:r>
              <w:t>得分</w:t>
            </w:r>
          </w:p>
        </w:tc>
        <w:tc>
          <w:tcPr>
            <w:tcW w:type="dxa" w:w="1728"/>
          </w:tcPr>
          <w:p>
            <w:r>
              <w:t>备注</w:t>
            </w:r>
          </w:p>
        </w:tc>
      </w:tr>
      <w:tr>
        <w:tc>
          <w:tcPr>
            <w:tcW w:type="dxa" w:w="1728"/>
          </w:tcPr>
          <w:p>
            <w:r>
              <w:t>大学生创新创业训练计划</w:t>
            </w:r>
          </w:p>
        </w:tc>
        <w:tc>
          <w:tcPr>
            <w:tcW w:type="dxa" w:w="1728"/>
          </w:tcPr>
          <w:p>
            <w:r>
              <w:t>国家级</w:t>
            </w:r>
          </w:p>
        </w:tc>
        <w:tc>
          <w:tcPr>
            <w:tcW w:type="dxa" w:w="1728"/>
          </w:tcPr>
          <w:p>
            <w:r>
              <w:t>独立或第一名</w:t>
            </w:r>
          </w:p>
        </w:tc>
        <w:tc>
          <w:tcPr>
            <w:tcW w:type="dxa" w:w="1728"/>
          </w:tcPr>
          <w:p>
            <w:r>
              <w:t>25</w:t>
            </w:r>
          </w:p>
        </w:tc>
        <w:tc>
          <w:tcPr>
            <w:tcW w:type="dxa" w:w="1728"/>
          </w:tcPr>
          <w:p>
            <w:r>
              <w:t>1.得分不累加，科研成果方面取单个最高分；2.各类科研项目需提供结题或中期检查合格的证书或发文，相关公开发表学术成果需提供杂志或期刊原件及完整复印件或其他证明文件，无支撑材料者一律不予认可；莙政基金项目需结题验收合格或中期检查通过。3.期刊范围按苏州大学人文社会科学高质量论文管理办法（苏大社科〔2022〕3号），国际掠食者网站所列刊物除外。4.如有其他不在列与学科相关的科研成果也可提交，经由专家组认定后，酌情加分。5.如第一作者是指导老师，仅限指导老师与同学无利益关系时可加分。6.专利不包括软件著作权。</w:t>
            </w:r>
          </w:p>
        </w:tc>
      </w:tr>
      <w:tr>
        <w:tc>
          <w:tcPr>
            <w:tcW w:type="dxa" w:w="1728"/>
          </w:tcPr>
          <w:p>
            <w:r>
              <w:t>第二名</w:t>
            </w:r>
          </w:p>
        </w:tc>
        <w:tc>
          <w:tcPr>
            <w:tcW w:type="dxa" w:w="1728"/>
          </w:tcPr>
          <w:p>
            <w:r>
              <w:t>12</w:t>
            </w:r>
          </w:p>
        </w:tc>
        <w:tc>
          <w:tcPr>
            <w:tcW w:type="dxa" w:w="1728"/>
          </w:tcPr>
          <w:p/>
        </w:tc>
        <w:tc>
          <w:tcPr>
            <w:tcW w:type="dxa" w:w="1728"/>
          </w:tcPr>
          <w:p/>
        </w:tc>
        <w:tc>
          <w:tcPr>
            <w:tcW w:type="dxa" w:w="1728"/>
          </w:tcPr>
          <w:p/>
        </w:tc>
      </w:tr>
      <w:tr>
        <w:tc>
          <w:tcPr>
            <w:tcW w:type="dxa" w:w="1728"/>
          </w:tcPr>
          <w:p>
            <w:r>
              <w:t>第三名</w:t>
            </w:r>
          </w:p>
        </w:tc>
        <w:tc>
          <w:tcPr>
            <w:tcW w:type="dxa" w:w="1728"/>
          </w:tcPr>
          <w:p>
            <w:r>
              <w:t>6</w:t>
            </w:r>
          </w:p>
        </w:tc>
        <w:tc>
          <w:tcPr>
            <w:tcW w:type="dxa" w:w="1728"/>
          </w:tcPr>
          <w:p/>
        </w:tc>
        <w:tc>
          <w:tcPr>
            <w:tcW w:type="dxa" w:w="1728"/>
          </w:tcPr>
          <w:p/>
        </w:tc>
        <w:tc>
          <w:tcPr>
            <w:tcW w:type="dxa" w:w="1728"/>
          </w:tcPr>
          <w:p/>
        </w:tc>
      </w:tr>
      <w:tr>
        <w:tc>
          <w:tcPr>
            <w:tcW w:type="dxa" w:w="1728"/>
          </w:tcPr>
          <w:p>
            <w:r>
              <w:t>省级</w:t>
            </w:r>
          </w:p>
        </w:tc>
        <w:tc>
          <w:tcPr>
            <w:tcW w:type="dxa" w:w="1728"/>
          </w:tcPr>
          <w:p>
            <w:r>
              <w:t>独立或第一名</w:t>
            </w:r>
          </w:p>
        </w:tc>
        <w:tc>
          <w:tcPr>
            <w:tcW w:type="dxa" w:w="1728"/>
          </w:tcPr>
          <w:p>
            <w:r>
              <w:t>15</w:t>
            </w:r>
          </w:p>
        </w:tc>
        <w:tc>
          <w:tcPr>
            <w:tcW w:type="dxa" w:w="1728"/>
          </w:tcPr>
          <w:p/>
        </w:tc>
        <w:tc>
          <w:tcPr>
            <w:tcW w:type="dxa" w:w="1728"/>
          </w:tcPr>
          <w:p/>
        </w:tc>
      </w:tr>
      <w:tr>
        <w:tc>
          <w:tcPr>
            <w:tcW w:type="dxa" w:w="1728"/>
          </w:tcPr>
          <w:p>
            <w:r>
              <w:t>第二名</w:t>
            </w:r>
          </w:p>
        </w:tc>
        <w:tc>
          <w:tcPr>
            <w:tcW w:type="dxa" w:w="1728"/>
          </w:tcPr>
          <w:p>
            <w:r>
              <w:t>7</w:t>
            </w:r>
          </w:p>
        </w:tc>
        <w:tc>
          <w:tcPr>
            <w:tcW w:type="dxa" w:w="1728"/>
          </w:tcPr>
          <w:p/>
        </w:tc>
        <w:tc>
          <w:tcPr>
            <w:tcW w:type="dxa" w:w="1728"/>
          </w:tcPr>
          <w:p/>
        </w:tc>
        <w:tc>
          <w:tcPr>
            <w:tcW w:type="dxa" w:w="1728"/>
          </w:tcPr>
          <w:p/>
        </w:tc>
      </w:tr>
      <w:tr>
        <w:tc>
          <w:tcPr>
            <w:tcW w:type="dxa" w:w="1728"/>
          </w:tcPr>
          <w:p>
            <w:r>
              <w:t>第三名</w:t>
            </w:r>
          </w:p>
        </w:tc>
        <w:tc>
          <w:tcPr>
            <w:tcW w:type="dxa" w:w="1728"/>
          </w:tcPr>
          <w:p>
            <w:r>
              <w:t>4</w:t>
            </w:r>
          </w:p>
        </w:tc>
        <w:tc>
          <w:tcPr>
            <w:tcW w:type="dxa" w:w="1728"/>
          </w:tcPr>
          <w:p/>
        </w:tc>
        <w:tc>
          <w:tcPr>
            <w:tcW w:type="dxa" w:w="1728"/>
          </w:tcPr>
          <w:p/>
        </w:tc>
        <w:tc>
          <w:tcPr>
            <w:tcW w:type="dxa" w:w="1728"/>
          </w:tcPr>
          <w:p/>
        </w:tc>
      </w:tr>
      <w:tr>
        <w:tc>
          <w:tcPr>
            <w:tcW w:type="dxa" w:w="1728"/>
          </w:tcPr>
          <w:p>
            <w:r>
              <w:t>校级</w:t>
            </w:r>
          </w:p>
        </w:tc>
        <w:tc>
          <w:tcPr>
            <w:tcW w:type="dxa" w:w="1728"/>
          </w:tcPr>
          <w:p>
            <w:r>
              <w:t>独立或第一名</w:t>
            </w:r>
          </w:p>
        </w:tc>
        <w:tc>
          <w:tcPr>
            <w:tcW w:type="dxa" w:w="1728"/>
          </w:tcPr>
          <w:p>
            <w:r>
              <w:t>8</w:t>
            </w:r>
          </w:p>
        </w:tc>
        <w:tc>
          <w:tcPr>
            <w:tcW w:type="dxa" w:w="1728"/>
          </w:tcPr>
          <w:p/>
        </w:tc>
        <w:tc>
          <w:tcPr>
            <w:tcW w:type="dxa" w:w="1728"/>
          </w:tcPr>
          <w:p/>
        </w:tc>
      </w:tr>
      <w:tr>
        <w:tc>
          <w:tcPr>
            <w:tcW w:type="dxa" w:w="1728"/>
          </w:tcPr>
          <w:p>
            <w:r>
              <w:t>第二名</w:t>
            </w:r>
          </w:p>
        </w:tc>
        <w:tc>
          <w:tcPr>
            <w:tcW w:type="dxa" w:w="1728"/>
          </w:tcPr>
          <w:p>
            <w:r>
              <w:t>4</w:t>
            </w:r>
          </w:p>
        </w:tc>
        <w:tc>
          <w:tcPr>
            <w:tcW w:type="dxa" w:w="1728"/>
          </w:tcPr>
          <w:p/>
        </w:tc>
        <w:tc>
          <w:tcPr>
            <w:tcW w:type="dxa" w:w="1728"/>
          </w:tcPr>
          <w:p/>
        </w:tc>
        <w:tc>
          <w:tcPr>
            <w:tcW w:type="dxa" w:w="1728"/>
          </w:tcPr>
          <w:p/>
        </w:tc>
      </w:tr>
      <w:tr>
        <w:tc>
          <w:tcPr>
            <w:tcW w:type="dxa" w:w="1728"/>
          </w:tcPr>
          <w:p>
            <w:r>
              <w:t>第三名</w:t>
            </w:r>
          </w:p>
        </w:tc>
        <w:tc>
          <w:tcPr>
            <w:tcW w:type="dxa" w:w="1728"/>
          </w:tcPr>
          <w:p>
            <w:r>
              <w:t>2</w:t>
            </w:r>
          </w:p>
        </w:tc>
        <w:tc>
          <w:tcPr>
            <w:tcW w:type="dxa" w:w="1728"/>
          </w:tcPr>
          <w:p/>
        </w:tc>
        <w:tc>
          <w:tcPr>
            <w:tcW w:type="dxa" w:w="1728"/>
          </w:tcPr>
          <w:p/>
        </w:tc>
        <w:tc>
          <w:tcPr>
            <w:tcW w:type="dxa" w:w="1728"/>
          </w:tcPr>
          <w:p/>
        </w:tc>
      </w:tr>
      <w:tr>
        <w:tc>
          <w:tcPr>
            <w:tcW w:type="dxa" w:w="1728"/>
          </w:tcPr>
          <w:p>
            <w:r>
              <w:t>获得专利</w:t>
            </w:r>
          </w:p>
        </w:tc>
        <w:tc>
          <w:tcPr>
            <w:tcW w:type="dxa" w:w="1728"/>
          </w:tcPr>
          <w:p>
            <w:r>
              <w:t>发明专利</w:t>
            </w:r>
          </w:p>
        </w:tc>
        <w:tc>
          <w:tcPr>
            <w:tcW w:type="dxa" w:w="1728"/>
          </w:tcPr>
          <w:p>
            <w:r>
              <w:t>独立或第一名</w:t>
            </w:r>
          </w:p>
        </w:tc>
        <w:tc>
          <w:tcPr>
            <w:tcW w:type="dxa" w:w="1728"/>
          </w:tcPr>
          <w:p>
            <w:r>
              <w:t>8</w:t>
            </w:r>
          </w:p>
        </w:tc>
        <w:tc>
          <w:tcPr>
            <w:tcW w:type="dxa" w:w="1728"/>
          </w:tcPr>
          <w:p/>
        </w:tc>
      </w:tr>
      <w:tr>
        <w:tc>
          <w:tcPr>
            <w:tcW w:type="dxa" w:w="1728"/>
          </w:tcPr>
          <w:p>
            <w:r>
              <w:t>实用新型专利或外观专利</w:t>
            </w:r>
          </w:p>
        </w:tc>
        <w:tc>
          <w:tcPr>
            <w:tcW w:type="dxa" w:w="1728"/>
          </w:tcPr>
          <w:p>
            <w:r>
              <w:t>4</w:t>
            </w:r>
          </w:p>
        </w:tc>
        <w:tc>
          <w:tcPr>
            <w:tcW w:type="dxa" w:w="1728"/>
          </w:tcPr>
          <w:p/>
        </w:tc>
        <w:tc>
          <w:tcPr>
            <w:tcW w:type="dxa" w:w="1728"/>
          </w:tcPr>
          <w:p/>
        </w:tc>
        <w:tc>
          <w:tcPr>
            <w:tcW w:type="dxa" w:w="1728"/>
          </w:tcPr>
          <w:p/>
        </w:tc>
      </w:tr>
      <w:tr>
        <w:tc>
          <w:tcPr>
            <w:tcW w:type="dxa" w:w="1728"/>
          </w:tcPr>
          <w:p>
            <w:r>
              <w:t>莙政基金项目</w:t>
            </w:r>
          </w:p>
        </w:tc>
        <w:tc>
          <w:tcPr>
            <w:tcW w:type="dxa" w:w="1728"/>
          </w:tcPr>
          <w:p>
            <w:r/>
          </w:p>
        </w:tc>
        <w:tc>
          <w:tcPr>
            <w:tcW w:type="dxa" w:w="1728"/>
          </w:tcPr>
          <w:p>
            <w:r/>
          </w:p>
        </w:tc>
        <w:tc>
          <w:tcPr>
            <w:tcW w:type="dxa" w:w="1728"/>
          </w:tcPr>
          <w:p>
            <w:r>
              <w:t>15</w:t>
            </w:r>
          </w:p>
        </w:tc>
        <w:tc>
          <w:tcPr>
            <w:tcW w:type="dxa" w:w="1728"/>
          </w:tcPr>
          <w:p/>
        </w:tc>
      </w:tr>
      <w:tr>
        <w:tc>
          <w:tcPr>
            <w:tcW w:type="dxa" w:w="1728"/>
          </w:tcPr>
          <w:p>
            <w:r>
              <w:t>公开发表专业性学术论文</w:t>
            </w:r>
          </w:p>
        </w:tc>
        <w:tc>
          <w:tcPr>
            <w:tcW w:type="dxa" w:w="1728"/>
          </w:tcPr>
          <w:p>
            <w:r>
              <w:t>SCI一区、SSCI、一类中文核心发表</w:t>
            </w:r>
          </w:p>
        </w:tc>
        <w:tc>
          <w:tcPr>
            <w:tcW w:type="dxa" w:w="1728"/>
          </w:tcPr>
          <w:p>
            <w:r>
              <w:t>独立或第一名（指导老师为第一作者的可放宽到第二名）。每篇6000字及以上。</w:t>
            </w:r>
          </w:p>
        </w:tc>
        <w:tc>
          <w:tcPr>
            <w:tcW w:type="dxa" w:w="1728"/>
          </w:tcPr>
          <w:p>
            <w:r>
              <w:t>30</w:t>
            </w:r>
          </w:p>
        </w:tc>
        <w:tc>
          <w:tcPr>
            <w:tcW w:type="dxa" w:w="1728"/>
          </w:tcPr>
          <w:p/>
        </w:tc>
      </w:tr>
      <w:tr>
        <w:tc>
          <w:tcPr>
            <w:tcW w:type="dxa" w:w="1728"/>
          </w:tcPr>
          <w:p>
            <w:r>
              <w:t>SCI二区、SCI三区、二类中文核心发表</w:t>
            </w:r>
          </w:p>
        </w:tc>
        <w:tc>
          <w:tcPr>
            <w:tcW w:type="dxa" w:w="1728"/>
          </w:tcPr>
          <w:p>
            <w:r>
              <w:t>15</w:t>
            </w:r>
          </w:p>
        </w:tc>
        <w:tc>
          <w:tcPr>
            <w:tcW w:type="dxa" w:w="1728"/>
          </w:tcPr>
          <w:p/>
        </w:tc>
        <w:tc>
          <w:tcPr>
            <w:tcW w:type="dxa" w:w="1728"/>
          </w:tcPr>
          <w:p/>
        </w:tc>
        <w:tc>
          <w:tcPr>
            <w:tcW w:type="dxa" w:w="1728"/>
          </w:tcPr>
          <w:p/>
        </w:tc>
      </w:tr>
      <w:tr>
        <w:tc>
          <w:tcPr>
            <w:tcW w:type="dxa" w:w="1728"/>
          </w:tcPr>
          <w:p>
            <w:r>
              <w:t>三类中文核心期刊</w:t>
            </w:r>
          </w:p>
        </w:tc>
        <w:tc>
          <w:tcPr>
            <w:tcW w:type="dxa" w:w="1728"/>
          </w:tcPr>
          <w:p>
            <w:r>
              <w:t>10</w:t>
            </w:r>
          </w:p>
        </w:tc>
        <w:tc>
          <w:tcPr>
            <w:tcW w:type="dxa" w:w="1728"/>
          </w:tcPr>
          <w:p/>
        </w:tc>
        <w:tc>
          <w:tcPr>
            <w:tcW w:type="dxa" w:w="1728"/>
          </w:tcPr>
          <w:p/>
        </w:tc>
        <w:tc>
          <w:tcPr>
            <w:tcW w:type="dxa" w:w="1728"/>
          </w:tcPr>
          <w:p/>
        </w:tc>
      </w:tr>
      <w:tr>
        <w:tc>
          <w:tcPr>
            <w:tcW w:type="dxa" w:w="1728"/>
          </w:tcPr>
          <w:p>
            <w:r>
              <w:t>省级学术刊物发表高质量论文3篇及以上或北图核心期刊1篇及以上。</w:t>
            </w:r>
          </w:p>
        </w:tc>
        <w:tc>
          <w:tcPr>
            <w:tcW w:type="dxa" w:w="1728"/>
          </w:tcPr>
          <w:p>
            <w:r>
              <w:t>独立或第一名（指导老师为第一作者的可放宽到第二名）。每篇6000字及以上。</w:t>
            </w:r>
          </w:p>
        </w:tc>
        <w:tc>
          <w:tcPr>
            <w:tcW w:type="dxa" w:w="1728"/>
          </w:tcPr>
          <w:p>
            <w:r>
              <w:t>6</w:t>
            </w:r>
          </w:p>
        </w:tc>
        <w:tc>
          <w:tcPr>
            <w:tcW w:type="dxa" w:w="1728"/>
          </w:tcPr>
          <w:p/>
        </w:tc>
        <w:tc>
          <w:tcPr>
            <w:tcW w:type="dxa" w:w="1728"/>
          </w:tcPr>
          <w:p/>
        </w:tc>
      </w:tr>
      <w:tr>
        <w:tc>
          <w:tcPr>
            <w:tcW w:type="dxa" w:w="1728"/>
          </w:tcPr>
          <w:p>
            <w:r>
              <w:t>公开正式出版刊物（含报纸）上发表普通学术论文。</w:t>
            </w:r>
          </w:p>
        </w:tc>
        <w:tc>
          <w:tcPr>
            <w:tcW w:type="dxa" w:w="1728"/>
          </w:tcPr>
          <w:p>
            <w:r>
              <w:t>2</w:t>
            </w:r>
          </w:p>
        </w:tc>
        <w:tc>
          <w:tcPr>
            <w:tcW w:type="dxa" w:w="1728"/>
          </w:tcPr>
          <w:p/>
        </w:tc>
        <w:tc>
          <w:tcPr>
            <w:tcW w:type="dxa" w:w="1728"/>
          </w:tcPr>
          <w:p/>
        </w:tc>
        <w:tc>
          <w:tcPr>
            <w:tcW w:type="dxa" w:w="1728"/>
          </w:tcPr>
          <w:p/>
        </w:tc>
      </w:tr>
    </w:tbl>
    <w:p>
      <w:r>
        <w:t>注：1、每一方面加分只计算一次，选相对较高分值计入</w:t>
      </w:r>
    </w:p>
    <w:p>
      <w:r>
        <w:t>2、论文发表目录依据苏州大学人文社会科学高质量论文管理办法（苏大社科〔2022〕3号）确定。</w:t>
      </w:r>
    </w:p>
    <w:p>
      <w:r>
        <w:t>中国高等教学学会认定的国家级榜单赛事</w:t>
      </w:r>
    </w:p>
    <w:tbl>
      <w:tblPr>
        <w:tblStyle w:val="TableGrid"/>
        <w:tblW w:type="auto" w:w="0"/>
        <w:tblLook w:firstColumn="1" w:firstRow="1" w:lastColumn="0" w:lastRow="0" w:noHBand="0" w:noVBand="1" w:val="04A0"/>
      </w:tblPr>
      <w:tblGrid>
        <w:gridCol w:w="2880"/>
        <w:gridCol w:w="2880"/>
        <w:gridCol w:w="2880"/>
      </w:tblGrid>
      <w:tr>
        <w:tc>
          <w:tcPr>
            <w:tcW w:type="dxa" w:w="2880"/>
          </w:tcPr>
          <w:p>
            <w:r>
              <w:t>序号</w:t>
            </w:r>
          </w:p>
        </w:tc>
        <w:tc>
          <w:tcPr>
            <w:tcW w:type="dxa" w:w="2880"/>
          </w:tcPr>
          <w:p>
            <w:r>
              <w:t>竞赛名称</w:t>
            </w:r>
          </w:p>
        </w:tc>
        <w:tc>
          <w:tcPr>
            <w:tcW w:type="dxa" w:w="2880"/>
          </w:tcPr>
          <w:p>
            <w:r>
              <w:t>备注</w:t>
            </w:r>
          </w:p>
        </w:tc>
      </w:tr>
      <w:tr>
        <w:tc>
          <w:tcPr>
            <w:tcW w:type="dxa" w:w="2880"/>
          </w:tcPr>
          <w:p>
            <w:r>
              <w:t>1</w:t>
            </w:r>
          </w:p>
        </w:tc>
        <w:tc>
          <w:tcPr>
            <w:tcW w:type="dxa" w:w="2880"/>
          </w:tcPr>
          <w:p>
            <w:r>
              <w:t>中国国际大学生创新大赛</w:t>
            </w:r>
          </w:p>
        </w:tc>
        <w:tc>
          <w:tcPr>
            <w:tcW w:type="dxa" w:w="2880"/>
          </w:tcPr>
          <w:p>
            <w:r/>
          </w:p>
        </w:tc>
      </w:tr>
      <w:tr>
        <w:tc>
          <w:tcPr>
            <w:tcW w:type="dxa" w:w="2880"/>
          </w:tcPr>
          <w:p>
            <w:r>
              <w:t>2</w:t>
            </w:r>
          </w:p>
        </w:tc>
        <w:tc>
          <w:tcPr>
            <w:tcW w:type="dxa" w:w="2880"/>
          </w:tcPr>
          <w:p>
            <w:r>
              <w:t>“挑战杯”全国大学生课外学术科技作品竞赛</w:t>
            </w:r>
          </w:p>
        </w:tc>
        <w:tc>
          <w:tcPr>
            <w:tcW w:type="dxa" w:w="2880"/>
          </w:tcPr>
          <w:p>
            <w:r>
              <w:t>奇数年</w:t>
            </w:r>
          </w:p>
        </w:tc>
      </w:tr>
      <w:tr>
        <w:tc>
          <w:tcPr>
            <w:tcW w:type="dxa" w:w="2880"/>
          </w:tcPr>
          <w:p>
            <w:r>
              <w:t>3</w:t>
            </w:r>
          </w:p>
        </w:tc>
        <w:tc>
          <w:tcPr>
            <w:tcW w:type="dxa" w:w="2880"/>
          </w:tcPr>
          <w:p>
            <w:r>
              <w:t>“挑战杯”中国大学生创业计划大赛</w:t>
            </w:r>
          </w:p>
        </w:tc>
        <w:tc>
          <w:tcPr>
            <w:tcW w:type="dxa" w:w="2880"/>
          </w:tcPr>
          <w:p>
            <w:r>
              <w:t>偶数年</w:t>
            </w:r>
          </w:p>
        </w:tc>
      </w:tr>
      <w:tr>
        <w:tc>
          <w:tcPr>
            <w:tcW w:type="dxa" w:w="2880"/>
          </w:tcPr>
          <w:p>
            <w:r>
              <w:t>4</w:t>
            </w:r>
          </w:p>
        </w:tc>
        <w:tc>
          <w:tcPr>
            <w:tcW w:type="dxa" w:w="2880"/>
          </w:tcPr>
          <w:p>
            <w:r>
              <w:t>ACM-ICPC国际大学生程序设计竞赛</w:t>
            </w:r>
          </w:p>
        </w:tc>
        <w:tc>
          <w:tcPr>
            <w:tcW w:type="dxa" w:w="2880"/>
          </w:tcPr>
          <w:p>
            <w:r/>
          </w:p>
        </w:tc>
      </w:tr>
      <w:tr>
        <w:tc>
          <w:tcPr>
            <w:tcW w:type="dxa" w:w="2880"/>
          </w:tcPr>
          <w:p>
            <w:r>
              <w:t>5</w:t>
            </w:r>
          </w:p>
        </w:tc>
        <w:tc>
          <w:tcPr>
            <w:tcW w:type="dxa" w:w="2880"/>
          </w:tcPr>
          <w:p>
            <w:r>
              <w:t>全国大学生数学建模竞赛</w:t>
            </w:r>
          </w:p>
        </w:tc>
        <w:tc>
          <w:tcPr>
            <w:tcW w:type="dxa" w:w="2880"/>
          </w:tcPr>
          <w:p>
            <w:r/>
          </w:p>
        </w:tc>
      </w:tr>
      <w:tr>
        <w:tc>
          <w:tcPr>
            <w:tcW w:type="dxa" w:w="2880"/>
          </w:tcPr>
          <w:p>
            <w:r>
              <w:t>6</w:t>
            </w:r>
          </w:p>
        </w:tc>
        <w:tc>
          <w:tcPr>
            <w:tcW w:type="dxa" w:w="2880"/>
          </w:tcPr>
          <w:p>
            <w:r>
              <w:t>全国大学生电子设计竞赛</w:t>
            </w:r>
          </w:p>
        </w:tc>
        <w:tc>
          <w:tcPr>
            <w:tcW w:type="dxa" w:w="2880"/>
          </w:tcPr>
          <w:p>
            <w:r/>
          </w:p>
        </w:tc>
      </w:tr>
      <w:tr>
        <w:tc>
          <w:tcPr>
            <w:tcW w:type="dxa" w:w="2880"/>
          </w:tcPr>
          <w:p>
            <w:r>
              <w:t>7</w:t>
            </w:r>
          </w:p>
        </w:tc>
        <w:tc>
          <w:tcPr>
            <w:tcW w:type="dxa" w:w="2880"/>
          </w:tcPr>
          <w:p>
            <w:r>
              <w:t>中国大学生医学技术技能大赛</w:t>
            </w:r>
          </w:p>
        </w:tc>
        <w:tc>
          <w:tcPr>
            <w:tcW w:type="dxa" w:w="2880"/>
          </w:tcPr>
          <w:p>
            <w:r/>
          </w:p>
        </w:tc>
      </w:tr>
      <w:tr>
        <w:tc>
          <w:tcPr>
            <w:tcW w:type="dxa" w:w="2880"/>
          </w:tcPr>
          <w:p>
            <w:r>
              <w:t>8</w:t>
            </w:r>
          </w:p>
        </w:tc>
        <w:tc>
          <w:tcPr>
            <w:tcW w:type="dxa" w:w="2880"/>
          </w:tcPr>
          <w:p>
            <w:r>
              <w:t>全国大学生机械创新设计大赛</w:t>
            </w:r>
          </w:p>
        </w:tc>
        <w:tc>
          <w:tcPr>
            <w:tcW w:type="dxa" w:w="2880"/>
          </w:tcPr>
          <w:p>
            <w:r/>
          </w:p>
        </w:tc>
      </w:tr>
      <w:tr>
        <w:tc>
          <w:tcPr>
            <w:tcW w:type="dxa" w:w="2880"/>
          </w:tcPr>
          <w:p>
            <w:r>
              <w:t>9</w:t>
            </w:r>
          </w:p>
        </w:tc>
        <w:tc>
          <w:tcPr>
            <w:tcW w:type="dxa" w:w="2880"/>
          </w:tcPr>
          <w:p>
            <w:r>
              <w:t>全国大学生结构设计竞赛</w:t>
            </w:r>
          </w:p>
        </w:tc>
        <w:tc>
          <w:tcPr>
            <w:tcW w:type="dxa" w:w="2880"/>
          </w:tcPr>
          <w:p>
            <w:r/>
          </w:p>
        </w:tc>
      </w:tr>
      <w:tr>
        <w:tc>
          <w:tcPr>
            <w:tcW w:type="dxa" w:w="2880"/>
          </w:tcPr>
          <w:p>
            <w:r>
              <w:t>10</w:t>
            </w:r>
          </w:p>
        </w:tc>
        <w:tc>
          <w:tcPr>
            <w:tcW w:type="dxa" w:w="2880"/>
          </w:tcPr>
          <w:p>
            <w:r>
              <w:t>全国大学生广告艺术大赛</w:t>
            </w:r>
          </w:p>
        </w:tc>
        <w:tc>
          <w:tcPr>
            <w:tcW w:type="dxa" w:w="2880"/>
          </w:tcPr>
          <w:p>
            <w:r/>
          </w:p>
        </w:tc>
      </w:tr>
      <w:tr>
        <w:tc>
          <w:tcPr>
            <w:tcW w:type="dxa" w:w="2880"/>
          </w:tcPr>
          <w:p>
            <w:r>
              <w:t>11</w:t>
            </w:r>
          </w:p>
        </w:tc>
        <w:tc>
          <w:tcPr>
            <w:tcW w:type="dxa" w:w="2880"/>
          </w:tcPr>
          <w:p>
            <w:r>
              <w:t>全国大学生智能汽车竞赛</w:t>
            </w:r>
          </w:p>
        </w:tc>
        <w:tc>
          <w:tcPr>
            <w:tcW w:type="dxa" w:w="2880"/>
          </w:tcPr>
          <w:p>
            <w:r/>
          </w:p>
        </w:tc>
      </w:tr>
      <w:tr>
        <w:tc>
          <w:tcPr>
            <w:tcW w:type="dxa" w:w="2880"/>
          </w:tcPr>
          <w:p>
            <w:r>
              <w:t>12</w:t>
            </w:r>
          </w:p>
        </w:tc>
        <w:tc>
          <w:tcPr>
            <w:tcW w:type="dxa" w:w="2880"/>
          </w:tcPr>
          <w:p>
            <w:r>
              <w:t>全国大学生电子商务“创新，创意及创业”挑战赛</w:t>
            </w:r>
          </w:p>
        </w:tc>
        <w:tc>
          <w:tcPr>
            <w:tcW w:type="dxa" w:w="2880"/>
          </w:tcPr>
          <w:p>
            <w:r/>
          </w:p>
        </w:tc>
      </w:tr>
      <w:tr>
        <w:tc>
          <w:tcPr>
            <w:tcW w:type="dxa" w:w="2880"/>
          </w:tcPr>
          <w:p>
            <w:r>
              <w:t>13</w:t>
            </w:r>
          </w:p>
        </w:tc>
        <w:tc>
          <w:tcPr>
            <w:tcW w:type="dxa" w:w="2880"/>
          </w:tcPr>
          <w:p>
            <w:r>
              <w:t>中国大学生工程实践与创新能力大赛</w:t>
            </w:r>
          </w:p>
        </w:tc>
        <w:tc>
          <w:tcPr>
            <w:tcW w:type="dxa" w:w="2880"/>
          </w:tcPr>
          <w:p>
            <w:r/>
          </w:p>
        </w:tc>
      </w:tr>
      <w:tr>
        <w:tc>
          <w:tcPr>
            <w:tcW w:type="dxa" w:w="2880"/>
          </w:tcPr>
          <w:p>
            <w:r>
              <w:t>14</w:t>
            </w:r>
          </w:p>
        </w:tc>
        <w:tc>
          <w:tcPr>
            <w:tcW w:type="dxa" w:w="2880"/>
          </w:tcPr>
          <w:p>
            <w:r>
              <w:t>全国大学生物流设计大赛</w:t>
            </w:r>
          </w:p>
        </w:tc>
        <w:tc>
          <w:tcPr>
            <w:tcW w:type="dxa" w:w="2880"/>
          </w:tcPr>
          <w:p>
            <w:r/>
          </w:p>
        </w:tc>
      </w:tr>
      <w:tr>
        <w:tc>
          <w:tcPr>
            <w:tcW w:type="dxa" w:w="2880"/>
          </w:tcPr>
          <w:p>
            <w:r>
              <w:t>15</w:t>
            </w:r>
          </w:p>
        </w:tc>
        <w:tc>
          <w:tcPr>
            <w:tcW w:type="dxa" w:w="2880"/>
          </w:tcPr>
          <w:p>
            <w:r>
              <w:t>外研社全国大学生英语系列赛（1.英语演讲2.英语论辩3.英语写作4.英语阅读）</w:t>
            </w:r>
          </w:p>
        </w:tc>
        <w:tc>
          <w:tcPr>
            <w:tcW w:type="dxa" w:w="2880"/>
          </w:tcPr>
          <w:p>
            <w:r/>
          </w:p>
        </w:tc>
      </w:tr>
      <w:tr>
        <w:tc>
          <w:tcPr>
            <w:tcW w:type="dxa" w:w="2880"/>
          </w:tcPr>
          <w:p>
            <w:r>
              <w:t>16</w:t>
            </w:r>
          </w:p>
        </w:tc>
        <w:tc>
          <w:tcPr>
            <w:tcW w:type="dxa" w:w="2880"/>
          </w:tcPr>
          <w:p>
            <w:r>
              <w:t>两岸新锐设计竞赛.华灿奖</w:t>
            </w:r>
          </w:p>
        </w:tc>
        <w:tc>
          <w:tcPr>
            <w:tcW w:type="dxa" w:w="2880"/>
          </w:tcPr>
          <w:p>
            <w:r/>
          </w:p>
        </w:tc>
      </w:tr>
      <w:tr>
        <w:tc>
          <w:tcPr>
            <w:tcW w:type="dxa" w:w="2880"/>
          </w:tcPr>
          <w:p>
            <w:r>
              <w:t>17</w:t>
            </w:r>
          </w:p>
        </w:tc>
        <w:tc>
          <w:tcPr>
            <w:tcW w:type="dxa" w:w="2880"/>
          </w:tcPr>
          <w:p>
            <w:r>
              <w:t>全国大学生创新创业训练计划年会展示</w:t>
            </w:r>
          </w:p>
        </w:tc>
        <w:tc>
          <w:tcPr>
            <w:tcW w:type="dxa" w:w="2880"/>
          </w:tcPr>
          <w:p>
            <w:r/>
          </w:p>
        </w:tc>
      </w:tr>
      <w:tr>
        <w:tc>
          <w:tcPr>
            <w:tcW w:type="dxa" w:w="2880"/>
          </w:tcPr>
          <w:p>
            <w:r>
              <w:t>18</w:t>
            </w:r>
          </w:p>
        </w:tc>
        <w:tc>
          <w:tcPr>
            <w:tcW w:type="dxa" w:w="2880"/>
          </w:tcPr>
          <w:p>
            <w:r>
              <w:t>全国大学生化工设计竞赛</w:t>
            </w:r>
          </w:p>
        </w:tc>
        <w:tc>
          <w:tcPr>
            <w:tcW w:type="dxa" w:w="2880"/>
          </w:tcPr>
          <w:p>
            <w:r/>
          </w:p>
        </w:tc>
      </w:tr>
      <w:tr>
        <w:tc>
          <w:tcPr>
            <w:tcW w:type="dxa" w:w="2880"/>
          </w:tcPr>
          <w:p>
            <w:r>
              <w:t>19</w:t>
            </w:r>
          </w:p>
        </w:tc>
        <w:tc>
          <w:tcPr>
            <w:tcW w:type="dxa" w:w="2880"/>
          </w:tcPr>
          <w:p>
            <w:r>
              <w:t>全国大学生机器人大赛(1.RoboMaster 2.Robocon)</w:t>
            </w:r>
          </w:p>
        </w:tc>
        <w:tc>
          <w:tcPr>
            <w:tcW w:type="dxa" w:w="2880"/>
          </w:tcPr>
          <w:p>
            <w:r/>
          </w:p>
        </w:tc>
      </w:tr>
      <w:tr>
        <w:tc>
          <w:tcPr>
            <w:tcW w:type="dxa" w:w="2880"/>
          </w:tcPr>
          <w:p>
            <w:r>
              <w:t>20</w:t>
            </w:r>
          </w:p>
        </w:tc>
        <w:tc>
          <w:tcPr>
            <w:tcW w:type="dxa" w:w="2880"/>
          </w:tcPr>
          <w:p>
            <w:r>
              <w:t>全国大学生市场调查与分析大赛</w:t>
            </w:r>
          </w:p>
        </w:tc>
        <w:tc>
          <w:tcPr>
            <w:tcW w:type="dxa" w:w="2880"/>
          </w:tcPr>
          <w:p>
            <w:r/>
          </w:p>
        </w:tc>
      </w:tr>
      <w:tr>
        <w:tc>
          <w:tcPr>
            <w:tcW w:type="dxa" w:w="2880"/>
          </w:tcPr>
          <w:p>
            <w:r>
              <w:t>21</w:t>
            </w:r>
          </w:p>
        </w:tc>
        <w:tc>
          <w:tcPr>
            <w:tcW w:type="dxa" w:w="2880"/>
          </w:tcPr>
          <w:p>
            <w:r>
              <w:t>全国大学生先进成图技术与产品信息建模创新大赛</w:t>
            </w:r>
          </w:p>
        </w:tc>
        <w:tc>
          <w:tcPr>
            <w:tcW w:type="dxa" w:w="2880"/>
          </w:tcPr>
          <w:p>
            <w:r/>
          </w:p>
        </w:tc>
      </w:tr>
      <w:tr>
        <w:tc>
          <w:tcPr>
            <w:tcW w:type="dxa" w:w="2880"/>
          </w:tcPr>
          <w:p>
            <w:r>
              <w:t>22</w:t>
            </w:r>
          </w:p>
        </w:tc>
        <w:tc>
          <w:tcPr>
            <w:tcW w:type="dxa" w:w="2880"/>
          </w:tcPr>
          <w:p>
            <w:r>
              <w:t>全国三维数字化创新设计大赛</w:t>
            </w:r>
          </w:p>
        </w:tc>
        <w:tc>
          <w:tcPr>
            <w:tcW w:type="dxa" w:w="2880"/>
          </w:tcPr>
          <w:p>
            <w:r/>
          </w:p>
        </w:tc>
      </w:tr>
      <w:tr>
        <w:tc>
          <w:tcPr>
            <w:tcW w:type="dxa" w:w="2880"/>
          </w:tcPr>
          <w:p>
            <w:r>
              <w:t>23</w:t>
            </w:r>
          </w:p>
        </w:tc>
        <w:tc>
          <w:tcPr>
            <w:tcW w:type="dxa" w:w="2880"/>
          </w:tcPr>
          <w:p>
            <w:r>
              <w:t>“西门子杯”中国智能制造挑战赛</w:t>
            </w:r>
          </w:p>
        </w:tc>
        <w:tc>
          <w:tcPr>
            <w:tcW w:type="dxa" w:w="2880"/>
          </w:tcPr>
          <w:p>
            <w:r/>
          </w:p>
        </w:tc>
      </w:tr>
      <w:tr>
        <w:tc>
          <w:tcPr>
            <w:tcW w:type="dxa" w:w="2880"/>
          </w:tcPr>
          <w:p>
            <w:r>
              <w:t>24</w:t>
            </w:r>
          </w:p>
        </w:tc>
        <w:tc>
          <w:tcPr>
            <w:tcW w:type="dxa" w:w="2880"/>
          </w:tcPr>
          <w:p>
            <w:r>
              <w:t>中国大学生服务外包创新创业大赛</w:t>
            </w:r>
          </w:p>
        </w:tc>
        <w:tc>
          <w:tcPr>
            <w:tcW w:type="dxa" w:w="2880"/>
          </w:tcPr>
          <w:p>
            <w:r/>
          </w:p>
        </w:tc>
      </w:tr>
      <w:tr>
        <w:tc>
          <w:tcPr>
            <w:tcW w:type="dxa" w:w="2880"/>
          </w:tcPr>
          <w:p>
            <w:r>
              <w:t>25</w:t>
            </w:r>
          </w:p>
        </w:tc>
        <w:tc>
          <w:tcPr>
            <w:tcW w:type="dxa" w:w="2880"/>
          </w:tcPr>
          <w:p>
            <w:r>
              <w:t>中国大学生计算机设计大赛</w:t>
            </w:r>
          </w:p>
        </w:tc>
        <w:tc>
          <w:tcPr>
            <w:tcW w:type="dxa" w:w="2880"/>
          </w:tcPr>
          <w:p>
            <w:r/>
          </w:p>
        </w:tc>
      </w:tr>
      <w:tr>
        <w:tc>
          <w:tcPr>
            <w:tcW w:type="dxa" w:w="2880"/>
          </w:tcPr>
          <w:p>
            <w:r>
              <w:t>26</w:t>
            </w:r>
          </w:p>
        </w:tc>
        <w:tc>
          <w:tcPr>
            <w:tcW w:type="dxa" w:w="2880"/>
          </w:tcPr>
          <w:p>
            <w:r>
              <w:t>中国高校计算机大赛(1.大数据挑战赛2.团体程序设计天梯赛3.移动应用创新赛4.网络技术挑战赛5.人工智能创意赛)</w:t>
            </w:r>
          </w:p>
        </w:tc>
        <w:tc>
          <w:tcPr>
            <w:tcW w:type="dxa" w:w="2880"/>
          </w:tcPr>
          <w:p>
            <w:r/>
          </w:p>
        </w:tc>
      </w:tr>
      <w:tr>
        <w:tc>
          <w:tcPr>
            <w:tcW w:type="dxa" w:w="2880"/>
          </w:tcPr>
          <w:p>
            <w:r>
              <w:t>27</w:t>
            </w:r>
          </w:p>
        </w:tc>
        <w:tc>
          <w:tcPr>
            <w:tcW w:type="dxa" w:w="2880"/>
          </w:tcPr>
          <w:p>
            <w:r>
              <w:t>蓝桥杯全国软件和信息技术专业人才大赛</w:t>
            </w:r>
          </w:p>
        </w:tc>
        <w:tc>
          <w:tcPr>
            <w:tcW w:type="dxa" w:w="2880"/>
          </w:tcPr>
          <w:p>
            <w:r/>
          </w:p>
        </w:tc>
      </w:tr>
      <w:tr>
        <w:tc>
          <w:tcPr>
            <w:tcW w:type="dxa" w:w="2880"/>
          </w:tcPr>
          <w:p>
            <w:r>
              <w:t>28</w:t>
            </w:r>
          </w:p>
        </w:tc>
        <w:tc>
          <w:tcPr>
            <w:tcW w:type="dxa" w:w="2880"/>
          </w:tcPr>
          <w:p>
            <w:r>
              <w:t>米兰设计周中国高校设计学科师生优秀作品展</w:t>
            </w:r>
          </w:p>
        </w:tc>
        <w:tc>
          <w:tcPr>
            <w:tcW w:type="dxa" w:w="2880"/>
          </w:tcPr>
          <w:p>
            <w:r/>
          </w:p>
        </w:tc>
      </w:tr>
      <w:tr>
        <w:tc>
          <w:tcPr>
            <w:tcW w:type="dxa" w:w="2880"/>
          </w:tcPr>
          <w:p>
            <w:r>
              <w:t>29</w:t>
            </w:r>
          </w:p>
        </w:tc>
        <w:tc>
          <w:tcPr>
            <w:tcW w:type="dxa" w:w="2880"/>
          </w:tcPr>
          <w:p>
            <w:r>
              <w:t>全国大学生地质技能竞赛</w:t>
            </w:r>
          </w:p>
        </w:tc>
        <w:tc>
          <w:tcPr>
            <w:tcW w:type="dxa" w:w="2880"/>
          </w:tcPr>
          <w:p>
            <w:r/>
          </w:p>
        </w:tc>
      </w:tr>
      <w:tr>
        <w:tc>
          <w:tcPr>
            <w:tcW w:type="dxa" w:w="2880"/>
          </w:tcPr>
          <w:p>
            <w:r>
              <w:t>30</w:t>
            </w:r>
          </w:p>
        </w:tc>
        <w:tc>
          <w:tcPr>
            <w:tcW w:type="dxa" w:w="2880"/>
          </w:tcPr>
          <w:p>
            <w:r>
              <w:t>全国大学生光电设计竞赛</w:t>
            </w:r>
          </w:p>
        </w:tc>
        <w:tc>
          <w:tcPr>
            <w:tcW w:type="dxa" w:w="2880"/>
          </w:tcPr>
          <w:p>
            <w:r/>
          </w:p>
        </w:tc>
      </w:tr>
      <w:tr>
        <w:tc>
          <w:tcPr>
            <w:tcW w:type="dxa" w:w="2880"/>
          </w:tcPr>
          <w:p>
            <w:r>
              <w:t>31</w:t>
            </w:r>
          </w:p>
        </w:tc>
        <w:tc>
          <w:tcPr>
            <w:tcW w:type="dxa" w:w="2880"/>
          </w:tcPr>
          <w:p>
            <w:r>
              <w:t>全国大学生集成电路创新创业大赛</w:t>
            </w:r>
          </w:p>
        </w:tc>
        <w:tc>
          <w:tcPr>
            <w:tcW w:type="dxa" w:w="2880"/>
          </w:tcPr>
          <w:p>
            <w:r/>
          </w:p>
        </w:tc>
      </w:tr>
      <w:tr>
        <w:tc>
          <w:tcPr>
            <w:tcW w:type="dxa" w:w="2880"/>
          </w:tcPr>
          <w:p>
            <w:r>
              <w:t>32</w:t>
            </w:r>
          </w:p>
        </w:tc>
        <w:tc>
          <w:tcPr>
            <w:tcW w:type="dxa" w:w="2880"/>
          </w:tcPr>
          <w:p>
            <w:r>
              <w:t>全国大学生金相技能大赛</w:t>
            </w:r>
          </w:p>
        </w:tc>
        <w:tc>
          <w:tcPr>
            <w:tcW w:type="dxa" w:w="2880"/>
          </w:tcPr>
          <w:p>
            <w:r/>
          </w:p>
        </w:tc>
      </w:tr>
      <w:tr>
        <w:tc>
          <w:tcPr>
            <w:tcW w:type="dxa" w:w="2880"/>
          </w:tcPr>
          <w:p>
            <w:r>
              <w:t>33</w:t>
            </w:r>
          </w:p>
        </w:tc>
        <w:tc>
          <w:tcPr>
            <w:tcW w:type="dxa" w:w="2880"/>
          </w:tcPr>
          <w:p>
            <w:r>
              <w:t>全国大学生信息安全竞赛</w:t>
            </w:r>
          </w:p>
        </w:tc>
        <w:tc>
          <w:tcPr>
            <w:tcW w:type="dxa" w:w="2880"/>
          </w:tcPr>
          <w:p>
            <w:r/>
          </w:p>
        </w:tc>
      </w:tr>
      <w:tr>
        <w:tc>
          <w:tcPr>
            <w:tcW w:type="dxa" w:w="2880"/>
          </w:tcPr>
          <w:p>
            <w:r>
              <w:t>34</w:t>
            </w:r>
          </w:p>
        </w:tc>
        <w:tc>
          <w:tcPr>
            <w:tcW w:type="dxa" w:w="2880"/>
          </w:tcPr>
          <w:p>
            <w:r>
              <w:t>未来设计师.全国高校数字艺术设计大赛</w:t>
            </w:r>
          </w:p>
        </w:tc>
        <w:tc>
          <w:tcPr>
            <w:tcW w:type="dxa" w:w="2880"/>
          </w:tcPr>
          <w:p>
            <w:r/>
          </w:p>
        </w:tc>
      </w:tr>
      <w:tr>
        <w:tc>
          <w:tcPr>
            <w:tcW w:type="dxa" w:w="2880"/>
          </w:tcPr>
          <w:p>
            <w:r>
              <w:t>35</w:t>
            </w:r>
          </w:p>
        </w:tc>
        <w:tc>
          <w:tcPr>
            <w:tcW w:type="dxa" w:w="2880"/>
          </w:tcPr>
          <w:p>
            <w:r>
              <w:t>全国周培源大学生力学竞赛</w:t>
            </w:r>
          </w:p>
        </w:tc>
        <w:tc>
          <w:tcPr>
            <w:tcW w:type="dxa" w:w="2880"/>
          </w:tcPr>
          <w:p>
            <w:r/>
          </w:p>
        </w:tc>
      </w:tr>
      <w:tr>
        <w:tc>
          <w:tcPr>
            <w:tcW w:type="dxa" w:w="2880"/>
          </w:tcPr>
          <w:p>
            <w:r>
              <w:t>36</w:t>
            </w:r>
          </w:p>
        </w:tc>
        <w:tc>
          <w:tcPr>
            <w:tcW w:type="dxa" w:w="2880"/>
          </w:tcPr>
          <w:p>
            <w:r>
              <w:t>中国大学生机械工程创意大赛</w:t>
            </w:r>
          </w:p>
        </w:tc>
        <w:tc>
          <w:tcPr>
            <w:tcW w:type="dxa" w:w="2880"/>
          </w:tcPr>
          <w:p>
            <w:r/>
          </w:p>
        </w:tc>
      </w:tr>
      <w:tr>
        <w:tc>
          <w:tcPr>
            <w:tcW w:type="dxa" w:w="2880"/>
          </w:tcPr>
          <w:p>
            <w:r>
              <w:t>37</w:t>
            </w:r>
          </w:p>
        </w:tc>
        <w:tc>
          <w:tcPr>
            <w:tcW w:type="dxa" w:w="2880"/>
          </w:tcPr>
          <w:p>
            <w:r>
              <w:t>中国机器人大赛暨RoboCup机器人世界杯中国赛</w:t>
            </w:r>
          </w:p>
        </w:tc>
        <w:tc>
          <w:tcPr>
            <w:tcW w:type="dxa" w:w="2880"/>
          </w:tcPr>
          <w:p>
            <w:r/>
          </w:p>
        </w:tc>
      </w:tr>
      <w:tr>
        <w:tc>
          <w:tcPr>
            <w:tcW w:type="dxa" w:w="2880"/>
          </w:tcPr>
          <w:p>
            <w:r>
              <w:t>38</w:t>
            </w:r>
          </w:p>
        </w:tc>
        <w:tc>
          <w:tcPr>
            <w:tcW w:type="dxa" w:w="2880"/>
          </w:tcPr>
          <w:p>
            <w:r>
              <w:t>“中国软件杯”大学生软件设计大赛</w:t>
            </w:r>
          </w:p>
        </w:tc>
        <w:tc>
          <w:tcPr>
            <w:tcW w:type="dxa" w:w="2880"/>
          </w:tcPr>
          <w:p>
            <w:r/>
          </w:p>
        </w:tc>
      </w:tr>
      <w:tr>
        <w:tc>
          <w:tcPr>
            <w:tcW w:type="dxa" w:w="2880"/>
          </w:tcPr>
          <w:p>
            <w:r>
              <w:t>39</w:t>
            </w:r>
          </w:p>
        </w:tc>
        <w:tc>
          <w:tcPr>
            <w:tcW w:type="dxa" w:w="2880"/>
          </w:tcPr>
          <w:p>
            <w:r>
              <w:t>中美青年创客大赛</w:t>
            </w:r>
          </w:p>
        </w:tc>
        <w:tc>
          <w:tcPr>
            <w:tcW w:type="dxa" w:w="2880"/>
          </w:tcPr>
          <w:p>
            <w:r/>
          </w:p>
        </w:tc>
      </w:tr>
      <w:tr>
        <w:tc>
          <w:tcPr>
            <w:tcW w:type="dxa" w:w="2880"/>
          </w:tcPr>
          <w:p>
            <w:r>
              <w:t>40</w:t>
            </w:r>
          </w:p>
        </w:tc>
        <w:tc>
          <w:tcPr>
            <w:tcW w:type="dxa" w:w="2880"/>
          </w:tcPr>
          <w:p>
            <w:r>
              <w:t>睿抗机器人开发者大赛（RAICOM）</w:t>
            </w:r>
          </w:p>
        </w:tc>
        <w:tc>
          <w:tcPr>
            <w:tcW w:type="dxa" w:w="2880"/>
          </w:tcPr>
          <w:p>
            <w:r/>
          </w:p>
        </w:tc>
      </w:tr>
      <w:tr>
        <w:tc>
          <w:tcPr>
            <w:tcW w:type="dxa" w:w="2880"/>
          </w:tcPr>
          <w:p>
            <w:r>
              <w:t>41</w:t>
            </w:r>
          </w:p>
        </w:tc>
        <w:tc>
          <w:tcPr>
            <w:tcW w:type="dxa" w:w="2880"/>
          </w:tcPr>
          <w:p>
            <w:r>
              <w:t>“大唐杯”全国大学生新一代信息通信技术大赛</w:t>
            </w:r>
          </w:p>
        </w:tc>
        <w:tc>
          <w:tcPr>
            <w:tcW w:type="dxa" w:w="2880"/>
          </w:tcPr>
          <w:p>
            <w:r/>
          </w:p>
        </w:tc>
      </w:tr>
      <w:tr>
        <w:tc>
          <w:tcPr>
            <w:tcW w:type="dxa" w:w="2880"/>
          </w:tcPr>
          <w:p>
            <w:r>
              <w:t>42</w:t>
            </w:r>
          </w:p>
        </w:tc>
        <w:tc>
          <w:tcPr>
            <w:tcW w:type="dxa" w:w="2880"/>
          </w:tcPr>
          <w:p>
            <w:r>
              <w:t>华为ICT大赛</w:t>
            </w:r>
          </w:p>
        </w:tc>
        <w:tc>
          <w:tcPr>
            <w:tcW w:type="dxa" w:w="2880"/>
          </w:tcPr>
          <w:p>
            <w:r/>
          </w:p>
        </w:tc>
      </w:tr>
      <w:tr>
        <w:tc>
          <w:tcPr>
            <w:tcW w:type="dxa" w:w="2880"/>
          </w:tcPr>
          <w:p>
            <w:r>
              <w:t>43</w:t>
            </w:r>
          </w:p>
        </w:tc>
        <w:tc>
          <w:tcPr>
            <w:tcW w:type="dxa" w:w="2880"/>
          </w:tcPr>
          <w:p>
            <w:r>
              <w:t>全国大学生嵌入式芯片与系统设计竞赛</w:t>
            </w:r>
          </w:p>
        </w:tc>
        <w:tc>
          <w:tcPr>
            <w:tcW w:type="dxa" w:w="2880"/>
          </w:tcPr>
          <w:p>
            <w:r/>
          </w:p>
        </w:tc>
      </w:tr>
      <w:tr>
        <w:tc>
          <w:tcPr>
            <w:tcW w:type="dxa" w:w="2880"/>
          </w:tcPr>
          <w:p>
            <w:r>
              <w:t>44</w:t>
            </w:r>
          </w:p>
        </w:tc>
        <w:tc>
          <w:tcPr>
            <w:tcW w:type="dxa" w:w="2880"/>
          </w:tcPr>
          <w:p>
            <w:r>
              <w:t>全国大学生生命科学竞赛（CULSC）</w:t>
            </w:r>
          </w:p>
        </w:tc>
        <w:tc>
          <w:tcPr>
            <w:tcW w:type="dxa" w:w="2880"/>
          </w:tcPr>
          <w:p>
            <w:r/>
          </w:p>
        </w:tc>
      </w:tr>
      <w:tr>
        <w:tc>
          <w:tcPr>
            <w:tcW w:type="dxa" w:w="2880"/>
          </w:tcPr>
          <w:p>
            <w:r>
              <w:t>45</w:t>
            </w:r>
          </w:p>
        </w:tc>
        <w:tc>
          <w:tcPr>
            <w:tcW w:type="dxa" w:w="2880"/>
          </w:tcPr>
          <w:p>
            <w:r>
              <w:t>全国大学生物理实验竞赛</w:t>
            </w:r>
          </w:p>
        </w:tc>
        <w:tc>
          <w:tcPr>
            <w:tcW w:type="dxa" w:w="2880"/>
          </w:tcPr>
          <w:p>
            <w:r/>
          </w:p>
        </w:tc>
      </w:tr>
      <w:tr>
        <w:tc>
          <w:tcPr>
            <w:tcW w:type="dxa" w:w="2880"/>
          </w:tcPr>
          <w:p>
            <w:r>
              <w:t>46</w:t>
            </w:r>
          </w:p>
        </w:tc>
        <w:tc>
          <w:tcPr>
            <w:tcW w:type="dxa" w:w="2880"/>
          </w:tcPr>
          <w:p>
            <w:r>
              <w:t>国际高校BIM毕业设计创新大赛</w:t>
            </w:r>
          </w:p>
        </w:tc>
        <w:tc>
          <w:tcPr>
            <w:tcW w:type="dxa" w:w="2880"/>
          </w:tcPr>
          <w:p>
            <w:r/>
          </w:p>
        </w:tc>
      </w:tr>
      <w:tr>
        <w:tc>
          <w:tcPr>
            <w:tcW w:type="dxa" w:w="2880"/>
          </w:tcPr>
          <w:p>
            <w:r>
              <w:t>47</w:t>
            </w:r>
          </w:p>
        </w:tc>
        <w:tc>
          <w:tcPr>
            <w:tcW w:type="dxa" w:w="2880"/>
          </w:tcPr>
          <w:p>
            <w:r>
              <w:t>全国高校商业精英挑战赛赛-①品牌策划竞赛、②会展专业创新创业实践竞赛、③国际贸易竞赛、④创新创业竞赛、⑤会计与商业管理案例竞赛</w:t>
            </w:r>
          </w:p>
        </w:tc>
        <w:tc>
          <w:tcPr>
            <w:tcW w:type="dxa" w:w="2880"/>
          </w:tcPr>
          <w:p>
            <w:r/>
          </w:p>
        </w:tc>
      </w:tr>
      <w:tr>
        <w:tc>
          <w:tcPr>
            <w:tcW w:type="dxa" w:w="2880"/>
          </w:tcPr>
          <w:p>
            <w:r>
              <w:t>48</w:t>
            </w:r>
          </w:p>
        </w:tc>
        <w:tc>
          <w:tcPr>
            <w:tcW w:type="dxa" w:w="2880"/>
          </w:tcPr>
          <w:p>
            <w:r>
              <w:t>“学创杯”全国大学生创业综合模拟大赛</w:t>
            </w:r>
          </w:p>
        </w:tc>
        <w:tc>
          <w:tcPr>
            <w:tcW w:type="dxa" w:w="2880"/>
          </w:tcPr>
          <w:p>
            <w:r/>
          </w:p>
        </w:tc>
      </w:tr>
      <w:tr>
        <w:tc>
          <w:tcPr>
            <w:tcW w:type="dxa" w:w="2880"/>
          </w:tcPr>
          <w:p>
            <w:r>
              <w:t>49</w:t>
            </w:r>
          </w:p>
        </w:tc>
        <w:tc>
          <w:tcPr>
            <w:tcW w:type="dxa" w:w="2880"/>
          </w:tcPr>
          <w:p>
            <w:r>
              <w:t>中国高校智能机器人创意大赛</w:t>
            </w:r>
          </w:p>
        </w:tc>
        <w:tc>
          <w:tcPr>
            <w:tcW w:type="dxa" w:w="2880"/>
          </w:tcPr>
          <w:p>
            <w:r/>
          </w:p>
        </w:tc>
      </w:tr>
      <w:tr>
        <w:tc>
          <w:tcPr>
            <w:tcW w:type="dxa" w:w="2880"/>
          </w:tcPr>
          <w:p>
            <w:r>
              <w:t>50</w:t>
            </w:r>
          </w:p>
        </w:tc>
        <w:tc>
          <w:tcPr>
            <w:tcW w:type="dxa" w:w="2880"/>
          </w:tcPr>
          <w:p>
            <w:r>
              <w:t>中国好创意暨全国数字艺术设计大赛</w:t>
            </w:r>
          </w:p>
        </w:tc>
        <w:tc>
          <w:tcPr>
            <w:tcW w:type="dxa" w:w="2880"/>
          </w:tcPr>
          <w:p>
            <w:r/>
          </w:p>
        </w:tc>
      </w:tr>
      <w:tr>
        <w:tc>
          <w:tcPr>
            <w:tcW w:type="dxa" w:w="2880"/>
          </w:tcPr>
          <w:p>
            <w:r>
              <w:t>51</w:t>
            </w:r>
          </w:p>
        </w:tc>
        <w:tc>
          <w:tcPr>
            <w:tcW w:type="dxa" w:w="2880"/>
          </w:tcPr>
          <w:p>
            <w:r>
              <w:t>中国机器人及人工智能大赛</w:t>
            </w:r>
          </w:p>
        </w:tc>
        <w:tc>
          <w:tcPr>
            <w:tcW w:type="dxa" w:w="2880"/>
          </w:tcPr>
          <w:p>
            <w:r/>
          </w:p>
        </w:tc>
      </w:tr>
      <w:tr>
        <w:tc>
          <w:tcPr>
            <w:tcW w:type="dxa" w:w="2880"/>
          </w:tcPr>
          <w:p>
            <w:r>
              <w:t>52</w:t>
            </w:r>
          </w:p>
        </w:tc>
        <w:tc>
          <w:tcPr>
            <w:tcW w:type="dxa" w:w="2880"/>
          </w:tcPr>
          <w:p>
            <w:r>
              <w:t>全国大学生节能减排社会实践与科技竞赛</w:t>
            </w:r>
          </w:p>
        </w:tc>
        <w:tc>
          <w:tcPr>
            <w:tcW w:type="dxa" w:w="2880"/>
          </w:tcPr>
          <w:p>
            <w:r/>
          </w:p>
        </w:tc>
      </w:tr>
      <w:tr>
        <w:tc>
          <w:tcPr>
            <w:tcW w:type="dxa" w:w="2880"/>
          </w:tcPr>
          <w:p>
            <w:r>
              <w:t>53</w:t>
            </w:r>
          </w:p>
        </w:tc>
        <w:tc>
          <w:tcPr>
            <w:tcW w:type="dxa" w:w="2880"/>
          </w:tcPr>
          <w:p>
            <w:r>
              <w:t>“21世纪杯”全国英语演讲比赛</w:t>
            </w:r>
          </w:p>
        </w:tc>
        <w:tc>
          <w:tcPr>
            <w:tcW w:type="dxa" w:w="2880"/>
          </w:tcPr>
          <w:p>
            <w:r/>
          </w:p>
        </w:tc>
      </w:tr>
      <w:tr>
        <w:tc>
          <w:tcPr>
            <w:tcW w:type="dxa" w:w="2880"/>
          </w:tcPr>
          <w:p>
            <w:r>
              <w:t>54</w:t>
            </w:r>
          </w:p>
        </w:tc>
        <w:tc>
          <w:tcPr>
            <w:tcW w:type="dxa" w:w="2880"/>
          </w:tcPr>
          <w:p>
            <w:r>
              <w:t>iCAN大学生创新创业大赛</w:t>
            </w:r>
          </w:p>
        </w:tc>
        <w:tc>
          <w:tcPr>
            <w:tcW w:type="dxa" w:w="2880"/>
          </w:tcPr>
          <w:p>
            <w:r/>
          </w:p>
        </w:tc>
      </w:tr>
      <w:tr>
        <w:tc>
          <w:tcPr>
            <w:tcW w:type="dxa" w:w="2880"/>
          </w:tcPr>
          <w:p>
            <w:r>
              <w:t>55</w:t>
            </w:r>
          </w:p>
        </w:tc>
        <w:tc>
          <w:tcPr>
            <w:tcW w:type="dxa" w:w="2880"/>
          </w:tcPr>
          <w:p>
            <w:r>
              <w:t>“工行杯”全国大学生金融科技创新大赛</w:t>
            </w:r>
          </w:p>
        </w:tc>
        <w:tc>
          <w:tcPr>
            <w:tcW w:type="dxa" w:w="2880"/>
          </w:tcPr>
          <w:p>
            <w:r/>
          </w:p>
        </w:tc>
      </w:tr>
      <w:tr>
        <w:tc>
          <w:tcPr>
            <w:tcW w:type="dxa" w:w="2880"/>
          </w:tcPr>
          <w:p>
            <w:r>
              <w:t>56</w:t>
            </w:r>
          </w:p>
        </w:tc>
        <w:tc>
          <w:tcPr>
            <w:tcW w:type="dxa" w:w="2880"/>
          </w:tcPr>
          <w:p>
            <w:r>
              <w:t>中华经典诵写讲大赛</w:t>
            </w:r>
          </w:p>
        </w:tc>
        <w:tc>
          <w:tcPr>
            <w:tcW w:type="dxa" w:w="2880"/>
          </w:tcPr>
          <w:p>
            <w:r/>
          </w:p>
        </w:tc>
      </w:tr>
      <w:tr>
        <w:tc>
          <w:tcPr>
            <w:tcW w:type="dxa" w:w="2880"/>
          </w:tcPr>
          <w:p>
            <w:r>
              <w:t>57</w:t>
            </w:r>
          </w:p>
        </w:tc>
        <w:tc>
          <w:tcPr>
            <w:tcW w:type="dxa" w:w="2880"/>
          </w:tcPr>
          <w:p>
            <w:r>
              <w:t>“外教社杯”全国高校学生跨文化能力大赛</w:t>
            </w:r>
          </w:p>
        </w:tc>
        <w:tc>
          <w:tcPr>
            <w:tcW w:type="dxa" w:w="2880"/>
          </w:tcPr>
          <w:p>
            <w:r/>
          </w:p>
        </w:tc>
      </w:tr>
      <w:tr>
        <w:tc>
          <w:tcPr>
            <w:tcW w:type="dxa" w:w="2880"/>
          </w:tcPr>
          <w:p>
            <w:r>
              <w:t>58</w:t>
            </w:r>
          </w:p>
        </w:tc>
        <w:tc>
          <w:tcPr>
            <w:tcW w:type="dxa" w:w="2880"/>
          </w:tcPr>
          <w:p>
            <w:r>
              <w:t>百度之星程序设计大赛</w:t>
            </w:r>
          </w:p>
        </w:tc>
        <w:tc>
          <w:tcPr>
            <w:tcW w:type="dxa" w:w="2880"/>
          </w:tcPr>
          <w:p>
            <w:r/>
          </w:p>
        </w:tc>
      </w:tr>
      <w:tr>
        <w:tc>
          <w:tcPr>
            <w:tcW w:type="dxa" w:w="2880"/>
          </w:tcPr>
          <w:p>
            <w:r>
              <w:t>59</w:t>
            </w:r>
          </w:p>
        </w:tc>
        <w:tc>
          <w:tcPr>
            <w:tcW w:type="dxa" w:w="2880"/>
          </w:tcPr>
          <w:p>
            <w:r>
              <w:t>全国大学生工业设计大赛</w:t>
            </w:r>
          </w:p>
        </w:tc>
        <w:tc>
          <w:tcPr>
            <w:tcW w:type="dxa" w:w="2880"/>
          </w:tcPr>
          <w:p>
            <w:r/>
          </w:p>
        </w:tc>
      </w:tr>
      <w:tr>
        <w:tc>
          <w:tcPr>
            <w:tcW w:type="dxa" w:w="2880"/>
          </w:tcPr>
          <w:p>
            <w:r>
              <w:t>60</w:t>
            </w:r>
          </w:p>
        </w:tc>
        <w:tc>
          <w:tcPr>
            <w:tcW w:type="dxa" w:w="2880"/>
          </w:tcPr>
          <w:p>
            <w:r>
              <w:t>全国大学生水利创新设计大赛</w:t>
            </w:r>
          </w:p>
        </w:tc>
        <w:tc>
          <w:tcPr>
            <w:tcW w:type="dxa" w:w="2880"/>
          </w:tcPr>
          <w:p>
            <w:r/>
          </w:p>
        </w:tc>
      </w:tr>
      <w:tr>
        <w:tc>
          <w:tcPr>
            <w:tcW w:type="dxa" w:w="2880"/>
          </w:tcPr>
          <w:p>
            <w:r>
              <w:t>61</w:t>
            </w:r>
          </w:p>
        </w:tc>
        <w:tc>
          <w:tcPr>
            <w:tcW w:type="dxa" w:w="2880"/>
          </w:tcPr>
          <w:p>
            <w:r>
              <w:t>全国大学生化工实验大赛</w:t>
            </w:r>
          </w:p>
        </w:tc>
        <w:tc>
          <w:tcPr>
            <w:tcW w:type="dxa" w:w="2880"/>
          </w:tcPr>
          <w:p>
            <w:r/>
          </w:p>
        </w:tc>
      </w:tr>
      <w:tr>
        <w:tc>
          <w:tcPr>
            <w:tcW w:type="dxa" w:w="2880"/>
          </w:tcPr>
          <w:p>
            <w:r>
              <w:t>62</w:t>
            </w:r>
          </w:p>
        </w:tc>
        <w:tc>
          <w:tcPr>
            <w:tcW w:type="dxa" w:w="2880"/>
          </w:tcPr>
          <w:p>
            <w:r>
              <w:t>全国大学生化学实验创新设计大赛</w:t>
            </w:r>
          </w:p>
        </w:tc>
        <w:tc>
          <w:tcPr>
            <w:tcW w:type="dxa" w:w="2880"/>
          </w:tcPr>
          <w:p>
            <w:r/>
          </w:p>
        </w:tc>
      </w:tr>
      <w:tr>
        <w:tc>
          <w:tcPr>
            <w:tcW w:type="dxa" w:w="2880"/>
          </w:tcPr>
          <w:p>
            <w:r>
              <w:t>63</w:t>
            </w:r>
          </w:p>
        </w:tc>
        <w:tc>
          <w:tcPr>
            <w:tcW w:type="dxa" w:w="2880"/>
          </w:tcPr>
          <w:p>
            <w:r>
              <w:t>全国大学生计算机系统能力大赛</w:t>
            </w:r>
          </w:p>
        </w:tc>
        <w:tc>
          <w:tcPr>
            <w:tcW w:type="dxa" w:w="2880"/>
          </w:tcPr>
          <w:p>
            <w:r/>
          </w:p>
        </w:tc>
      </w:tr>
      <w:tr>
        <w:tc>
          <w:tcPr>
            <w:tcW w:type="dxa" w:w="2880"/>
          </w:tcPr>
          <w:p>
            <w:r>
              <w:t>64</w:t>
            </w:r>
          </w:p>
        </w:tc>
        <w:tc>
          <w:tcPr>
            <w:tcW w:type="dxa" w:w="2880"/>
          </w:tcPr>
          <w:p>
            <w:r>
              <w:t>全国大学生花园设计建造竞赛</w:t>
            </w:r>
          </w:p>
        </w:tc>
        <w:tc>
          <w:tcPr>
            <w:tcW w:type="dxa" w:w="2880"/>
          </w:tcPr>
          <w:p>
            <w:r/>
          </w:p>
        </w:tc>
      </w:tr>
      <w:tr>
        <w:tc>
          <w:tcPr>
            <w:tcW w:type="dxa" w:w="2880"/>
          </w:tcPr>
          <w:p>
            <w:r>
              <w:t>65</w:t>
            </w:r>
          </w:p>
        </w:tc>
        <w:tc>
          <w:tcPr>
            <w:tcW w:type="dxa" w:w="2880"/>
          </w:tcPr>
          <w:p>
            <w:r>
              <w:t>全国大学生物联网设计竞赛</w:t>
            </w:r>
          </w:p>
        </w:tc>
        <w:tc>
          <w:tcPr>
            <w:tcW w:type="dxa" w:w="2880"/>
          </w:tcPr>
          <w:p>
            <w:r/>
          </w:p>
        </w:tc>
      </w:tr>
      <w:tr>
        <w:tc>
          <w:tcPr>
            <w:tcW w:type="dxa" w:w="2880"/>
          </w:tcPr>
          <w:p>
            <w:r>
              <w:t>66</w:t>
            </w:r>
          </w:p>
        </w:tc>
        <w:tc>
          <w:tcPr>
            <w:tcW w:type="dxa" w:w="2880"/>
          </w:tcPr>
          <w:p>
            <w:r>
              <w:t>全国大学生信息安全与对抗技术竞赛</w:t>
            </w:r>
          </w:p>
        </w:tc>
        <w:tc>
          <w:tcPr>
            <w:tcW w:type="dxa" w:w="2880"/>
          </w:tcPr>
          <w:p>
            <w:r/>
          </w:p>
        </w:tc>
      </w:tr>
      <w:tr>
        <w:tc>
          <w:tcPr>
            <w:tcW w:type="dxa" w:w="2880"/>
          </w:tcPr>
          <w:p>
            <w:r>
              <w:t>67</w:t>
            </w:r>
          </w:p>
        </w:tc>
        <w:tc>
          <w:tcPr>
            <w:tcW w:type="dxa" w:w="2880"/>
          </w:tcPr>
          <w:p>
            <w:r>
              <w:t>全国大学生测绘学科创新创业智能大赛</w:t>
            </w:r>
          </w:p>
        </w:tc>
        <w:tc>
          <w:tcPr>
            <w:tcW w:type="dxa" w:w="2880"/>
          </w:tcPr>
          <w:p>
            <w:r/>
          </w:p>
        </w:tc>
      </w:tr>
      <w:tr>
        <w:tc>
          <w:tcPr>
            <w:tcW w:type="dxa" w:w="2880"/>
          </w:tcPr>
          <w:p>
            <w:r>
              <w:t>68</w:t>
            </w:r>
          </w:p>
        </w:tc>
        <w:tc>
          <w:tcPr>
            <w:tcW w:type="dxa" w:w="2880"/>
          </w:tcPr>
          <w:p>
            <w:r>
              <w:t>全国大学生统计建模大赛</w:t>
            </w:r>
          </w:p>
        </w:tc>
        <w:tc>
          <w:tcPr>
            <w:tcW w:type="dxa" w:w="2880"/>
          </w:tcPr>
          <w:p>
            <w:r/>
          </w:p>
        </w:tc>
      </w:tr>
      <w:tr>
        <w:tc>
          <w:tcPr>
            <w:tcW w:type="dxa" w:w="2880"/>
          </w:tcPr>
          <w:p>
            <w:r>
              <w:t>69</w:t>
            </w:r>
          </w:p>
        </w:tc>
        <w:tc>
          <w:tcPr>
            <w:tcW w:type="dxa" w:w="2880"/>
          </w:tcPr>
          <w:p>
            <w:r>
              <w:t>全国大学生能源经济学术创意大赛</w:t>
            </w:r>
          </w:p>
        </w:tc>
        <w:tc>
          <w:tcPr>
            <w:tcW w:type="dxa" w:w="2880"/>
          </w:tcPr>
          <w:p>
            <w:r/>
          </w:p>
        </w:tc>
      </w:tr>
      <w:tr>
        <w:tc>
          <w:tcPr>
            <w:tcW w:type="dxa" w:w="2880"/>
          </w:tcPr>
          <w:p>
            <w:r>
              <w:t>70</w:t>
            </w:r>
          </w:p>
        </w:tc>
        <w:tc>
          <w:tcPr>
            <w:tcW w:type="dxa" w:w="2880"/>
          </w:tcPr>
          <w:p>
            <w:r>
              <w:t>全国大学生基础医学创新研究暨实验设计论坛（大赛）</w:t>
            </w:r>
          </w:p>
        </w:tc>
        <w:tc>
          <w:tcPr>
            <w:tcW w:type="dxa" w:w="2880"/>
          </w:tcPr>
          <w:p>
            <w:r/>
          </w:p>
        </w:tc>
      </w:tr>
      <w:tr>
        <w:tc>
          <w:tcPr>
            <w:tcW w:type="dxa" w:w="2880"/>
          </w:tcPr>
          <w:p>
            <w:r>
              <w:t>71</w:t>
            </w:r>
          </w:p>
        </w:tc>
        <w:tc>
          <w:tcPr>
            <w:tcW w:type="dxa" w:w="2880"/>
          </w:tcPr>
          <w:p>
            <w:r>
              <w:t>全国大学生数字媒体科技作品及创意竞赛</w:t>
            </w:r>
          </w:p>
        </w:tc>
        <w:tc>
          <w:tcPr>
            <w:tcW w:type="dxa" w:w="2880"/>
          </w:tcPr>
          <w:p>
            <w:r/>
          </w:p>
        </w:tc>
      </w:tr>
      <w:tr>
        <w:tc>
          <w:tcPr>
            <w:tcW w:type="dxa" w:w="2880"/>
          </w:tcPr>
          <w:p>
            <w:r>
              <w:t>72</w:t>
            </w:r>
          </w:p>
        </w:tc>
        <w:tc>
          <w:tcPr>
            <w:tcW w:type="dxa" w:w="2880"/>
          </w:tcPr>
          <w:p>
            <w:r>
              <w:t>全国本科院校税收风险管控案例大赛</w:t>
            </w:r>
          </w:p>
        </w:tc>
        <w:tc>
          <w:tcPr>
            <w:tcW w:type="dxa" w:w="2880"/>
          </w:tcPr>
          <w:p>
            <w:r/>
          </w:p>
        </w:tc>
      </w:tr>
      <w:tr>
        <w:tc>
          <w:tcPr>
            <w:tcW w:type="dxa" w:w="2880"/>
          </w:tcPr>
          <w:p>
            <w:r>
              <w:t>73</w:t>
            </w:r>
          </w:p>
        </w:tc>
        <w:tc>
          <w:tcPr>
            <w:tcW w:type="dxa" w:w="2880"/>
          </w:tcPr>
          <w:p>
            <w:r>
              <w:t>全国企业竞争模拟大赛</w:t>
            </w:r>
          </w:p>
        </w:tc>
        <w:tc>
          <w:tcPr>
            <w:tcW w:type="dxa" w:w="2880"/>
          </w:tcPr>
          <w:p>
            <w:r/>
          </w:p>
        </w:tc>
      </w:tr>
      <w:tr>
        <w:tc>
          <w:tcPr>
            <w:tcW w:type="dxa" w:w="2880"/>
          </w:tcPr>
          <w:p>
            <w:r>
              <w:t>74</w:t>
            </w:r>
          </w:p>
        </w:tc>
        <w:tc>
          <w:tcPr>
            <w:tcW w:type="dxa" w:w="2880"/>
          </w:tcPr>
          <w:p>
            <w:r>
              <w:t>全国高等院校数智化企业经营沙盘大赛</w:t>
            </w:r>
          </w:p>
        </w:tc>
        <w:tc>
          <w:tcPr>
            <w:tcW w:type="dxa" w:w="2880"/>
          </w:tcPr>
          <w:p>
            <w:r/>
          </w:p>
        </w:tc>
      </w:tr>
      <w:tr>
        <w:tc>
          <w:tcPr>
            <w:tcW w:type="dxa" w:w="2880"/>
          </w:tcPr>
          <w:p>
            <w:r>
              <w:t>75</w:t>
            </w:r>
          </w:p>
        </w:tc>
        <w:tc>
          <w:tcPr>
            <w:tcW w:type="dxa" w:w="2880"/>
          </w:tcPr>
          <w:p>
            <w:r>
              <w:t>全国数字建筑创新应用大赛</w:t>
            </w:r>
          </w:p>
        </w:tc>
        <w:tc>
          <w:tcPr>
            <w:tcW w:type="dxa" w:w="2880"/>
          </w:tcPr>
          <w:p>
            <w:r/>
          </w:p>
        </w:tc>
      </w:tr>
      <w:tr>
        <w:tc>
          <w:tcPr>
            <w:tcW w:type="dxa" w:w="2880"/>
          </w:tcPr>
          <w:p>
            <w:r>
              <w:t>76</w:t>
            </w:r>
          </w:p>
        </w:tc>
        <w:tc>
          <w:tcPr>
            <w:tcW w:type="dxa" w:w="2880"/>
          </w:tcPr>
          <w:p>
            <w:r>
              <w:t>全球校园人工智能算法精英大赛</w:t>
            </w:r>
          </w:p>
        </w:tc>
        <w:tc>
          <w:tcPr>
            <w:tcW w:type="dxa" w:w="2880"/>
          </w:tcPr>
          <w:p>
            <w:r/>
          </w:p>
        </w:tc>
      </w:tr>
      <w:tr>
        <w:tc>
          <w:tcPr>
            <w:tcW w:type="dxa" w:w="2880"/>
          </w:tcPr>
          <w:p>
            <w:r>
              <w:t>77</w:t>
            </w:r>
          </w:p>
        </w:tc>
        <w:tc>
          <w:tcPr>
            <w:tcW w:type="dxa" w:w="2880"/>
          </w:tcPr>
          <w:p>
            <w:r>
              <w:t>国际大学生智能农业装备创新大赛</w:t>
            </w:r>
          </w:p>
        </w:tc>
        <w:tc>
          <w:tcPr>
            <w:tcW w:type="dxa" w:w="2880"/>
          </w:tcPr>
          <w:p>
            <w:r/>
          </w:p>
        </w:tc>
      </w:tr>
      <w:tr>
        <w:tc>
          <w:tcPr>
            <w:tcW w:type="dxa" w:w="2880"/>
          </w:tcPr>
          <w:p>
            <w:r>
              <w:t>78</w:t>
            </w:r>
          </w:p>
        </w:tc>
        <w:tc>
          <w:tcPr>
            <w:tcW w:type="dxa" w:w="2880"/>
          </w:tcPr>
          <w:p>
            <w:r>
              <w:t>“科云杯”全国大学生财会职业能力大赛</w:t>
            </w:r>
          </w:p>
        </w:tc>
        <w:tc>
          <w:tcPr>
            <w:tcW w:type="dxa" w:w="2880"/>
          </w:tcPr>
          <w:p>
            <w:r/>
          </w:p>
        </w:tc>
      </w:tr>
      <w:tr>
        <w:tc>
          <w:tcPr>
            <w:tcW w:type="dxa" w:w="2880"/>
          </w:tcPr>
          <w:p>
            <w:r>
              <w:t>79</w:t>
            </w:r>
          </w:p>
        </w:tc>
        <w:tc>
          <w:tcPr>
            <w:tcW w:type="dxa" w:w="2880"/>
          </w:tcPr>
          <w:p>
            <w:r>
              <w:t>世界职业院校技能大赛</w:t>
            </w:r>
          </w:p>
        </w:tc>
        <w:tc>
          <w:tcPr>
            <w:tcW w:type="dxa" w:w="2880"/>
          </w:tcPr>
          <w:p>
            <w:r/>
          </w:p>
        </w:tc>
      </w:tr>
      <w:tr>
        <w:tc>
          <w:tcPr>
            <w:tcW w:type="dxa" w:w="2880"/>
          </w:tcPr>
          <w:p>
            <w:r>
              <w:t>80</w:t>
            </w:r>
          </w:p>
        </w:tc>
        <w:tc>
          <w:tcPr>
            <w:tcW w:type="dxa" w:w="2880"/>
          </w:tcPr>
          <w:p>
            <w:r>
              <w:t>全国大学生机器人大赛-ROBOTAC</w:t>
            </w:r>
          </w:p>
        </w:tc>
        <w:tc>
          <w:tcPr>
            <w:tcW w:type="dxa" w:w="2880"/>
          </w:tcPr>
          <w:p>
            <w:r/>
          </w:p>
        </w:tc>
      </w:tr>
      <w:tr>
        <w:tc>
          <w:tcPr>
            <w:tcW w:type="dxa" w:w="2880"/>
          </w:tcPr>
          <w:p>
            <w:r>
              <w:t>81</w:t>
            </w:r>
          </w:p>
        </w:tc>
        <w:tc>
          <w:tcPr>
            <w:tcW w:type="dxa" w:w="2880"/>
          </w:tcPr>
          <w:p>
            <w:r>
              <w:t>世界技能大赛</w:t>
            </w:r>
          </w:p>
        </w:tc>
        <w:tc>
          <w:tcPr>
            <w:tcW w:type="dxa" w:w="2880"/>
          </w:tcPr>
          <w:p>
            <w:r/>
          </w:p>
        </w:tc>
      </w:tr>
      <w:tr>
        <w:tc>
          <w:tcPr>
            <w:tcW w:type="dxa" w:w="2880"/>
          </w:tcPr>
          <w:p>
            <w:r>
              <w:t>82</w:t>
            </w:r>
          </w:p>
        </w:tc>
        <w:tc>
          <w:tcPr>
            <w:tcW w:type="dxa" w:w="2880"/>
          </w:tcPr>
          <w:p>
            <w:r>
              <w:t>世界技能大赛中国选拔赛</w:t>
            </w:r>
          </w:p>
        </w:tc>
        <w:tc>
          <w:tcPr>
            <w:tcW w:type="dxa" w:w="2880"/>
          </w:tcPr>
          <w:p>
            <w:r/>
          </w:p>
        </w:tc>
      </w:tr>
      <w:tr>
        <w:tc>
          <w:tcPr>
            <w:tcW w:type="dxa" w:w="2880"/>
          </w:tcPr>
          <w:p>
            <w:r>
              <w:t>83</w:t>
            </w:r>
          </w:p>
        </w:tc>
        <w:tc>
          <w:tcPr>
            <w:tcW w:type="dxa" w:w="2880"/>
          </w:tcPr>
          <w:p>
            <w:r>
              <w:t>一带一路暨金砖国家技能发展与技术创新大赛</w:t>
            </w:r>
          </w:p>
        </w:tc>
        <w:tc>
          <w:tcPr>
            <w:tcW w:type="dxa" w:w="2880"/>
          </w:tcPr>
          <w:p>
            <w:r/>
          </w:p>
        </w:tc>
      </w:tr>
      <w:tr>
        <w:tc>
          <w:tcPr>
            <w:tcW w:type="dxa" w:w="2880"/>
          </w:tcPr>
          <w:p>
            <w:r>
              <w:t>84</w:t>
            </w:r>
          </w:p>
        </w:tc>
        <w:tc>
          <w:tcPr>
            <w:tcW w:type="dxa" w:w="2880"/>
          </w:tcPr>
          <w:p>
            <w:r>
              <w:t>码蹄杯全国职业院校程序设计大赛</w:t>
            </w:r>
          </w:p>
        </w:tc>
        <w:tc>
          <w:tcPr>
            <w:tcW w:type="dxa" w:w="2880"/>
          </w:tcPr>
          <w:p>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