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商学院推荐2027届优秀应届本科毕业生免试攻读研究生初选名单及综合评价总分表公示</w:t>
      </w:r>
    </w:p>
    <w:p>
      <w:r>
        <w:t>根据《苏州大学推荐优秀应届本科毕业生免试攻读研究生工作实施办法（2025年修订）》（苏大教〔2025〕50号）、学校《关于组织开展推荐2027届优秀应届本科毕业生免试攻读研究生工作的通知》（教字﹝ 2026 ﹞ 181号）和《商学院推荐2027届优秀应届本科毕业生免试攻读研究生工作实施细则》等文件精神，通过学生申请，学院审核、综合测评，拟推荐以下优秀应届本科毕业生2027届免试攻读硕士研究生，现予以公示（名单见附件）。</w:t>
      </w:r>
    </w:p>
    <w:p>
      <w:r>
        <w:t>广大师生若对公示名单有异议，请于本公示发布之日起7日内，以书面、实名的方式与院教务办或学校教务处联系，申诉联系方式：商学院，严老师，邮箱yanhongwei@suda.edu.cn；苏州大学教务处，胡老师，邮箱xlhu@suda.edu.cn。</w:t>
      </w:r>
    </w:p>
    <w:p>
      <w:r>
        <w:t>特此通知。</w:t>
      </w:r>
    </w:p>
    <w:p>
      <w:r>
        <w:t>商学院推荐2027届优秀应届本科毕业生免试攻读研究生初选名单及综合评价总分表.xlsx</w:t>
      </w:r>
    </w:p>
    <w:p>
      <w:r>
        <w:t>苏州大学商学院</w:t>
      </w:r>
    </w:p>
    <w:p>
      <w:r>
        <w:t>202 6年9月1 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